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three teênagers talk about their holiday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What is the most common topic when three teenagers talk about their holiday?</w:t>
      </w:r>
    </w:p>
    <w:p>
      <w:pPr>
        <w:pStyle w:val="ListParagraph"/>
      </w:pPr>
      <w:r>
        <w:rPr>
          <w:sz w:val="22"/>
        </w:rPr>
        <w:t>A. School grades</w:t>
      </w:r>
    </w:p>
    <w:p>
      <w:pPr>
        <w:pStyle w:val="ListParagraph"/>
      </w:pPr>
      <w:r>
        <w:rPr>
          <w:sz w:val="22"/>
        </w:rPr>
        <w:t>B. Places they visited</w:t>
      </w:r>
    </w:p>
    <w:p>
      <w:pPr>
        <w:pStyle w:val="ListParagraph"/>
      </w:pPr>
      <w:r>
        <w:rPr>
          <w:sz w:val="22"/>
        </w:rPr>
        <w:t>C. Fashion trends</w:t>
      </w:r>
    </w:p>
    <w:p>
      <w:pPr>
        <w:pStyle w:val="ListParagraph"/>
      </w:pPr>
      <w:r>
        <w:rPr>
          <w:sz w:val="22"/>
        </w:rPr>
        <w:t>D. Computer games</w:t>
      </w:r>
    </w:p>
    <w:p/>
    <w:p>
      <w:r>
        <w:rPr>
          <w:b/>
          <w:sz w:val="24"/>
        </w:rPr>
        <w:t>Câu 2: Which of these is typically mentioned in a holiday conversation?</w:t>
      </w:r>
    </w:p>
    <w:p>
      <w:pPr>
        <w:pStyle w:val="ListParagraph"/>
      </w:pPr>
      <w:r>
        <w:rPr>
          <w:sz w:val="22"/>
        </w:rPr>
        <w:t>A. Weather</w:t>
      </w:r>
    </w:p>
    <w:p>
      <w:pPr>
        <w:pStyle w:val="ListParagraph"/>
      </w:pPr>
      <w:r>
        <w:rPr>
          <w:sz w:val="22"/>
        </w:rPr>
        <w:t>B. Homework</w:t>
      </w:r>
    </w:p>
    <w:p>
      <w:pPr>
        <w:pStyle w:val="ListParagraph"/>
      </w:pPr>
      <w:r>
        <w:rPr>
          <w:sz w:val="22"/>
        </w:rPr>
        <w:t>C. Office work</w:t>
      </w:r>
    </w:p>
    <w:p>
      <w:pPr>
        <w:pStyle w:val="ListParagraph"/>
      </w:pPr>
      <w:r>
        <w:rPr>
          <w:sz w:val="22"/>
        </w:rPr>
        <w:t>D. Traffic rules</w:t>
      </w:r>
    </w:p>
    <w:p/>
    <w:p>
      <w:r>
        <w:rPr>
          <w:b/>
          <w:sz w:val="24"/>
        </w:rPr>
        <w:t>Câu 3: What do teenagers often share about their holiday?</w:t>
      </w:r>
    </w:p>
    <w:p>
      <w:pPr>
        <w:pStyle w:val="ListParagraph"/>
      </w:pPr>
      <w:r>
        <w:rPr>
          <w:sz w:val="22"/>
        </w:rPr>
        <w:t>A. Photos</w:t>
      </w:r>
    </w:p>
    <w:p>
      <w:pPr>
        <w:pStyle w:val="ListParagraph"/>
      </w:pPr>
      <w:r>
        <w:rPr>
          <w:sz w:val="22"/>
        </w:rPr>
        <w:t>B. Cooking recipes</w:t>
      </w:r>
    </w:p>
    <w:p>
      <w:pPr>
        <w:pStyle w:val="ListParagraph"/>
      </w:pPr>
      <w:r>
        <w:rPr>
          <w:sz w:val="22"/>
        </w:rPr>
        <w:t>C. Car repair tips</w:t>
      </w:r>
    </w:p>
    <w:p>
      <w:pPr>
        <w:pStyle w:val="ListParagraph"/>
      </w:pPr>
      <w:r>
        <w:rPr>
          <w:sz w:val="22"/>
        </w:rPr>
        <w:t>D. Stock market advice</w:t>
      </w:r>
    </w:p>
    <w:p/>
    <w:p>
      <w:r>
        <w:rPr>
          <w:b/>
          <w:sz w:val="24"/>
        </w:rPr>
        <w:t>Câu 4: Why do teenagers enjoy talking about holidays?</w:t>
      </w:r>
    </w:p>
    <w:p>
      <w:pPr>
        <w:pStyle w:val="ListParagraph"/>
      </w:pPr>
      <w:r>
        <w:rPr>
          <w:sz w:val="22"/>
        </w:rPr>
        <w:t>A. To compare expensive items</w:t>
      </w:r>
    </w:p>
    <w:p>
      <w:pPr>
        <w:pStyle w:val="ListParagraph"/>
      </w:pPr>
      <w:r>
        <w:rPr>
          <w:sz w:val="22"/>
        </w:rPr>
        <w:t>B. To share experiences and memories</w:t>
      </w:r>
    </w:p>
    <w:p>
      <w:pPr>
        <w:pStyle w:val="ListParagraph"/>
      </w:pPr>
      <w:r>
        <w:rPr>
          <w:sz w:val="22"/>
        </w:rPr>
        <w:t>C. To complain about school</w:t>
      </w:r>
    </w:p>
    <w:p>
      <w:pPr>
        <w:pStyle w:val="ListParagraph"/>
      </w:pPr>
      <w:r>
        <w:rPr>
          <w:sz w:val="22"/>
        </w:rPr>
        <w:t>D. To plan a surprise party</w:t>
      </w:r>
    </w:p>
    <w:p/>
    <w:p>
      <w:r>
        <w:rPr>
          <w:b/>
          <w:sz w:val="24"/>
        </w:rPr>
        <w:t>Câu 5: In a conversation about holidays, which question is most likely to be asked?</w:t>
      </w:r>
    </w:p>
    <w:p>
      <w:pPr>
        <w:pStyle w:val="ListParagraph"/>
      </w:pPr>
      <w:r>
        <w:rPr>
          <w:sz w:val="22"/>
        </w:rPr>
        <w:t>A. Did you finish your assignment?</w:t>
      </w:r>
    </w:p>
    <w:p>
      <w:pPr>
        <w:pStyle w:val="ListParagraph"/>
      </w:pPr>
      <w:r>
        <w:rPr>
          <w:sz w:val="22"/>
        </w:rPr>
        <w:t>B. Where did you go?</w:t>
      </w:r>
    </w:p>
    <w:p>
      <w:pPr>
        <w:pStyle w:val="ListParagraph"/>
      </w:pPr>
      <w:r>
        <w:rPr>
          <w:sz w:val="22"/>
        </w:rPr>
        <w:t>C. What is the capital of France?</w:t>
      </w:r>
    </w:p>
    <w:p>
      <w:pPr>
        <w:pStyle w:val="ListParagraph"/>
      </w:pPr>
      <w:r>
        <w:rPr>
          <w:sz w:val="22"/>
        </w:rPr>
        <w:t>D. How does a computer work?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