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What is a meteorologist?</w:t>
      </w:r>
    </w:p>
    <w:p>
      <w:pPr>
        <w:jc w:val="center"/>
      </w:pPr>
      <w:r>
        <w:rPr>
          <w:sz w:val="22"/>
        </w:rPr>
        <w:t>Số câu: 42    Thời gian: _____ phút    Họ và tên: _________________________</w:t>
      </w:r>
    </w:p>
    <w:p/>
    <w:p>
      <w:r>
        <w:rPr>
          <w:b/>
          <w:sz w:val="24"/>
        </w:rPr>
        <w:t>Câu 1: What is a meteorologist?</w:t>
      </w:r>
    </w:p>
    <w:p/>
    <w:p>
      <w:r>
        <w:rPr>
          <w:b/>
          <w:sz w:val="24"/>
        </w:rPr>
        <w:t>Câu 2: What is weather?</w:t>
      </w:r>
    </w:p>
    <w:p/>
    <w:p>
      <w:r>
        <w:rPr>
          <w:b/>
          <w:sz w:val="24"/>
        </w:rPr>
        <w:t>Câu 3: What is climate?</w:t>
      </w:r>
    </w:p>
    <w:p/>
    <w:p>
      <w:r>
        <w:rPr>
          <w:b/>
          <w:sz w:val="24"/>
        </w:rPr>
        <w:t>Câu 4: What is air?</w:t>
      </w:r>
    </w:p>
    <w:p/>
    <w:p>
      <w:r>
        <w:rPr>
          <w:b/>
          <w:sz w:val="24"/>
        </w:rPr>
        <w:t>Câu 5: What is the atmosphere?</w:t>
      </w:r>
    </w:p>
    <w:p/>
    <w:p>
      <w:r>
        <w:rPr>
          <w:b/>
          <w:sz w:val="24"/>
        </w:rPr>
        <w:t>Câu 6: What are the five components of weather?</w:t>
      </w:r>
    </w:p>
    <w:p/>
    <w:p>
      <w:r>
        <w:rPr>
          <w:b/>
          <w:sz w:val="24"/>
        </w:rPr>
        <w:t>Câu 7: Which direction do winds usually blow in the United States?</w:t>
      </w:r>
    </w:p>
    <w:p/>
    <w:p>
      <w:r>
        <w:rPr>
          <w:b/>
          <w:sz w:val="24"/>
        </w:rPr>
        <w:t>Câu 8: Where do hurricanes form?</w:t>
      </w:r>
    </w:p>
    <w:p/>
    <w:p>
      <w:r>
        <w:rPr>
          <w:b/>
          <w:sz w:val="24"/>
        </w:rPr>
        <w:t>Câu 9: What causes blizzards?</w:t>
      </w:r>
    </w:p>
    <w:p/>
    <w:p>
      <w:r>
        <w:rPr>
          <w:b/>
          <w:sz w:val="24"/>
        </w:rPr>
        <w:t>Câu 10: What is a cold front?</w:t>
      </w:r>
    </w:p>
    <w:p/>
    <w:p>
      <w:r>
        <w:rPr>
          <w:b/>
          <w:sz w:val="24"/>
        </w:rPr>
        <w:t>Câu 11: What is a warm front?</w:t>
      </w:r>
    </w:p>
    <w:p/>
    <w:p>
      <w:r>
        <w:rPr>
          <w:b/>
          <w:sz w:val="24"/>
        </w:rPr>
        <w:t>Câu 12: What is a stationary front?</w:t>
      </w:r>
    </w:p>
    <w:p/>
    <w:p>
      <w:r>
        <w:rPr>
          <w:b/>
          <w:sz w:val="24"/>
        </w:rPr>
        <w:t>Câu 13: What does H stand for on a weather map?</w:t>
      </w:r>
    </w:p>
    <w:p/>
    <w:p>
      <w:r>
        <w:rPr>
          <w:b/>
          <w:sz w:val="24"/>
        </w:rPr>
        <w:t>Câu 14: What does L stand for on a weather map?</w:t>
      </w:r>
    </w:p>
    <w:p/>
    <w:p>
      <w:r>
        <w:rPr>
          <w:b/>
          <w:sz w:val="24"/>
        </w:rPr>
        <w:t>Câu 15: What is air pressure?</w:t>
      </w:r>
    </w:p>
    <w:p/>
    <w:p>
      <w:r>
        <w:rPr>
          <w:b/>
          <w:sz w:val="24"/>
        </w:rPr>
        <w:t>Câu 16: What percentage of the atmosphere is nitrogen?</w:t>
      </w:r>
    </w:p>
    <w:p/>
    <w:p>
      <w:r>
        <w:rPr>
          <w:b/>
          <w:sz w:val="24"/>
        </w:rPr>
        <w:t>Câu 17: What percentage of the atmosphere is oxygen?</w:t>
      </w:r>
    </w:p>
    <w:p/>
    <w:p>
      <w:r>
        <w:rPr>
          <w:b/>
          <w:sz w:val="24"/>
        </w:rPr>
        <w:t>Câu 18: What percentage of the atmosphere is made up of other gases?</w:t>
      </w:r>
    </w:p>
    <w:p/>
    <w:p>
      <w:r>
        <w:rPr>
          <w:b/>
          <w:sz w:val="24"/>
        </w:rPr>
        <w:t>Câu 19: Which gas do humans need to breathe?</w:t>
      </w:r>
    </w:p>
    <w:p/>
    <w:p>
      <w:r>
        <w:rPr>
          <w:b/>
          <w:sz w:val="24"/>
        </w:rPr>
        <w:t>Câu 20: Which gas do cows produce that contributes to the greenhouse effect?</w:t>
      </w:r>
    </w:p>
    <w:p/>
    <w:p>
      <w:r>
        <w:rPr>
          <w:b/>
          <w:sz w:val="24"/>
        </w:rPr>
        <w:t>Câu 21: What is a greenhouse gas?</w:t>
      </w:r>
    </w:p>
    <w:p/>
    <w:p>
      <w:r>
        <w:rPr>
          <w:b/>
          <w:sz w:val="24"/>
        </w:rPr>
        <w:t>Câu 22: Name three greenhouse gases.</w:t>
      </w:r>
    </w:p>
    <w:p/>
    <w:p>
      <w:r>
        <w:rPr>
          <w:b/>
          <w:sz w:val="24"/>
        </w:rPr>
        <w:t>Câu 23: What does nitrogen’s chemical symbol look like?</w:t>
      </w:r>
    </w:p>
    <w:p/>
    <w:p>
      <w:r>
        <w:rPr>
          <w:b/>
          <w:sz w:val="24"/>
        </w:rPr>
        <w:t>Câu 24: What is the chemical formula for oxygen gas?</w:t>
      </w:r>
    </w:p>
    <w:p/>
    <w:p>
      <w:r>
        <w:rPr>
          <w:b/>
          <w:sz w:val="24"/>
        </w:rPr>
        <w:t>Câu 25: What is the chemical formula for carbon dioxide?</w:t>
      </w:r>
    </w:p>
    <w:p/>
    <w:p>
      <w:r>
        <w:rPr>
          <w:b/>
          <w:sz w:val="24"/>
        </w:rPr>
        <w:t>Câu 26: What is the chemical formula for water?</w:t>
      </w:r>
    </w:p>
    <w:p/>
    <w:p>
      <w:r>
        <w:rPr>
          <w:b/>
          <w:sz w:val="24"/>
        </w:rPr>
        <w:t>Câu 27: Why is carbon dioxide important to plants?</w:t>
      </w:r>
    </w:p>
    <w:p/>
    <w:p>
      <w:r>
        <w:rPr>
          <w:b/>
          <w:sz w:val="24"/>
        </w:rPr>
        <w:t>Câu 28: What happens to warm air?</w:t>
      </w:r>
    </w:p>
    <w:p/>
    <w:p>
      <w:r>
        <w:rPr>
          <w:b/>
          <w:sz w:val="24"/>
        </w:rPr>
        <w:t>Câu 29: What happens to cold air?</w:t>
      </w:r>
    </w:p>
    <w:p/>
    <w:p>
      <w:r>
        <w:rPr>
          <w:b/>
          <w:sz w:val="24"/>
        </w:rPr>
        <w:t>Câu 30: Where is air pressure strongest?</w:t>
      </w:r>
    </w:p>
    <w:p/>
    <w:p>
      <w:r>
        <w:rPr>
          <w:b/>
          <w:sz w:val="24"/>
        </w:rPr>
        <w:t>Câu 31: What happens to air pressure as you go higher in the atmosphere?</w:t>
      </w:r>
    </w:p>
    <w:p/>
    <w:p>
      <w:r>
        <w:rPr>
          <w:b/>
          <w:sz w:val="24"/>
        </w:rPr>
        <w:t>Câu 32: How does the atmosphere help regulate Earth’s temperature?</w:t>
      </w:r>
    </w:p>
    <w:p/>
    <w:p>
      <w:r>
        <w:rPr>
          <w:b/>
          <w:sz w:val="24"/>
        </w:rPr>
        <w:t>Câu 33: What are the five layers of the atmosphere in order from bottom to top?</w:t>
      </w:r>
    </w:p>
    <w:p/>
    <w:p>
      <w:r>
        <w:rPr>
          <w:b/>
          <w:sz w:val="24"/>
        </w:rPr>
        <w:t>Câu 34: Which layer of the atmosphere contains weather?</w:t>
      </w:r>
    </w:p>
    <w:p/>
    <w:p>
      <w:r>
        <w:rPr>
          <w:b/>
          <w:sz w:val="24"/>
        </w:rPr>
        <w:t>Câu 35: Which layer contains the ozone layer?</w:t>
      </w:r>
    </w:p>
    <w:p/>
    <w:p>
      <w:r>
        <w:rPr>
          <w:b/>
          <w:sz w:val="24"/>
        </w:rPr>
        <w:t>Câu 36: What does the ozone layer protect Earth from?</w:t>
      </w:r>
    </w:p>
    <w:p/>
    <w:p>
      <w:r>
        <w:rPr>
          <w:b/>
          <w:sz w:val="24"/>
        </w:rPr>
        <w:t>Câu 37: In which layer do meteors burn up?</w:t>
      </w:r>
    </w:p>
    <w:p/>
    <w:p>
      <w:r>
        <w:rPr>
          <w:b/>
          <w:sz w:val="24"/>
        </w:rPr>
        <w:t>Câu 38: Which is the hottest layer of the atmosphere?</w:t>
      </w:r>
    </w:p>
    <w:p/>
    <w:p>
      <w:r>
        <w:rPr>
          <w:b/>
          <w:sz w:val="24"/>
        </w:rPr>
        <w:t>Câu 39: Where do auroras occur?</w:t>
      </w:r>
    </w:p>
    <w:p/>
    <w:p>
      <w:r>
        <w:rPr>
          <w:b/>
          <w:sz w:val="24"/>
        </w:rPr>
        <w:t>Câu 40: Which layer is where outer space begins?</w:t>
      </w:r>
    </w:p>
    <w:p/>
    <w:p>
      <w:r>
        <w:rPr>
          <w:b/>
          <w:sz w:val="24"/>
        </w:rPr>
        <w:t>Câu 41: What would happen to Earth without an atmosphere?</w:t>
      </w:r>
    </w:p>
    <w:p/>
    <w:p>
      <w:r>
        <w:rPr>
          <w:b/>
          <w:sz w:val="24"/>
        </w:rPr>
        <w:t>Câu 42: What is the memory trick for remembering the five atmospheric layers?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None</w:t>
      </w:r>
    </w:p>
    <w:p>
      <w:r>
        <w:rPr>
          <w:b/>
        </w:rPr>
        <w:t>Câu 2: Đáp án đúng: None</w:t>
      </w:r>
    </w:p>
    <w:p>
      <w:r>
        <w:rPr>
          <w:b/>
        </w:rPr>
        <w:t>Câu 3: Đáp án đúng: None</w:t>
      </w:r>
    </w:p>
    <w:p>
      <w:r>
        <w:rPr>
          <w:b/>
        </w:rPr>
        <w:t>Câu 4: Đáp án đúng: None</w:t>
      </w:r>
    </w:p>
    <w:p>
      <w:r>
        <w:rPr>
          <w:b/>
        </w:rPr>
        <w:t>Câu 5: Đáp án đúng: None</w:t>
      </w:r>
    </w:p>
    <w:p>
      <w:r>
        <w:rPr>
          <w:b/>
        </w:rPr>
        <w:t>Câu 6: Đáp án đúng: None</w:t>
      </w:r>
    </w:p>
    <w:p>
      <w:r>
        <w:rPr>
          <w:b/>
        </w:rPr>
        <w:t>Câu 7: Đáp án đúng: None</w:t>
      </w:r>
    </w:p>
    <w:p>
      <w:r>
        <w:rPr>
          <w:b/>
        </w:rPr>
        <w:t>Câu 8: Đáp án đúng: None</w:t>
      </w:r>
    </w:p>
    <w:p>
      <w:r>
        <w:rPr>
          <w:b/>
        </w:rPr>
        <w:t>Câu 9: Đáp án đúng: None</w:t>
      </w:r>
    </w:p>
    <w:p>
      <w:r>
        <w:rPr>
          <w:b/>
        </w:rPr>
        <w:t>Câu 10: Đáp án đúng: None</w:t>
      </w:r>
    </w:p>
    <w:p>
      <w:r>
        <w:rPr>
          <w:b/>
        </w:rPr>
        <w:t>Câu 11: Đáp án đúng: None</w:t>
      </w:r>
    </w:p>
    <w:p>
      <w:r>
        <w:rPr>
          <w:b/>
        </w:rPr>
        <w:t>Câu 12: Đáp án đúng: None</w:t>
      </w:r>
    </w:p>
    <w:p>
      <w:r>
        <w:rPr>
          <w:b/>
        </w:rPr>
        <w:t>Câu 13: Đáp án đúng: None</w:t>
      </w:r>
    </w:p>
    <w:p>
      <w:r>
        <w:rPr>
          <w:b/>
        </w:rPr>
        <w:t>Câu 14: Đáp án đúng: None</w:t>
      </w:r>
    </w:p>
    <w:p>
      <w:r>
        <w:rPr>
          <w:b/>
        </w:rPr>
        <w:t>Câu 15: Đáp án đúng: None</w:t>
      </w:r>
    </w:p>
    <w:p>
      <w:r>
        <w:rPr>
          <w:b/>
        </w:rPr>
        <w:t>Câu 16: Đáp án đúng: None</w:t>
      </w:r>
    </w:p>
    <w:p>
      <w:r>
        <w:rPr>
          <w:b/>
        </w:rPr>
        <w:t>Câu 17: Đáp án đúng: None</w:t>
      </w:r>
    </w:p>
    <w:p>
      <w:r>
        <w:rPr>
          <w:b/>
        </w:rPr>
        <w:t>Câu 18: Đáp án đúng: None</w:t>
      </w:r>
    </w:p>
    <w:p>
      <w:r>
        <w:rPr>
          <w:b/>
        </w:rPr>
        <w:t>Câu 19: Đáp án đúng: None</w:t>
      </w:r>
    </w:p>
    <w:p>
      <w:r>
        <w:rPr>
          <w:b/>
        </w:rPr>
        <w:t>Câu 20: Đáp án đúng: None</w:t>
      </w:r>
    </w:p>
    <w:p>
      <w:r>
        <w:rPr>
          <w:b/>
        </w:rPr>
        <w:t>Câu 21: Đáp án đúng: None</w:t>
      </w:r>
    </w:p>
    <w:p>
      <w:r>
        <w:rPr>
          <w:b/>
        </w:rPr>
        <w:t>Câu 22: Đáp án đúng: None</w:t>
      </w:r>
    </w:p>
    <w:p>
      <w:r>
        <w:rPr>
          <w:b/>
        </w:rPr>
        <w:t>Câu 23: Đáp án đúng: None</w:t>
      </w:r>
    </w:p>
    <w:p>
      <w:r>
        <w:rPr>
          <w:b/>
        </w:rPr>
        <w:t>Câu 24: Đáp án đúng: None</w:t>
      </w:r>
    </w:p>
    <w:p>
      <w:r>
        <w:rPr>
          <w:b/>
        </w:rPr>
        <w:t>Câu 25: Đáp án đúng: None</w:t>
      </w:r>
    </w:p>
    <w:p>
      <w:r>
        <w:rPr>
          <w:b/>
        </w:rPr>
        <w:t>Câu 26: Đáp án đúng: None</w:t>
      </w:r>
    </w:p>
    <w:p>
      <w:r>
        <w:rPr>
          <w:b/>
        </w:rPr>
        <w:t>Câu 27: Đáp án đúng: None</w:t>
      </w:r>
    </w:p>
    <w:p>
      <w:r>
        <w:rPr>
          <w:b/>
        </w:rPr>
        <w:t>Câu 28: Đáp án đúng: None</w:t>
      </w:r>
    </w:p>
    <w:p>
      <w:r>
        <w:rPr>
          <w:b/>
        </w:rPr>
        <w:t>Câu 29: Đáp án đúng: None</w:t>
      </w:r>
    </w:p>
    <w:p>
      <w:r>
        <w:rPr>
          <w:b/>
        </w:rPr>
        <w:t>Câu 30: Đáp án đúng: None</w:t>
      </w:r>
    </w:p>
    <w:p>
      <w:r>
        <w:rPr>
          <w:b/>
        </w:rPr>
        <w:t>Câu 31: Đáp án đúng: None</w:t>
      </w:r>
    </w:p>
    <w:p>
      <w:r>
        <w:rPr>
          <w:b/>
        </w:rPr>
        <w:t>Câu 32: Đáp án đúng: None</w:t>
      </w:r>
    </w:p>
    <w:p>
      <w:r>
        <w:rPr>
          <w:b/>
        </w:rPr>
        <w:t>Câu 33: Đáp án đúng: None</w:t>
      </w:r>
    </w:p>
    <w:p>
      <w:r>
        <w:rPr>
          <w:b/>
        </w:rPr>
        <w:t>Câu 34: Đáp án đúng: None</w:t>
      </w:r>
    </w:p>
    <w:p>
      <w:r>
        <w:rPr>
          <w:b/>
        </w:rPr>
        <w:t>Câu 35: Đáp án đúng: None</w:t>
      </w:r>
    </w:p>
    <w:p>
      <w:r>
        <w:rPr>
          <w:b/>
        </w:rPr>
        <w:t>Câu 36: Đáp án đúng: None</w:t>
      </w:r>
    </w:p>
    <w:p>
      <w:r>
        <w:rPr>
          <w:b/>
        </w:rPr>
        <w:t>Câu 37: Đáp án đúng: None</w:t>
      </w:r>
    </w:p>
    <w:p>
      <w:r>
        <w:rPr>
          <w:b/>
        </w:rPr>
        <w:t>Câu 38: Đáp án đúng: None</w:t>
      </w:r>
    </w:p>
    <w:p>
      <w:r>
        <w:rPr>
          <w:b/>
        </w:rPr>
        <w:t>Câu 39: Đáp án đúng: None</w:t>
      </w:r>
    </w:p>
    <w:p>
      <w:r>
        <w:rPr>
          <w:b/>
        </w:rPr>
        <w:t>Câu 40: Đáp án đúng: None</w:t>
      </w:r>
    </w:p>
    <w:p>
      <w:r>
        <w:rPr>
          <w:b/>
        </w:rPr>
        <w:t>Câu 41: Đáp án đúng: None</w:t>
      </w:r>
    </w:p>
    <w:p>
      <w:r>
        <w:rPr>
          <w:b/>
        </w:rPr>
        <w:t>Câu 42: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