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​A. device B. treatment C. muscle D. movement</w:t>
      </w:r>
    </w:p>
    <w:p>
      <w:pPr>
        <w:jc w:val="center"/>
      </w:pPr>
      <w:r>
        <w:rPr>
          <w:sz w:val="22"/>
        </w:rPr>
        <w:t>Số câu: 65    Thời gian: _____ phút    Họ và tên: _________________________</w:t>
      </w:r>
    </w:p>
    <w:p/>
    <w:p>
      <w:r>
        <w:rPr>
          <w:b/>
          <w:sz w:val="24"/>
        </w:rPr>
        <w:t>Câu 1: She got enough sleep last night, so today she is full of _______.</w:t>
      </w:r>
    </w:p>
    <w:p>
      <w:pPr>
        <w:pStyle w:val="ListParagraph"/>
      </w:pPr>
      <w:r>
        <w:rPr>
          <w:sz w:val="22"/>
        </w:rPr>
        <w:t>A. exercise</w:t>
      </w:r>
    </w:p>
    <w:p>
      <w:pPr>
        <w:pStyle w:val="ListParagraph"/>
      </w:pPr>
      <w:r>
        <w:rPr>
          <w:sz w:val="22"/>
        </w:rPr>
        <w:t>B. energy</w:t>
      </w:r>
    </w:p>
    <w:p>
      <w:pPr>
        <w:pStyle w:val="ListParagraph"/>
      </w:pPr>
      <w:r>
        <w:rPr>
          <w:sz w:val="22"/>
        </w:rPr>
        <w:t>C. injuries</w:t>
      </w:r>
    </w:p>
    <w:p>
      <w:pPr>
        <w:pStyle w:val="ListParagraph"/>
      </w:pPr>
      <w:r>
        <w:rPr>
          <w:sz w:val="22"/>
        </w:rPr>
        <w:t>D. stress</w:t>
      </w:r>
    </w:p>
    <w:p/>
    <w:p>
      <w:r>
        <w:rPr>
          <w:b/>
          <w:sz w:val="24"/>
        </w:rPr>
        <w:t>Câu 2: We should _______ healthy by eating well and exercising regularly.</w:t>
      </w:r>
    </w:p>
    <w:p>
      <w:pPr>
        <w:pStyle w:val="ListParagraph"/>
      </w:pPr>
      <w:r>
        <w:rPr>
          <w:sz w:val="22"/>
        </w:rPr>
        <w:t>A. sound</w:t>
      </w:r>
    </w:p>
    <w:p>
      <w:pPr>
        <w:pStyle w:val="ListParagraph"/>
      </w:pPr>
      <w:r>
        <w:rPr>
          <w:sz w:val="22"/>
        </w:rPr>
        <w:t>B. seem</w:t>
      </w:r>
    </w:p>
    <w:p>
      <w:pPr>
        <w:pStyle w:val="ListParagraph"/>
      </w:pPr>
      <w:r>
        <w:rPr>
          <w:sz w:val="22"/>
        </w:rPr>
        <w:t>C. look</w:t>
      </w:r>
    </w:p>
    <w:p>
      <w:pPr>
        <w:pStyle w:val="ListParagraph"/>
      </w:pPr>
      <w:r>
        <w:rPr>
          <w:sz w:val="22"/>
        </w:rPr>
        <w:t>D. stay</w:t>
      </w:r>
    </w:p>
    <w:p/>
    <w:p>
      <w:r>
        <w:rPr>
          <w:b/>
          <w:sz w:val="24"/>
        </w:rPr>
        <w:t>Câu 3: Increasing numbers of children are _______ from mental health problems due to bad habits.</w:t>
      </w:r>
    </w:p>
    <w:p>
      <w:pPr>
        <w:pStyle w:val="ListParagraph"/>
      </w:pPr>
      <w:r>
        <w:rPr>
          <w:sz w:val="22"/>
        </w:rPr>
        <w:t>A. suffering</w:t>
      </w:r>
    </w:p>
    <w:p>
      <w:pPr>
        <w:pStyle w:val="ListParagraph"/>
      </w:pPr>
      <w:r>
        <w:rPr>
          <w:sz w:val="22"/>
        </w:rPr>
        <w:t>B. recovering</w:t>
      </w:r>
    </w:p>
    <w:p>
      <w:pPr>
        <w:pStyle w:val="ListParagraph"/>
      </w:pPr>
      <w:r>
        <w:rPr>
          <w:sz w:val="22"/>
        </w:rPr>
        <w:t>C. harming</w:t>
      </w:r>
    </w:p>
    <w:p>
      <w:pPr>
        <w:pStyle w:val="ListParagraph"/>
      </w:pPr>
      <w:r>
        <w:rPr>
          <w:sz w:val="22"/>
        </w:rPr>
        <w:t>D. improving</w:t>
      </w:r>
    </w:p>
    <w:p/>
    <w:p>
      <w:r>
        <w:rPr>
          <w:b/>
          <w:sz w:val="24"/>
        </w:rPr>
        <w:t>Câu 4: _______ attention to your diet, exercise, and sleep to enjoy a long life.</w:t>
      </w:r>
    </w:p>
    <w:p>
      <w:pPr>
        <w:pStyle w:val="ListParagraph"/>
      </w:pPr>
      <w:r>
        <w:rPr>
          <w:sz w:val="22"/>
        </w:rPr>
        <w:t>A. Put</w:t>
      </w:r>
    </w:p>
    <w:p>
      <w:pPr>
        <w:pStyle w:val="ListParagraph"/>
      </w:pPr>
      <w:r>
        <w:rPr>
          <w:sz w:val="22"/>
        </w:rPr>
        <w:t>B. Take</w:t>
      </w:r>
    </w:p>
    <w:p>
      <w:pPr>
        <w:pStyle w:val="ListParagraph"/>
      </w:pPr>
      <w:r>
        <w:rPr>
          <w:sz w:val="22"/>
        </w:rPr>
        <w:t>C. Pay</w:t>
      </w:r>
    </w:p>
    <w:p>
      <w:pPr>
        <w:pStyle w:val="ListParagraph"/>
      </w:pPr>
      <w:r>
        <w:rPr>
          <w:sz w:val="22"/>
        </w:rPr>
        <w:t>D. Attract</w:t>
      </w:r>
    </w:p>
    <w:p/>
    <w:p>
      <w:r>
        <w:rPr>
          <w:b/>
          <w:sz w:val="24"/>
        </w:rPr>
        <w:t>Câu 5: Start following these healthy habits to add years to your life _______.</w:t>
      </w:r>
    </w:p>
    <w:p>
      <w:pPr>
        <w:pStyle w:val="ListParagraph"/>
      </w:pPr>
      <w:r>
        <w:rPr>
          <w:sz w:val="22"/>
        </w:rPr>
        <w:t>A. expect</w:t>
      </w:r>
    </w:p>
    <w:p>
      <w:pPr>
        <w:pStyle w:val="ListParagraph"/>
      </w:pPr>
      <w:r>
        <w:rPr>
          <w:sz w:val="22"/>
        </w:rPr>
        <w:t>B. expectant</w:t>
      </w:r>
    </w:p>
    <w:p>
      <w:pPr>
        <w:pStyle w:val="ListParagraph"/>
      </w:pPr>
      <w:r>
        <w:rPr>
          <w:sz w:val="22"/>
        </w:rPr>
        <w:t>C. expectation</w:t>
      </w:r>
    </w:p>
    <w:p>
      <w:pPr>
        <w:pStyle w:val="ListParagraph"/>
      </w:pPr>
      <w:r>
        <w:rPr>
          <w:sz w:val="22"/>
        </w:rPr>
        <w:t>D. expectancy</w:t>
      </w:r>
    </w:p>
    <w:p/>
    <w:p>
      <w:r>
        <w:rPr>
          <w:b/>
          <w:sz w:val="24"/>
        </w:rPr>
        <w:t>Câu 6: Put away your electronic _______ and turn off the TV before going to sleep.</w:t>
      </w:r>
    </w:p>
    <w:p>
      <w:pPr>
        <w:pStyle w:val="ListParagraph"/>
      </w:pPr>
      <w:r>
        <w:rPr>
          <w:sz w:val="22"/>
        </w:rPr>
        <w:t>A. mails</w:t>
      </w:r>
    </w:p>
    <w:p>
      <w:pPr>
        <w:pStyle w:val="ListParagraph"/>
      </w:pPr>
      <w:r>
        <w:rPr>
          <w:sz w:val="22"/>
        </w:rPr>
        <w:t>B. books</w:t>
      </w:r>
    </w:p>
    <w:p>
      <w:pPr>
        <w:pStyle w:val="ListParagraph"/>
      </w:pPr>
      <w:r>
        <w:rPr>
          <w:sz w:val="22"/>
        </w:rPr>
        <w:t>C. devices</w:t>
      </w:r>
    </w:p>
    <w:p>
      <w:pPr>
        <w:pStyle w:val="ListParagraph"/>
      </w:pPr>
      <w:r>
        <w:rPr>
          <w:sz w:val="22"/>
        </w:rPr>
        <w:t>D. appliances</w:t>
      </w:r>
    </w:p>
    <w:p/>
    <w:p>
      <w:r>
        <w:rPr>
          <w:b/>
          <w:sz w:val="24"/>
        </w:rPr>
        <w:t>Câu 7: Simple Vietnamese dishes usually include fresh _______ like meat, onion, and pepper.</w:t>
      </w:r>
    </w:p>
    <w:p>
      <w:pPr>
        <w:pStyle w:val="ListParagraph"/>
      </w:pPr>
      <w:r>
        <w:rPr>
          <w:sz w:val="22"/>
        </w:rPr>
        <w:t>A. minerals</w:t>
      </w:r>
    </w:p>
    <w:p>
      <w:pPr>
        <w:pStyle w:val="ListParagraph"/>
      </w:pPr>
      <w:r>
        <w:rPr>
          <w:sz w:val="22"/>
        </w:rPr>
        <w:t>B. nutritions</w:t>
      </w:r>
    </w:p>
    <w:p>
      <w:pPr>
        <w:pStyle w:val="ListParagraph"/>
      </w:pPr>
      <w:r>
        <w:rPr>
          <w:sz w:val="22"/>
        </w:rPr>
        <w:t>C. recipes</w:t>
      </w:r>
    </w:p>
    <w:p>
      <w:pPr>
        <w:pStyle w:val="ListParagraph"/>
      </w:pPr>
      <w:r>
        <w:rPr>
          <w:sz w:val="22"/>
        </w:rPr>
        <w:t>D. ingredients</w:t>
      </w:r>
    </w:p>
    <w:p/>
    <w:p>
      <w:r>
        <w:rPr>
          <w:b/>
          <w:sz w:val="24"/>
        </w:rPr>
        <w:t>Câu 8: The coronavirus is so _______ that all citizens in this city contract it easily.</w:t>
      </w:r>
    </w:p>
    <w:p>
      <w:pPr>
        <w:pStyle w:val="ListParagraph"/>
      </w:pPr>
      <w:r>
        <w:rPr>
          <w:sz w:val="22"/>
        </w:rPr>
        <w:t>A. infection</w:t>
      </w:r>
    </w:p>
    <w:p>
      <w:pPr>
        <w:pStyle w:val="ListParagraph"/>
      </w:pPr>
      <w:r>
        <w:rPr>
          <w:sz w:val="22"/>
        </w:rPr>
        <w:t>B. infected</w:t>
      </w:r>
    </w:p>
    <w:p>
      <w:pPr>
        <w:pStyle w:val="ListParagraph"/>
      </w:pPr>
      <w:r>
        <w:rPr>
          <w:sz w:val="22"/>
        </w:rPr>
        <w:t>C. infectious</w:t>
      </w:r>
    </w:p>
    <w:p>
      <w:pPr>
        <w:pStyle w:val="ListParagraph"/>
      </w:pPr>
      <w:r>
        <w:rPr>
          <w:sz w:val="22"/>
        </w:rPr>
        <w:t>D. infect</w:t>
      </w:r>
    </w:p>
    <w:p/>
    <w:p>
      <w:r>
        <w:rPr>
          <w:b/>
          <w:sz w:val="24"/>
        </w:rPr>
        <w:t>Câu 9: The term _______ refers to the difference in attitudes between a younger and an older generation.</w:t>
      </w:r>
    </w:p>
    <w:p>
      <w:pPr>
        <w:pStyle w:val="ListParagraph"/>
      </w:pPr>
      <w:r>
        <w:rPr>
          <w:sz w:val="22"/>
        </w:rPr>
        <w:t>A. argument</w:t>
      </w:r>
    </w:p>
    <w:p>
      <w:pPr>
        <w:pStyle w:val="ListParagraph"/>
      </w:pPr>
      <w:r>
        <w:rPr>
          <w:sz w:val="22"/>
        </w:rPr>
        <w:t>B. generation gap</w:t>
      </w:r>
    </w:p>
    <w:p>
      <w:pPr>
        <w:pStyle w:val="ListParagraph"/>
      </w:pPr>
      <w:r>
        <w:rPr>
          <w:sz w:val="22"/>
        </w:rPr>
        <w:t>C. conflict</w:t>
      </w:r>
    </w:p>
    <w:p>
      <w:pPr>
        <w:pStyle w:val="ListParagraph"/>
      </w:pPr>
      <w:r>
        <w:rPr>
          <w:sz w:val="22"/>
        </w:rPr>
        <w:t>D. disagreement</w:t>
      </w:r>
    </w:p>
    <w:p/>
    <w:p>
      <w:r>
        <w:rPr>
          <w:b/>
          <w:sz w:val="24"/>
        </w:rPr>
        <w:t>Câu 10: Living with three generations can be difficult because of the lack of space and daily _______.</w:t>
      </w:r>
    </w:p>
    <w:p>
      <w:pPr>
        <w:pStyle w:val="ListParagraph"/>
      </w:pPr>
      <w:r>
        <w:rPr>
          <w:sz w:val="22"/>
        </w:rPr>
        <w:t>A. arguments</w:t>
      </w:r>
    </w:p>
    <w:p>
      <w:pPr>
        <w:pStyle w:val="ListParagraph"/>
      </w:pPr>
      <w:r>
        <w:rPr>
          <w:sz w:val="22"/>
        </w:rPr>
        <w:t>B. debates</w:t>
      </w:r>
    </w:p>
    <w:p>
      <w:pPr>
        <w:pStyle w:val="ListParagraph"/>
      </w:pPr>
      <w:r>
        <w:rPr>
          <w:sz w:val="22"/>
        </w:rPr>
        <w:t>C. conflicts</w:t>
      </w:r>
    </w:p>
    <w:p>
      <w:pPr>
        <w:pStyle w:val="ListParagraph"/>
      </w:pPr>
      <w:r>
        <w:rPr>
          <w:sz w:val="22"/>
        </w:rPr>
        <w:t>D. quarrel</w:t>
      </w:r>
    </w:p>
    <w:p/>
    <w:p>
      <w:r>
        <w:rPr>
          <w:b/>
          <w:sz w:val="24"/>
        </w:rPr>
        <w:t>Câu 11: He shared his father's _______ that people should work hard for their living.</w:t>
      </w:r>
    </w:p>
    <w:p>
      <w:pPr>
        <w:pStyle w:val="ListParagraph"/>
      </w:pPr>
      <w:r>
        <w:rPr>
          <w:sz w:val="22"/>
        </w:rPr>
        <w:t>A. belief</w:t>
      </w:r>
    </w:p>
    <w:p>
      <w:pPr>
        <w:pStyle w:val="ListParagraph"/>
      </w:pPr>
      <w:r>
        <w:rPr>
          <w:sz w:val="22"/>
        </w:rPr>
        <w:t>B. gap</w:t>
      </w:r>
    </w:p>
    <w:p>
      <w:pPr>
        <w:pStyle w:val="ListParagraph"/>
      </w:pPr>
      <w:r>
        <w:rPr>
          <w:sz w:val="22"/>
        </w:rPr>
        <w:t>C. arguments</w:t>
      </w:r>
    </w:p>
    <w:p>
      <w:pPr>
        <w:pStyle w:val="ListParagraph"/>
      </w:pPr>
      <w:r>
        <w:rPr>
          <w:sz w:val="22"/>
        </w:rPr>
        <w:t>D. complaint</w:t>
      </w:r>
    </w:p>
    <w:p/>
    <w:p>
      <w:r>
        <w:rPr>
          <w:b/>
          <w:sz w:val="24"/>
        </w:rPr>
        <w:t>Câu 12: Everyone was _______ towards him, listening carefully to his long explanations.</w:t>
      </w:r>
    </w:p>
    <w:p>
      <w:pPr>
        <w:pStyle w:val="ListParagraph"/>
      </w:pPr>
      <w:r>
        <w:rPr>
          <w:sz w:val="22"/>
        </w:rPr>
        <w:t>A. respected</w:t>
      </w:r>
    </w:p>
    <w:p>
      <w:pPr>
        <w:pStyle w:val="ListParagraph"/>
      </w:pPr>
      <w:r>
        <w:rPr>
          <w:sz w:val="22"/>
        </w:rPr>
        <w:t>B. respective</w:t>
      </w:r>
    </w:p>
    <w:p>
      <w:pPr>
        <w:pStyle w:val="ListParagraph"/>
      </w:pPr>
      <w:r>
        <w:rPr>
          <w:sz w:val="22"/>
        </w:rPr>
        <w:t>C. respectable</w:t>
      </w:r>
    </w:p>
    <w:p>
      <w:pPr>
        <w:pStyle w:val="ListParagraph"/>
      </w:pPr>
      <w:r>
        <w:rPr>
          <w:sz w:val="22"/>
        </w:rPr>
        <w:t>D. respectful</w:t>
      </w:r>
    </w:p>
    <w:p/>
    <w:p>
      <w:r>
        <w:rPr>
          <w:b/>
          <w:sz w:val="24"/>
        </w:rPr>
        <w:t>Câu 13: Some parents find their children's behavior unacceptable and disrespectful to traditional _______.</w:t>
      </w:r>
    </w:p>
    <w:p>
      <w:pPr>
        <w:pStyle w:val="ListParagraph"/>
      </w:pPr>
      <w:r>
        <w:rPr>
          <w:sz w:val="22"/>
        </w:rPr>
        <w:t>A. customs</w:t>
      </w:r>
    </w:p>
    <w:p>
      <w:pPr>
        <w:pStyle w:val="ListParagraph"/>
      </w:pPr>
      <w:r>
        <w:rPr>
          <w:sz w:val="22"/>
        </w:rPr>
        <w:t>B. values</w:t>
      </w:r>
    </w:p>
    <w:p>
      <w:pPr>
        <w:pStyle w:val="ListParagraph"/>
      </w:pPr>
      <w:r>
        <w:rPr>
          <w:sz w:val="22"/>
        </w:rPr>
        <w:t>C. spirits</w:t>
      </w:r>
    </w:p>
    <w:p>
      <w:pPr>
        <w:pStyle w:val="ListParagraph"/>
      </w:pPr>
      <w:r>
        <w:rPr>
          <w:sz w:val="22"/>
        </w:rPr>
        <w:t>D. standards</w:t>
      </w:r>
    </w:p>
    <w:p/>
    <w:p>
      <w:r>
        <w:rPr>
          <w:b/>
          <w:sz w:val="24"/>
        </w:rPr>
        <w:t>Câu 14: In order to _______ the gap between generations, mutual understanding is the vital key.</w:t>
      </w:r>
    </w:p>
    <w:p>
      <w:pPr>
        <w:pStyle w:val="ListParagraph"/>
      </w:pPr>
      <w:r>
        <w:rPr>
          <w:sz w:val="22"/>
        </w:rPr>
        <w:t>A. bridge</w:t>
      </w:r>
    </w:p>
    <w:p>
      <w:pPr>
        <w:pStyle w:val="ListParagraph"/>
      </w:pPr>
      <w:r>
        <w:rPr>
          <w:sz w:val="22"/>
        </w:rPr>
        <w:t>B. widen</w:t>
      </w:r>
    </w:p>
    <w:p>
      <w:pPr>
        <w:pStyle w:val="ListParagraph"/>
      </w:pPr>
      <w:r>
        <w:rPr>
          <w:sz w:val="22"/>
        </w:rPr>
        <w:t>C. lessen</w:t>
      </w:r>
    </w:p>
    <w:p>
      <w:pPr>
        <w:pStyle w:val="ListParagraph"/>
      </w:pPr>
      <w:r>
        <w:rPr>
          <w:sz w:val="22"/>
        </w:rPr>
        <w:t>D. lower</w:t>
      </w:r>
    </w:p>
    <w:p/>
    <w:p>
      <w:r>
        <w:rPr>
          <w:b/>
          <w:sz w:val="24"/>
        </w:rPr>
        <w:t>Câu 15: He doesn't want to follow in his father's _______ as a doctor.</w:t>
      </w:r>
    </w:p>
    <w:p>
      <w:pPr>
        <w:pStyle w:val="ListParagraph"/>
      </w:pPr>
      <w:r>
        <w:rPr>
          <w:sz w:val="22"/>
        </w:rPr>
        <w:t>A. attitude</w:t>
      </w:r>
    </w:p>
    <w:p>
      <w:pPr>
        <w:pStyle w:val="ListParagraph"/>
      </w:pPr>
      <w:r>
        <w:rPr>
          <w:sz w:val="22"/>
        </w:rPr>
        <w:t>B. privacy</w:t>
      </w:r>
    </w:p>
    <w:p>
      <w:pPr>
        <w:pStyle w:val="ListParagraph"/>
      </w:pPr>
      <w:r>
        <w:rPr>
          <w:sz w:val="22"/>
        </w:rPr>
        <w:t>C. tradition</w:t>
      </w:r>
    </w:p>
    <w:p>
      <w:pPr>
        <w:pStyle w:val="ListParagraph"/>
      </w:pPr>
      <w:r>
        <w:rPr>
          <w:sz w:val="22"/>
        </w:rPr>
        <w:t>D. footsteps</w:t>
      </w:r>
    </w:p>
    <w:p/>
    <w:p>
      <w:r>
        <w:rPr>
          <w:b/>
          <w:sz w:val="24"/>
        </w:rPr>
        <w:t>Câu 16: My parents' imposition makes no _______ to my decision of choosing my future career.</w:t>
      </w:r>
    </w:p>
    <w:p>
      <w:pPr>
        <w:pStyle w:val="ListParagraph"/>
      </w:pPr>
      <w:r>
        <w:rPr>
          <w:sz w:val="22"/>
        </w:rPr>
        <w:t>A. gives</w:t>
      </w:r>
    </w:p>
    <w:p>
      <w:pPr>
        <w:pStyle w:val="ListParagraph"/>
      </w:pPr>
      <w:r>
        <w:rPr>
          <w:sz w:val="22"/>
        </w:rPr>
        <w:t>B. pays</w:t>
      </w:r>
    </w:p>
    <w:p>
      <w:pPr>
        <w:pStyle w:val="ListParagraph"/>
      </w:pPr>
      <w:r>
        <w:rPr>
          <w:sz w:val="22"/>
        </w:rPr>
        <w:t>C. takes</w:t>
      </w:r>
    </w:p>
    <w:p>
      <w:pPr>
        <w:pStyle w:val="ListParagraph"/>
      </w:pPr>
      <w:r>
        <w:rPr>
          <w:sz w:val="22"/>
        </w:rPr>
        <w:t>D. makes</w:t>
      </w:r>
    </w:p>
    <w:p/>
    <w:p>
      <w:r>
        <w:rPr>
          <w:b/>
          <w:sz w:val="24"/>
        </w:rPr>
        <w:t>Câu 17: This is a green city designed to reduce its negative _______ on the environment.</w:t>
      </w:r>
    </w:p>
    <w:p>
      <w:pPr>
        <w:pStyle w:val="ListParagraph"/>
      </w:pPr>
      <w:r>
        <w:rPr>
          <w:sz w:val="22"/>
        </w:rPr>
        <w:t>A. impact</w:t>
      </w:r>
    </w:p>
    <w:p>
      <w:pPr>
        <w:pStyle w:val="ListParagraph"/>
      </w:pPr>
      <w:r>
        <w:rPr>
          <w:sz w:val="22"/>
        </w:rPr>
        <w:t>B. result</w:t>
      </w:r>
    </w:p>
    <w:p>
      <w:pPr>
        <w:pStyle w:val="ListParagraph"/>
      </w:pPr>
      <w:r>
        <w:rPr>
          <w:sz w:val="22"/>
        </w:rPr>
        <w:t>C. impression</w:t>
      </w:r>
    </w:p>
    <w:p>
      <w:pPr>
        <w:pStyle w:val="ListParagraph"/>
      </w:pPr>
      <w:r>
        <w:rPr>
          <w:sz w:val="22"/>
        </w:rPr>
        <w:t>D. force</w:t>
      </w:r>
    </w:p>
    <w:p/>
    <w:p>
      <w:r>
        <w:rPr>
          <w:b/>
          <w:sz w:val="24"/>
        </w:rPr>
        <w:t>Câu 18: Most people in smart cities will use public _______ such as trams and electric buses.</w:t>
      </w:r>
    </w:p>
    <w:p>
      <w:pPr>
        <w:pStyle w:val="ListParagraph"/>
      </w:pPr>
      <w:r>
        <w:rPr>
          <w:sz w:val="22"/>
        </w:rPr>
        <w:t>A. places</w:t>
      </w:r>
    </w:p>
    <w:p>
      <w:pPr>
        <w:pStyle w:val="ListParagraph"/>
      </w:pPr>
      <w:r>
        <w:rPr>
          <w:sz w:val="22"/>
        </w:rPr>
        <w:t>B. technology</w:t>
      </w:r>
    </w:p>
    <w:p>
      <w:pPr>
        <w:pStyle w:val="ListParagraph"/>
      </w:pPr>
      <w:r>
        <w:rPr>
          <w:sz w:val="22"/>
        </w:rPr>
        <w:t>C. system</w:t>
      </w:r>
    </w:p>
    <w:p>
      <w:pPr>
        <w:pStyle w:val="ListParagraph"/>
      </w:pPr>
      <w:r>
        <w:rPr>
          <w:sz w:val="22"/>
        </w:rPr>
        <w:t>D. transport</w:t>
      </w:r>
    </w:p>
    <w:p/>
    <w:p>
      <w:r>
        <w:rPr>
          <w:b/>
          <w:sz w:val="24"/>
        </w:rPr>
        <w:t>Câu 19: City _______ will stop using their personal cars in urban areas to reduce pollution.</w:t>
      </w:r>
    </w:p>
    <w:p>
      <w:pPr>
        <w:pStyle w:val="ListParagraph"/>
      </w:pPr>
      <w:r>
        <w:rPr>
          <w:sz w:val="22"/>
        </w:rPr>
        <w:t>A. dwellers</w:t>
      </w:r>
    </w:p>
    <w:p>
      <w:pPr>
        <w:pStyle w:val="ListParagraph"/>
      </w:pPr>
      <w:r>
        <w:rPr>
          <w:sz w:val="22"/>
        </w:rPr>
        <w:t>B. governments</w:t>
      </w:r>
    </w:p>
    <w:p>
      <w:pPr>
        <w:pStyle w:val="ListParagraph"/>
      </w:pPr>
      <w:r>
        <w:rPr>
          <w:sz w:val="22"/>
        </w:rPr>
        <w:t>C. authorities</w:t>
      </w:r>
    </w:p>
    <w:p>
      <w:pPr>
        <w:pStyle w:val="ListParagraph"/>
      </w:pPr>
      <w:r>
        <w:rPr>
          <w:sz w:val="22"/>
        </w:rPr>
        <w:t>D. researchers</w:t>
      </w:r>
    </w:p>
    <w:p/>
    <w:p>
      <w:r>
        <w:rPr>
          <w:b/>
          <w:sz w:val="24"/>
        </w:rPr>
        <w:t>Câu 20: In smart cities, AI technologies will be installed to help the city _______ more efficiently.</w:t>
      </w:r>
    </w:p>
    <w:p>
      <w:pPr>
        <w:pStyle w:val="ListParagraph"/>
      </w:pPr>
      <w:r>
        <w:rPr>
          <w:sz w:val="22"/>
        </w:rPr>
        <w:t>A. exhibit</w:t>
      </w:r>
    </w:p>
    <w:p>
      <w:pPr>
        <w:pStyle w:val="ListParagraph"/>
      </w:pPr>
      <w:r>
        <w:rPr>
          <w:sz w:val="22"/>
        </w:rPr>
        <w:t>B. design</w:t>
      </w:r>
    </w:p>
    <w:p>
      <w:pPr>
        <w:pStyle w:val="ListParagraph"/>
      </w:pPr>
      <w:r>
        <w:rPr>
          <w:sz w:val="22"/>
        </w:rPr>
        <w:t>C. impress</w:t>
      </w:r>
    </w:p>
    <w:p>
      <w:pPr>
        <w:pStyle w:val="ListParagraph"/>
      </w:pPr>
      <w:r>
        <w:rPr>
          <w:sz w:val="22"/>
        </w:rPr>
        <w:t>D. operate</w:t>
      </w:r>
    </w:p>
    <w:p/>
    <w:p>
      <w:r>
        <w:rPr>
          <w:b/>
          <w:sz w:val="24"/>
        </w:rPr>
        <w:t>Câu 21: Doctors advise people to limit their intake of _______ foods high in sugar and fat.</w:t>
      </w:r>
    </w:p>
    <w:p>
      <w:pPr>
        <w:pStyle w:val="ListParagraph"/>
      </w:pPr>
      <w:r>
        <w:rPr>
          <w:sz w:val="22"/>
        </w:rPr>
        <w:t>A. healthy</w:t>
      </w:r>
    </w:p>
    <w:p>
      <w:pPr>
        <w:pStyle w:val="ListParagraph"/>
      </w:pPr>
      <w:r>
        <w:rPr>
          <w:sz w:val="22"/>
        </w:rPr>
        <w:t>B. processed</w:t>
      </w:r>
    </w:p>
    <w:p>
      <w:pPr>
        <w:pStyle w:val="ListParagraph"/>
      </w:pPr>
      <w:r>
        <w:rPr>
          <w:sz w:val="22"/>
        </w:rPr>
        <w:t>C. fresh</w:t>
      </w:r>
    </w:p>
    <w:p>
      <w:pPr>
        <w:pStyle w:val="ListParagraph"/>
      </w:pPr>
      <w:r>
        <w:rPr>
          <w:sz w:val="22"/>
        </w:rPr>
        <w:t>D. organic</w:t>
      </w:r>
    </w:p>
    <w:p/>
    <w:p>
      <w:r>
        <w:rPr>
          <w:b/>
          <w:sz w:val="24"/>
        </w:rPr>
        <w:t>Câu 22: A balanced _______ provides all the necessary nutrients for the body.</w:t>
      </w:r>
    </w:p>
    <w:p>
      <w:pPr>
        <w:pStyle w:val="ListParagraph"/>
      </w:pPr>
      <w:r>
        <w:rPr>
          <w:sz w:val="22"/>
        </w:rPr>
        <w:t>A. diet</w:t>
      </w:r>
    </w:p>
    <w:p>
      <w:pPr>
        <w:pStyle w:val="ListParagraph"/>
      </w:pPr>
      <w:r>
        <w:rPr>
          <w:sz w:val="22"/>
        </w:rPr>
        <w:t>B. muscle</w:t>
      </w:r>
    </w:p>
    <w:p>
      <w:pPr>
        <w:pStyle w:val="ListParagraph"/>
      </w:pPr>
      <w:r>
        <w:rPr>
          <w:sz w:val="22"/>
        </w:rPr>
        <w:t>C. treatment</w:t>
      </w:r>
    </w:p>
    <w:p>
      <w:pPr>
        <w:pStyle w:val="ListParagraph"/>
      </w:pPr>
      <w:r>
        <w:rPr>
          <w:sz w:val="22"/>
        </w:rPr>
        <w:t>D. footprint</w:t>
      </w:r>
    </w:p>
    <w:p/>
    <w:p>
      <w:r>
        <w:rPr>
          <w:b/>
          <w:sz w:val="24"/>
        </w:rPr>
        <w:t>Câu 23: Teenagers often want more _______ as they grow older.</w:t>
      </w:r>
    </w:p>
    <w:p>
      <w:pPr>
        <w:pStyle w:val="ListParagraph"/>
      </w:pPr>
      <w:r>
        <w:rPr>
          <w:sz w:val="22"/>
        </w:rPr>
        <w:t>A. dependence</w:t>
      </w:r>
    </w:p>
    <w:p>
      <w:pPr>
        <w:pStyle w:val="ListParagraph"/>
      </w:pPr>
      <w:r>
        <w:rPr>
          <w:sz w:val="22"/>
        </w:rPr>
        <w:t>B. independence</w:t>
      </w:r>
    </w:p>
    <w:p>
      <w:pPr>
        <w:pStyle w:val="ListParagraph"/>
      </w:pPr>
      <w:r>
        <w:rPr>
          <w:sz w:val="22"/>
        </w:rPr>
        <w:t>C. conflict</w:t>
      </w:r>
    </w:p>
    <w:p>
      <w:pPr>
        <w:pStyle w:val="ListParagraph"/>
      </w:pPr>
      <w:r>
        <w:rPr>
          <w:sz w:val="22"/>
        </w:rPr>
        <w:t>D. restriction</w:t>
      </w:r>
    </w:p>
    <w:p/>
    <w:p>
      <w:r>
        <w:rPr>
          <w:b/>
          <w:sz w:val="24"/>
        </w:rPr>
        <w:t>Câu 24: Smart cities use modern _______ to improve the quality of life for residents.</w:t>
      </w:r>
    </w:p>
    <w:p>
      <w:pPr>
        <w:pStyle w:val="ListParagraph"/>
      </w:pPr>
      <w:r>
        <w:rPr>
          <w:sz w:val="22"/>
        </w:rPr>
        <w:t>A. tools</w:t>
      </w:r>
    </w:p>
    <w:p>
      <w:pPr>
        <w:pStyle w:val="ListParagraph"/>
      </w:pPr>
      <w:r>
        <w:rPr>
          <w:sz w:val="22"/>
        </w:rPr>
        <w:t>B. technology</w:t>
      </w:r>
    </w:p>
    <w:p>
      <w:pPr>
        <w:pStyle w:val="ListParagraph"/>
      </w:pPr>
      <w:r>
        <w:rPr>
          <w:sz w:val="22"/>
        </w:rPr>
        <w:t>C. machines</w:t>
      </w:r>
    </w:p>
    <w:p>
      <w:pPr>
        <w:pStyle w:val="ListParagraph"/>
      </w:pPr>
      <w:r>
        <w:rPr>
          <w:sz w:val="22"/>
        </w:rPr>
        <w:t>D. appliances</w:t>
      </w:r>
    </w:p>
    <w:p/>
    <w:p>
      <w:r>
        <w:rPr>
          <w:b/>
          <w:sz w:val="24"/>
        </w:rPr>
        <w:t>Câu 25: Regular physical activity can help reduce the _______ of heart disease.</w:t>
      </w:r>
    </w:p>
    <w:p>
      <w:pPr>
        <w:pStyle w:val="ListParagraph"/>
      </w:pPr>
      <w:r>
        <w:rPr>
          <w:sz w:val="22"/>
        </w:rPr>
        <w:t>A. risk</w:t>
      </w:r>
    </w:p>
    <w:p>
      <w:pPr>
        <w:pStyle w:val="ListParagraph"/>
      </w:pPr>
      <w:r>
        <w:rPr>
          <w:sz w:val="22"/>
        </w:rPr>
        <w:t>B. cause</w:t>
      </w:r>
    </w:p>
    <w:p>
      <w:pPr>
        <w:pStyle w:val="ListParagraph"/>
      </w:pPr>
      <w:r>
        <w:rPr>
          <w:sz w:val="22"/>
        </w:rPr>
        <w:t>C. result</w:t>
      </w:r>
    </w:p>
    <w:p>
      <w:pPr>
        <w:pStyle w:val="ListParagraph"/>
      </w:pPr>
      <w:r>
        <w:rPr>
          <w:sz w:val="22"/>
        </w:rPr>
        <w:t>D. safety</w:t>
      </w:r>
    </w:p>
    <w:p/>
    <w:p>
      <w:r>
        <w:rPr>
          <w:b/>
          <w:sz w:val="24"/>
        </w:rPr>
        <w:t>Câu 26: Mary _______ with her mother to the mall 1 hour ago.</w:t>
      </w:r>
    </w:p>
    <w:p>
      <w:pPr>
        <w:pStyle w:val="ListParagraph"/>
      </w:pPr>
      <w:r>
        <w:rPr>
          <w:sz w:val="22"/>
        </w:rPr>
        <w:t>A. goes out</w:t>
      </w:r>
    </w:p>
    <w:p>
      <w:pPr>
        <w:pStyle w:val="ListParagraph"/>
      </w:pPr>
      <w:r>
        <w:rPr>
          <w:sz w:val="22"/>
        </w:rPr>
        <w:t>B. gone out</w:t>
      </w:r>
    </w:p>
    <w:p>
      <w:pPr>
        <w:pStyle w:val="ListParagraph"/>
      </w:pPr>
      <w:r>
        <w:rPr>
          <w:sz w:val="22"/>
        </w:rPr>
        <w:t>C. went out</w:t>
      </w:r>
    </w:p>
    <w:p>
      <w:pPr>
        <w:pStyle w:val="ListParagraph"/>
      </w:pPr>
      <w:r>
        <w:rPr>
          <w:sz w:val="22"/>
        </w:rPr>
        <w:t>D. was gone</w:t>
      </w:r>
    </w:p>
    <w:p/>
    <w:p>
      <w:r>
        <w:rPr>
          <w:b/>
          <w:sz w:val="24"/>
        </w:rPr>
        <w:t>Câu 27: She said she met you once at the Hilton last year. _______ you _______ her since then?</w:t>
      </w:r>
    </w:p>
    <w:p>
      <w:pPr>
        <w:pStyle w:val="ListParagraph"/>
      </w:pPr>
      <w:r>
        <w:rPr>
          <w:sz w:val="22"/>
        </w:rPr>
        <w:t>A. Have / met</w:t>
      </w:r>
    </w:p>
    <w:p>
      <w:pPr>
        <w:pStyle w:val="ListParagraph"/>
      </w:pPr>
      <w:r>
        <w:rPr>
          <w:sz w:val="22"/>
        </w:rPr>
        <w:t>B. Did / meet</w:t>
      </w:r>
    </w:p>
    <w:p>
      <w:pPr>
        <w:pStyle w:val="ListParagraph"/>
      </w:pPr>
      <w:r>
        <w:rPr>
          <w:sz w:val="22"/>
        </w:rPr>
        <w:t>C. Were / met</w:t>
      </w:r>
    </w:p>
    <w:p>
      <w:pPr>
        <w:pStyle w:val="ListParagraph"/>
      </w:pPr>
      <w:r>
        <w:rPr>
          <w:sz w:val="22"/>
        </w:rPr>
        <w:t>D. Had / met</w:t>
      </w:r>
    </w:p>
    <w:p/>
    <w:p>
      <w:r>
        <w:rPr>
          <w:b/>
          <w:sz w:val="24"/>
        </w:rPr>
        <w:t>Câu 28: "How's Peter doing?" - "I don't know. I _______ from him for months."</w:t>
      </w:r>
    </w:p>
    <w:p>
      <w:pPr>
        <w:pStyle w:val="ListParagraph"/>
      </w:pPr>
      <w:r>
        <w:rPr>
          <w:sz w:val="22"/>
        </w:rPr>
        <w:t>A. have to hear</w:t>
      </w:r>
    </w:p>
    <w:p>
      <w:pPr>
        <w:pStyle w:val="ListParagraph"/>
      </w:pPr>
      <w:r>
        <w:rPr>
          <w:sz w:val="22"/>
        </w:rPr>
        <w:t>B. haven't heard</w:t>
      </w:r>
    </w:p>
    <w:p>
      <w:pPr>
        <w:pStyle w:val="ListParagraph"/>
      </w:pPr>
      <w:r>
        <w:rPr>
          <w:sz w:val="22"/>
        </w:rPr>
        <w:t>C. didn't hear</w:t>
      </w:r>
    </w:p>
    <w:p>
      <w:pPr>
        <w:pStyle w:val="ListParagraph"/>
      </w:pPr>
      <w:r>
        <w:rPr>
          <w:sz w:val="22"/>
        </w:rPr>
        <w:t>D. don't hear</w:t>
      </w:r>
    </w:p>
    <w:p/>
    <w:p>
      <w:r>
        <w:rPr>
          <w:b/>
          <w:sz w:val="24"/>
        </w:rPr>
        <w:t>Câu 29: There _______ great changes in our village in the past few years.</w:t>
      </w:r>
    </w:p>
    <w:p>
      <w:pPr>
        <w:pStyle w:val="ListParagraph"/>
      </w:pPr>
      <w:r>
        <w:rPr>
          <w:sz w:val="22"/>
        </w:rPr>
        <w:t>A. have been</w:t>
      </w:r>
    </w:p>
    <w:p>
      <w:pPr>
        <w:pStyle w:val="ListParagraph"/>
      </w:pPr>
      <w:r>
        <w:rPr>
          <w:sz w:val="22"/>
        </w:rPr>
        <w:t>B. had been</w:t>
      </w:r>
    </w:p>
    <w:p>
      <w:pPr>
        <w:pStyle w:val="ListParagraph"/>
      </w:pPr>
      <w:r>
        <w:rPr>
          <w:sz w:val="22"/>
        </w:rPr>
        <w:t>C. was</w:t>
      </w:r>
    </w:p>
    <w:p>
      <w:pPr>
        <w:pStyle w:val="ListParagraph"/>
      </w:pPr>
      <w:r>
        <w:rPr>
          <w:sz w:val="22"/>
        </w:rPr>
        <w:t>D. has been</w:t>
      </w:r>
    </w:p>
    <w:p/>
    <w:p>
      <w:r>
        <w:rPr>
          <w:b/>
          <w:sz w:val="24"/>
        </w:rPr>
        <w:t>Câu 30: The noise from the trains _______ me terribly last night.</w:t>
      </w:r>
    </w:p>
    <w:p>
      <w:pPr>
        <w:pStyle w:val="ListParagraph"/>
      </w:pPr>
      <w:r>
        <w:rPr>
          <w:sz w:val="22"/>
        </w:rPr>
        <w:t>A. was annoyed</w:t>
      </w:r>
    </w:p>
    <w:p>
      <w:pPr>
        <w:pStyle w:val="ListParagraph"/>
      </w:pPr>
      <w:r>
        <w:rPr>
          <w:sz w:val="22"/>
        </w:rPr>
        <w:t>B. annoyed</w:t>
      </w:r>
    </w:p>
    <w:p>
      <w:pPr>
        <w:pStyle w:val="ListParagraph"/>
      </w:pPr>
      <w:r>
        <w:rPr>
          <w:sz w:val="22"/>
        </w:rPr>
        <w:t>C. has annoyed</w:t>
      </w:r>
    </w:p>
    <w:p>
      <w:pPr>
        <w:pStyle w:val="ListParagraph"/>
      </w:pPr>
      <w:r>
        <w:rPr>
          <w:sz w:val="22"/>
        </w:rPr>
        <w:t>D. had annoyed</w:t>
      </w:r>
    </w:p>
    <w:p/>
    <w:p>
      <w:r>
        <w:rPr>
          <w:b/>
          <w:sz w:val="24"/>
        </w:rPr>
        <w:t>Câu 31: I _______ the bus yesterday because I woke up late.</w:t>
      </w:r>
    </w:p>
    <w:p>
      <w:pPr>
        <w:pStyle w:val="ListParagraph"/>
      </w:pPr>
      <w:r>
        <w:rPr>
          <w:sz w:val="22"/>
        </w:rPr>
        <w:t>A. can't catch</w:t>
      </w:r>
    </w:p>
    <w:p>
      <w:pPr>
        <w:pStyle w:val="ListParagraph"/>
      </w:pPr>
      <w:r>
        <w:rPr>
          <w:sz w:val="22"/>
        </w:rPr>
        <w:t>B. didn't catch</w:t>
      </w:r>
    </w:p>
    <w:p>
      <w:pPr>
        <w:pStyle w:val="ListParagraph"/>
      </w:pPr>
      <w:r>
        <w:rPr>
          <w:sz w:val="22"/>
        </w:rPr>
        <w:t>C. not catch</w:t>
      </w:r>
    </w:p>
    <w:p>
      <w:pPr>
        <w:pStyle w:val="ListParagraph"/>
      </w:pPr>
      <w:r>
        <w:rPr>
          <w:sz w:val="22"/>
        </w:rPr>
        <w:t>D. weren't catch</w:t>
      </w:r>
    </w:p>
    <w:p/>
    <w:p>
      <w:r>
        <w:rPr>
          <w:b/>
          <w:sz w:val="24"/>
        </w:rPr>
        <w:t>Câu 32: John _______ in the same house since he left school.</w:t>
      </w:r>
    </w:p>
    <w:p>
      <w:pPr>
        <w:pStyle w:val="ListParagraph"/>
      </w:pPr>
      <w:r>
        <w:rPr>
          <w:sz w:val="22"/>
        </w:rPr>
        <w:t>A. lived</w:t>
      </w:r>
    </w:p>
    <w:p>
      <w:pPr>
        <w:pStyle w:val="ListParagraph"/>
      </w:pPr>
      <w:r>
        <w:rPr>
          <w:sz w:val="22"/>
        </w:rPr>
        <w:t>B. had lived</w:t>
      </w:r>
    </w:p>
    <w:p>
      <w:pPr>
        <w:pStyle w:val="ListParagraph"/>
      </w:pPr>
      <w:r>
        <w:rPr>
          <w:sz w:val="22"/>
        </w:rPr>
        <w:t>C. was living</w:t>
      </w:r>
    </w:p>
    <w:p>
      <w:pPr>
        <w:pStyle w:val="ListParagraph"/>
      </w:pPr>
      <w:r>
        <w:rPr>
          <w:sz w:val="22"/>
        </w:rPr>
        <w:t>D. has lived</w:t>
      </w:r>
    </w:p>
    <w:p/>
    <w:p>
      <w:r>
        <w:rPr>
          <w:b/>
          <w:sz w:val="24"/>
        </w:rPr>
        <w:t>Câu 33: When she came into the hall, she _______ her arms to the audience and smiled.</w:t>
      </w:r>
    </w:p>
    <w:p>
      <w:pPr>
        <w:pStyle w:val="ListParagraph"/>
      </w:pPr>
      <w:r>
        <w:rPr>
          <w:sz w:val="22"/>
        </w:rPr>
        <w:t>A. opened</w:t>
      </w:r>
    </w:p>
    <w:p>
      <w:pPr>
        <w:pStyle w:val="ListParagraph"/>
      </w:pPr>
      <w:r>
        <w:rPr>
          <w:sz w:val="22"/>
        </w:rPr>
        <w:t>B. had opened</w:t>
      </w:r>
    </w:p>
    <w:p>
      <w:pPr>
        <w:pStyle w:val="ListParagraph"/>
      </w:pPr>
      <w:r>
        <w:rPr>
          <w:sz w:val="22"/>
        </w:rPr>
        <w:t>C. was opening</w:t>
      </w:r>
    </w:p>
    <w:p>
      <w:pPr>
        <w:pStyle w:val="ListParagraph"/>
      </w:pPr>
      <w:r>
        <w:rPr>
          <w:sz w:val="22"/>
        </w:rPr>
        <w:t>D. is opening</w:t>
      </w:r>
    </w:p>
    <w:p/>
    <w:p>
      <w:r>
        <w:rPr>
          <w:b/>
          <w:sz w:val="24"/>
        </w:rPr>
        <w:t>Câu 34: I have never played badminton before. This is the first time I _______ to play it.</w:t>
      </w:r>
    </w:p>
    <w:p>
      <w:pPr>
        <w:pStyle w:val="ListParagraph"/>
      </w:pPr>
      <w:r>
        <w:rPr>
          <w:sz w:val="22"/>
        </w:rPr>
        <w:t>A. try</w:t>
      </w:r>
    </w:p>
    <w:p>
      <w:pPr>
        <w:pStyle w:val="ListParagraph"/>
      </w:pPr>
      <w:r>
        <w:rPr>
          <w:sz w:val="22"/>
        </w:rPr>
        <w:t>B. tried</w:t>
      </w:r>
    </w:p>
    <w:p>
      <w:pPr>
        <w:pStyle w:val="ListParagraph"/>
      </w:pPr>
      <w:r>
        <w:rPr>
          <w:sz w:val="22"/>
        </w:rPr>
        <w:t>C. have tried</w:t>
      </w:r>
    </w:p>
    <w:p>
      <w:pPr>
        <w:pStyle w:val="ListParagraph"/>
      </w:pPr>
      <w:r>
        <w:rPr>
          <w:sz w:val="22"/>
        </w:rPr>
        <w:t>D. am trying</w:t>
      </w:r>
    </w:p>
    <w:p/>
    <w:p>
      <w:r>
        <w:rPr>
          <w:b/>
          <w:sz w:val="24"/>
        </w:rPr>
        <w:t>Câu 35: Since Tom _______, I have heard nothing from him.</w:t>
      </w:r>
    </w:p>
    <w:p>
      <w:pPr>
        <w:pStyle w:val="ListParagraph"/>
      </w:pPr>
      <w:r>
        <w:rPr>
          <w:sz w:val="22"/>
        </w:rPr>
        <w:t>A. had left</w:t>
      </w:r>
    </w:p>
    <w:p>
      <w:pPr>
        <w:pStyle w:val="ListParagraph"/>
      </w:pPr>
      <w:r>
        <w:rPr>
          <w:sz w:val="22"/>
        </w:rPr>
        <w:t>B. left</w:t>
      </w:r>
    </w:p>
    <w:p>
      <w:pPr>
        <w:pStyle w:val="ListParagraph"/>
      </w:pPr>
      <w:r>
        <w:rPr>
          <w:sz w:val="22"/>
        </w:rPr>
        <w:t>C. has left</w:t>
      </w:r>
    </w:p>
    <w:p>
      <w:pPr>
        <w:pStyle w:val="ListParagraph"/>
      </w:pPr>
      <w:r>
        <w:rPr>
          <w:sz w:val="22"/>
        </w:rPr>
        <w:t>D. was left</w:t>
      </w:r>
    </w:p>
    <w:p/>
    <w:p>
      <w:r>
        <w:rPr>
          <w:b/>
          <w:sz w:val="24"/>
        </w:rPr>
        <w:t>Câu 36: Our family is going to travel abroad this summer, so we _______ get our passports soon.</w:t>
      </w:r>
    </w:p>
    <w:p>
      <w:pPr>
        <w:pStyle w:val="ListParagraph"/>
      </w:pPr>
      <w:r>
        <w:rPr>
          <w:sz w:val="22"/>
        </w:rPr>
        <w:t>A. ought to</w:t>
      </w:r>
    </w:p>
    <w:p>
      <w:pPr>
        <w:pStyle w:val="ListParagraph"/>
      </w:pPr>
      <w:r>
        <w:rPr>
          <w:sz w:val="22"/>
        </w:rPr>
        <w:t>B. have to</w:t>
      </w:r>
    </w:p>
    <w:p>
      <w:pPr>
        <w:pStyle w:val="ListParagraph"/>
      </w:pPr>
      <w:r>
        <w:rPr>
          <w:sz w:val="22"/>
        </w:rPr>
        <w:t>C. must</w:t>
      </w:r>
    </w:p>
    <w:p>
      <w:pPr>
        <w:pStyle w:val="ListParagraph"/>
      </w:pPr>
      <w:r>
        <w:rPr>
          <w:sz w:val="22"/>
        </w:rPr>
        <w:t>D. should</w:t>
      </w:r>
    </w:p>
    <w:p/>
    <w:p>
      <w:r>
        <w:rPr>
          <w:b/>
          <w:sz w:val="24"/>
        </w:rPr>
        <w:t>Câu 37: You _______ find time for some relaxation every day; you work too hard!</w:t>
      </w:r>
    </w:p>
    <w:p>
      <w:pPr>
        <w:pStyle w:val="ListParagraph"/>
      </w:pPr>
      <w:r>
        <w:rPr>
          <w:sz w:val="22"/>
        </w:rPr>
        <w:t>A. have to</w:t>
      </w:r>
    </w:p>
    <w:p>
      <w:pPr>
        <w:pStyle w:val="ListParagraph"/>
      </w:pPr>
      <w:r>
        <w:rPr>
          <w:sz w:val="22"/>
        </w:rPr>
        <w:t>B. must</w:t>
      </w:r>
    </w:p>
    <w:p>
      <w:pPr>
        <w:pStyle w:val="ListParagraph"/>
      </w:pPr>
      <w:r>
        <w:rPr>
          <w:sz w:val="22"/>
        </w:rPr>
        <w:t>C. should</w:t>
      </w:r>
    </w:p>
    <w:p>
      <w:pPr>
        <w:pStyle w:val="ListParagraph"/>
      </w:pPr>
      <w:r>
        <w:rPr>
          <w:sz w:val="22"/>
        </w:rPr>
        <w:t>D. might</w:t>
      </w:r>
    </w:p>
    <w:p/>
    <w:p>
      <w:r>
        <w:rPr>
          <w:b/>
          <w:sz w:val="24"/>
        </w:rPr>
        <w:t>Câu 38: My back has been hurting for weeks. I _______ go to the doctor's.</w:t>
      </w:r>
    </w:p>
    <w:p>
      <w:pPr>
        <w:pStyle w:val="ListParagraph"/>
      </w:pPr>
      <w:r>
        <w:rPr>
          <w:sz w:val="22"/>
        </w:rPr>
        <w:t>A. don't have to</w:t>
      </w:r>
    </w:p>
    <w:p>
      <w:pPr>
        <w:pStyle w:val="ListParagraph"/>
      </w:pPr>
      <w:r>
        <w:rPr>
          <w:sz w:val="22"/>
        </w:rPr>
        <w:t>B. have to</w:t>
      </w:r>
    </w:p>
    <w:p>
      <w:pPr>
        <w:pStyle w:val="ListParagraph"/>
      </w:pPr>
      <w:r>
        <w:rPr>
          <w:sz w:val="22"/>
        </w:rPr>
        <w:t>C. mustn't</w:t>
      </w:r>
    </w:p>
    <w:p>
      <w:pPr>
        <w:pStyle w:val="ListParagraph"/>
      </w:pPr>
      <w:r>
        <w:rPr>
          <w:sz w:val="22"/>
        </w:rPr>
        <w:t>D. must</w:t>
      </w:r>
    </w:p>
    <w:p/>
    <w:p>
      <w:r>
        <w:rPr>
          <w:b/>
          <w:sz w:val="24"/>
        </w:rPr>
        <w:t>Câu 39: The local authority is really strict about protecting that lawn. You _______ walk around it.</w:t>
      </w:r>
    </w:p>
    <w:p>
      <w:pPr>
        <w:pStyle w:val="ListParagraph"/>
      </w:pPr>
      <w:r>
        <w:rPr>
          <w:sz w:val="22"/>
        </w:rPr>
        <w:t>A. mustn't</w:t>
      </w:r>
    </w:p>
    <w:p>
      <w:pPr>
        <w:pStyle w:val="ListParagraph"/>
      </w:pPr>
      <w:r>
        <w:rPr>
          <w:sz w:val="22"/>
        </w:rPr>
        <w:t>B. ought not to</w:t>
      </w:r>
    </w:p>
    <w:p>
      <w:pPr>
        <w:pStyle w:val="ListParagraph"/>
      </w:pPr>
      <w:r>
        <w:rPr>
          <w:sz w:val="22"/>
        </w:rPr>
        <w:t>C. shouldn't</w:t>
      </w:r>
    </w:p>
    <w:p>
      <w:pPr>
        <w:pStyle w:val="ListParagraph"/>
      </w:pPr>
      <w:r>
        <w:rPr>
          <w:sz w:val="22"/>
        </w:rPr>
        <w:t>D. don't have to</w:t>
      </w:r>
    </w:p>
    <w:p/>
    <w:p>
      <w:r>
        <w:rPr>
          <w:b/>
          <w:sz w:val="24"/>
        </w:rPr>
        <w:t>Câu 40: The buffet restaurant is free for kids under 5 years old, so you _______ pay for your son.</w:t>
      </w:r>
    </w:p>
    <w:p>
      <w:pPr>
        <w:pStyle w:val="ListParagraph"/>
      </w:pPr>
      <w:r>
        <w:rPr>
          <w:sz w:val="22"/>
        </w:rPr>
        <w:t>A. shouldn't</w:t>
      </w:r>
    </w:p>
    <w:p>
      <w:pPr>
        <w:pStyle w:val="ListParagraph"/>
      </w:pPr>
      <w:r>
        <w:rPr>
          <w:sz w:val="22"/>
        </w:rPr>
        <w:t>B. mustn't</w:t>
      </w:r>
    </w:p>
    <w:p>
      <w:pPr>
        <w:pStyle w:val="ListParagraph"/>
      </w:pPr>
      <w:r>
        <w:rPr>
          <w:sz w:val="22"/>
        </w:rPr>
        <w:t>C. ought not to</w:t>
      </w:r>
    </w:p>
    <w:p>
      <w:pPr>
        <w:pStyle w:val="ListParagraph"/>
      </w:pPr>
      <w:r>
        <w:rPr>
          <w:sz w:val="22"/>
        </w:rPr>
        <w:t>D. don't have to</w:t>
      </w:r>
    </w:p>
    <w:p/>
    <w:p>
      <w:r>
        <w:rPr>
          <w:b/>
          <w:sz w:val="24"/>
        </w:rPr>
        <w:t>Câu 41: You _______ tell anyone about what I told you. It's a secret.</w:t>
      </w:r>
    </w:p>
    <w:p>
      <w:pPr>
        <w:pStyle w:val="ListParagraph"/>
      </w:pPr>
      <w:r>
        <w:rPr>
          <w:sz w:val="22"/>
        </w:rPr>
        <w:t>A. mustn't</w:t>
      </w:r>
    </w:p>
    <w:p>
      <w:pPr>
        <w:pStyle w:val="ListParagraph"/>
      </w:pPr>
      <w:r>
        <w:rPr>
          <w:sz w:val="22"/>
        </w:rPr>
        <w:t>B. don't have to</w:t>
      </w:r>
    </w:p>
    <w:p>
      <w:pPr>
        <w:pStyle w:val="ListParagraph"/>
      </w:pPr>
      <w:r>
        <w:rPr>
          <w:sz w:val="22"/>
        </w:rPr>
        <w:t>C. shouldn't</w:t>
      </w:r>
    </w:p>
    <w:p>
      <w:pPr>
        <w:pStyle w:val="ListParagraph"/>
      </w:pPr>
      <w:r>
        <w:rPr>
          <w:sz w:val="22"/>
        </w:rPr>
        <w:t>D. ought not to</w:t>
      </w:r>
    </w:p>
    <w:p/>
    <w:p>
      <w:r>
        <w:rPr>
          <w:b/>
          <w:sz w:val="24"/>
        </w:rPr>
        <w:t>Câu 42: I _______ stay up late tonight because I have a lot of exercises to do.</w:t>
      </w:r>
    </w:p>
    <w:p>
      <w:pPr>
        <w:pStyle w:val="ListParagraph"/>
      </w:pPr>
      <w:r>
        <w:rPr>
          <w:sz w:val="22"/>
        </w:rPr>
        <w:t>A. have to</w:t>
      </w:r>
    </w:p>
    <w:p>
      <w:pPr>
        <w:pStyle w:val="ListParagraph"/>
      </w:pPr>
      <w:r>
        <w:rPr>
          <w:sz w:val="22"/>
        </w:rPr>
        <w:t>B. should</w:t>
      </w:r>
    </w:p>
    <w:p>
      <w:pPr>
        <w:pStyle w:val="ListParagraph"/>
      </w:pPr>
      <w:r>
        <w:rPr>
          <w:sz w:val="22"/>
        </w:rPr>
        <w:t>C. must</w:t>
      </w:r>
    </w:p>
    <w:p>
      <w:pPr>
        <w:pStyle w:val="ListParagraph"/>
      </w:pPr>
      <w:r>
        <w:rPr>
          <w:sz w:val="22"/>
        </w:rPr>
        <w:t>D. ought to</w:t>
      </w:r>
    </w:p>
    <w:p/>
    <w:p>
      <w:r>
        <w:rPr>
          <w:b/>
          <w:sz w:val="24"/>
        </w:rPr>
        <w:t>Câu 43: We _______ book a table in advance at this restaurant. Just turn up and we'll be served.</w:t>
      </w:r>
    </w:p>
    <w:p>
      <w:pPr>
        <w:pStyle w:val="ListParagraph"/>
      </w:pPr>
      <w:r>
        <w:rPr>
          <w:sz w:val="22"/>
        </w:rPr>
        <w:t>A. don't have to</w:t>
      </w:r>
    </w:p>
    <w:p>
      <w:pPr>
        <w:pStyle w:val="ListParagraph"/>
      </w:pPr>
      <w:r>
        <w:rPr>
          <w:sz w:val="22"/>
        </w:rPr>
        <w:t>B. shouldn't</w:t>
      </w:r>
    </w:p>
    <w:p>
      <w:pPr>
        <w:pStyle w:val="ListParagraph"/>
      </w:pPr>
      <w:r>
        <w:rPr>
          <w:sz w:val="22"/>
        </w:rPr>
        <w:t>C. mustn't</w:t>
      </w:r>
    </w:p>
    <w:p>
      <w:pPr>
        <w:pStyle w:val="ListParagraph"/>
      </w:pPr>
      <w:r>
        <w:rPr>
          <w:sz w:val="22"/>
        </w:rPr>
        <w:t>D. ought not to</w:t>
      </w:r>
    </w:p>
    <w:p/>
    <w:p>
      <w:r>
        <w:rPr>
          <w:b/>
          <w:sz w:val="24"/>
        </w:rPr>
        <w:t>Câu 44: Your children are very sensitive, therefore you _______ be rude to them.</w:t>
      </w:r>
    </w:p>
    <w:p>
      <w:pPr>
        <w:pStyle w:val="ListParagraph"/>
      </w:pPr>
      <w:r>
        <w:rPr>
          <w:sz w:val="22"/>
        </w:rPr>
        <w:t>A. should</w:t>
      </w:r>
    </w:p>
    <w:p>
      <w:pPr>
        <w:pStyle w:val="ListParagraph"/>
      </w:pPr>
      <w:r>
        <w:rPr>
          <w:sz w:val="22"/>
        </w:rPr>
        <w:t>B. shouldn't</w:t>
      </w:r>
    </w:p>
    <w:p>
      <w:pPr>
        <w:pStyle w:val="ListParagraph"/>
      </w:pPr>
      <w:r>
        <w:rPr>
          <w:sz w:val="22"/>
        </w:rPr>
        <w:t>C. must</w:t>
      </w:r>
    </w:p>
    <w:p>
      <w:pPr>
        <w:pStyle w:val="ListParagraph"/>
      </w:pPr>
      <w:r>
        <w:rPr>
          <w:sz w:val="22"/>
        </w:rPr>
        <w:t>D. mustn't</w:t>
      </w:r>
    </w:p>
    <w:p/>
    <w:p>
      <w:r>
        <w:rPr>
          <w:b/>
          <w:sz w:val="24"/>
        </w:rPr>
        <w:t>Câu 45: Everyone thinks that he _______ follow his father's footsteps and become a doctor.</w:t>
      </w:r>
    </w:p>
    <w:p>
      <w:pPr>
        <w:pStyle w:val="ListParagraph"/>
      </w:pPr>
      <w:r>
        <w:rPr>
          <w:sz w:val="22"/>
        </w:rPr>
        <w:t>A. should</w:t>
      </w:r>
    </w:p>
    <w:p>
      <w:pPr>
        <w:pStyle w:val="ListParagraph"/>
      </w:pPr>
      <w:r>
        <w:rPr>
          <w:sz w:val="22"/>
        </w:rPr>
        <w:t>B. ought</w:t>
      </w:r>
    </w:p>
    <w:p>
      <w:pPr>
        <w:pStyle w:val="ListParagraph"/>
      </w:pPr>
      <w:r>
        <w:rPr>
          <w:sz w:val="22"/>
        </w:rPr>
        <w:t>C. have to</w:t>
      </w:r>
    </w:p>
    <w:p>
      <w:pPr>
        <w:pStyle w:val="ListParagraph"/>
      </w:pPr>
      <w:r>
        <w:rPr>
          <w:sz w:val="22"/>
        </w:rPr>
        <w:t>D. must</w:t>
      </w:r>
    </w:p>
    <w:p/>
    <w:p>
      <w:r>
        <w:rPr>
          <w:b/>
          <w:sz w:val="24"/>
        </w:rPr>
        <w:t>Câu 46: The little boy looks _______ because he gets good grades in the exam.</w:t>
      </w:r>
    </w:p>
    <w:p>
      <w:pPr>
        <w:pStyle w:val="ListParagraph"/>
      </w:pPr>
      <w:r>
        <w:rPr>
          <w:sz w:val="22"/>
        </w:rPr>
        <w:t>A. happy</w:t>
      </w:r>
    </w:p>
    <w:p>
      <w:pPr>
        <w:pStyle w:val="ListParagraph"/>
      </w:pPr>
      <w:r>
        <w:rPr>
          <w:sz w:val="22"/>
        </w:rPr>
        <w:t>B. unhappy</w:t>
      </w:r>
    </w:p>
    <w:p>
      <w:pPr>
        <w:pStyle w:val="ListParagraph"/>
      </w:pPr>
      <w:r>
        <w:rPr>
          <w:sz w:val="22"/>
        </w:rPr>
        <w:t>C. happily</w:t>
      </w:r>
    </w:p>
    <w:p>
      <w:pPr>
        <w:pStyle w:val="ListParagraph"/>
      </w:pPr>
      <w:r>
        <w:rPr>
          <w:sz w:val="22"/>
        </w:rPr>
        <w:t>D. unhappily</w:t>
      </w:r>
    </w:p>
    <w:p/>
    <w:p>
      <w:r>
        <w:rPr>
          <w:b/>
          <w:sz w:val="24"/>
        </w:rPr>
        <w:t>Câu 47: I had been waiting for my friends and suddenly they appeared _______ at the end of the path.</w:t>
      </w:r>
    </w:p>
    <w:p>
      <w:pPr>
        <w:pStyle w:val="ListParagraph"/>
      </w:pPr>
      <w:r>
        <w:rPr>
          <w:sz w:val="22"/>
        </w:rPr>
        <w:t>A. noise</w:t>
      </w:r>
    </w:p>
    <w:p>
      <w:pPr>
        <w:pStyle w:val="ListParagraph"/>
      </w:pPr>
      <w:r>
        <w:rPr>
          <w:sz w:val="22"/>
        </w:rPr>
        <w:t>B. noisy</w:t>
      </w:r>
    </w:p>
    <w:p>
      <w:pPr>
        <w:pStyle w:val="ListParagraph"/>
      </w:pPr>
      <w:r>
        <w:rPr>
          <w:sz w:val="22"/>
        </w:rPr>
        <w:t>C. noisily</w:t>
      </w:r>
    </w:p>
    <w:p>
      <w:pPr>
        <w:pStyle w:val="ListParagraph"/>
      </w:pPr>
      <w:r>
        <w:rPr>
          <w:sz w:val="22"/>
        </w:rPr>
        <w:t>D. quiet</w:t>
      </w:r>
    </w:p>
    <w:p/>
    <w:p>
      <w:r>
        <w:rPr>
          <w:b/>
          <w:sz w:val="24"/>
        </w:rPr>
        <w:t>Câu 48: His girlfriend _______ gentle and independent.</w:t>
      </w:r>
    </w:p>
    <w:p>
      <w:pPr>
        <w:pStyle w:val="ListParagraph"/>
      </w:pPr>
      <w:r>
        <w:rPr>
          <w:sz w:val="22"/>
        </w:rPr>
        <w:t>A. look</w:t>
      </w:r>
    </w:p>
    <w:p>
      <w:pPr>
        <w:pStyle w:val="ListParagraph"/>
      </w:pPr>
      <w:r>
        <w:rPr>
          <w:sz w:val="22"/>
        </w:rPr>
        <w:t>B. acts</w:t>
      </w:r>
    </w:p>
    <w:p>
      <w:pPr>
        <w:pStyle w:val="ListParagraph"/>
      </w:pPr>
      <w:r>
        <w:rPr>
          <w:sz w:val="22"/>
        </w:rPr>
        <w:t>C. says</w:t>
      </w:r>
    </w:p>
    <w:p>
      <w:pPr>
        <w:pStyle w:val="ListParagraph"/>
      </w:pPr>
      <w:r>
        <w:rPr>
          <w:sz w:val="22"/>
        </w:rPr>
        <w:t>D. seems</w:t>
      </w:r>
    </w:p>
    <w:p/>
    <w:p>
      <w:r>
        <w:rPr>
          <w:b/>
          <w:sz w:val="24"/>
        </w:rPr>
        <w:t>Câu 49: Can you help me? I _______ for my pen now.</w:t>
      </w:r>
    </w:p>
    <w:p>
      <w:pPr>
        <w:pStyle w:val="ListParagraph"/>
      </w:pPr>
      <w:r>
        <w:rPr>
          <w:sz w:val="22"/>
        </w:rPr>
        <w:t>A. look</w:t>
      </w:r>
    </w:p>
    <w:p>
      <w:pPr>
        <w:pStyle w:val="ListParagraph"/>
      </w:pPr>
      <w:r>
        <w:rPr>
          <w:sz w:val="22"/>
        </w:rPr>
        <w:t>B. am looking</w:t>
      </w:r>
    </w:p>
    <w:p>
      <w:pPr>
        <w:pStyle w:val="ListParagraph"/>
      </w:pPr>
      <w:r>
        <w:rPr>
          <w:sz w:val="22"/>
        </w:rPr>
        <w:t>C. looked</w:t>
      </w:r>
    </w:p>
    <w:p>
      <w:pPr>
        <w:pStyle w:val="ListParagraph"/>
      </w:pPr>
      <w:r>
        <w:rPr>
          <w:sz w:val="22"/>
        </w:rPr>
        <w:t>D. was looking</w:t>
      </w:r>
    </w:p>
    <w:p/>
    <w:p>
      <w:r>
        <w:rPr>
          <w:b/>
          <w:sz w:val="24"/>
        </w:rPr>
        <w:t>Câu 50: The sky _______ brighter after the heavy rain.</w:t>
      </w:r>
    </w:p>
    <w:p>
      <w:pPr>
        <w:pStyle w:val="ListParagraph"/>
      </w:pPr>
      <w:r>
        <w:rPr>
          <w:sz w:val="22"/>
        </w:rPr>
        <w:t>A. is growing</w:t>
      </w:r>
    </w:p>
    <w:p>
      <w:pPr>
        <w:pStyle w:val="ListParagraph"/>
      </w:pPr>
      <w:r>
        <w:rPr>
          <w:sz w:val="22"/>
        </w:rPr>
        <w:t>B. grow</w:t>
      </w:r>
    </w:p>
    <w:p>
      <w:pPr>
        <w:pStyle w:val="ListParagraph"/>
      </w:pPr>
      <w:r>
        <w:rPr>
          <w:sz w:val="22"/>
        </w:rPr>
        <w:t>C. grows</w:t>
      </w:r>
    </w:p>
    <w:p>
      <w:pPr>
        <w:pStyle w:val="ListParagraph"/>
      </w:pPr>
      <w:r>
        <w:rPr>
          <w:sz w:val="22"/>
        </w:rPr>
        <w:t>D. was growing</w:t>
      </w:r>
    </w:p>
    <w:p/>
    <w:p>
      <w:r>
        <w:rPr>
          <w:b/>
          <w:sz w:val="24"/>
        </w:rPr>
        <w:t>Câu 51: Everyone knows that exercise is good for the body and the mind. We all want to keep fit and look good, but too many of us take (66) _______ the wrong sport and quickly lose interest.</w:t>
      </w:r>
    </w:p>
    <w:p>
      <w:pPr>
        <w:pStyle w:val="ListParagraph"/>
      </w:pPr>
      <w:r>
        <w:rPr>
          <w:sz w:val="22"/>
        </w:rPr>
        <w:t>A. down</w:t>
      </w:r>
    </w:p>
    <w:p>
      <w:pPr>
        <w:pStyle w:val="ListParagraph"/>
      </w:pPr>
      <w:r>
        <w:rPr>
          <w:sz w:val="22"/>
        </w:rPr>
        <w:t>B. out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up</w:t>
      </w:r>
    </w:p>
    <w:p/>
    <w:p>
      <w:r>
        <w:rPr>
          <w:b/>
          <w:sz w:val="24"/>
        </w:rPr>
        <w:t>Câu 52: So now fitness experts are advising people to choose an activity that matches their character. For instance, those (67) _______ like to be with other people often enjoy golf or squash.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whose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what</w:t>
      </w:r>
    </w:p>
    <w:p/>
    <w:p>
      <w:r>
        <w:rPr>
          <w:b/>
          <w:sz w:val="24"/>
        </w:rPr>
        <w:t>Câu 53: (68) _______ you may prefer to go jogging or swimming if you're happier on your own.</w:t>
      </w:r>
    </w:p>
    <w:p>
      <w:pPr>
        <w:pStyle w:val="ListParagraph"/>
      </w:pPr>
      <w:r>
        <w:rPr>
          <w:sz w:val="22"/>
        </w:rPr>
        <w:t>A. therefore</w:t>
      </w:r>
    </w:p>
    <w:p>
      <w:pPr>
        <w:pStyle w:val="ListParagraph"/>
      </w:pPr>
      <w:r>
        <w:rPr>
          <w:sz w:val="22"/>
        </w:rPr>
        <w:t>B. thus</w:t>
      </w:r>
    </w:p>
    <w:p>
      <w:pPr>
        <w:pStyle w:val="ListParagraph"/>
      </w:pPr>
      <w:r>
        <w:rPr>
          <w:sz w:val="22"/>
        </w:rPr>
        <w:t>C. however</w:t>
      </w:r>
    </w:p>
    <w:p>
      <w:pPr>
        <w:pStyle w:val="ListParagraph"/>
      </w:pPr>
      <w:r>
        <w:rPr>
          <w:sz w:val="22"/>
        </w:rPr>
        <w:t>D. while</w:t>
      </w:r>
    </w:p>
    <w:p/>
    <w:p>
      <w:r>
        <w:rPr>
          <w:b/>
          <w:sz w:val="24"/>
        </w:rPr>
        <w:t>Câu 54: If winning isn't important to you, then activities like dancing can be an enjoyable (69) _______ without the need to show you're better than everyone else.</w:t>
      </w:r>
    </w:p>
    <w:p>
      <w:pPr>
        <w:pStyle w:val="ListParagraph"/>
      </w:pPr>
      <w:r>
        <w:rPr>
          <w:sz w:val="22"/>
        </w:rPr>
        <w:t>A. winners</w:t>
      </w:r>
    </w:p>
    <w:p>
      <w:pPr>
        <w:pStyle w:val="ListParagraph"/>
      </w:pPr>
      <w:r>
        <w:rPr>
          <w:sz w:val="22"/>
        </w:rPr>
        <w:t>B. winning</w:t>
      </w:r>
    </w:p>
    <w:p>
      <w:pPr>
        <w:pStyle w:val="ListParagraph"/>
      </w:pPr>
      <w:r>
        <w:rPr>
          <w:sz w:val="22"/>
        </w:rPr>
        <w:t>C. win</w:t>
      </w:r>
    </w:p>
    <w:p>
      <w:pPr>
        <w:pStyle w:val="ListParagraph"/>
      </w:pPr>
      <w:r>
        <w:rPr>
          <w:sz w:val="22"/>
        </w:rPr>
        <w:t>D. won</w:t>
      </w:r>
    </w:p>
    <w:p/>
    <w:p>
      <w:r>
        <w:rPr>
          <w:b/>
          <w:sz w:val="24"/>
        </w:rPr>
        <w:t>Câu 55: Finally, think about whether you find it easy to make yourself do exercise. If not, book a skiing holiday or a tennis court so you're much more likely to do something you've already (70) _______ for!</w:t>
      </w:r>
    </w:p>
    <w:p>
      <w:pPr>
        <w:pStyle w:val="ListParagraph"/>
      </w:pPr>
      <w:r>
        <w:rPr>
          <w:sz w:val="22"/>
        </w:rPr>
        <w:t>A. victory</w:t>
      </w:r>
    </w:p>
    <w:p>
      <w:pPr>
        <w:pStyle w:val="ListParagraph"/>
      </w:pPr>
      <w:r>
        <w:rPr>
          <w:sz w:val="22"/>
        </w:rPr>
        <w:t>B. defeat</w:t>
      </w:r>
    </w:p>
    <w:p>
      <w:pPr>
        <w:pStyle w:val="ListParagraph"/>
      </w:pPr>
      <w:r>
        <w:rPr>
          <w:sz w:val="22"/>
        </w:rPr>
        <w:t>C. challenge</w:t>
      </w:r>
    </w:p>
    <w:p>
      <w:pPr>
        <w:pStyle w:val="ListParagraph"/>
      </w:pPr>
      <w:r>
        <w:rPr>
          <w:sz w:val="22"/>
        </w:rPr>
        <w:t>D. score</w:t>
      </w:r>
    </w:p>
    <w:p/>
    <w:p>
      <w:r>
        <w:rPr>
          <w:b/>
          <w:sz w:val="24"/>
        </w:rPr>
        <w:t>Câu 56: People talk about the generation gap as a kind of division between young people and their parents. It is something which is generally a problem when children enter their teenage years, and results (71) _______ complaints on both sides.</w:t>
      </w:r>
    </w:p>
    <w:p>
      <w:pPr>
        <w:pStyle w:val="ListParagraph"/>
      </w:pPr>
      <w:r>
        <w:rPr>
          <w:sz w:val="22"/>
        </w:rPr>
        <w:t>A. on</w:t>
      </w:r>
    </w:p>
    <w:p>
      <w:pPr>
        <w:pStyle w:val="ListParagraph"/>
      </w:pPr>
      <w:r>
        <w:rPr>
          <w:sz w:val="22"/>
        </w:rPr>
        <w:t>B. to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of</w:t>
      </w:r>
    </w:p>
    <w:p/>
    <w:p>
      <w:r>
        <w:rPr>
          <w:b/>
          <w:sz w:val="24"/>
        </w:rPr>
        <w:t>Câu 57: Parents, for example, can often be heard to say that young people are (72) _______ and disobedient and in addition tend to be irresponsible when spending.</w:t>
      </w:r>
    </w:p>
    <w:p>
      <w:pPr>
        <w:pStyle w:val="ListParagraph"/>
      </w:pPr>
      <w:r>
        <w:rPr>
          <w:sz w:val="22"/>
        </w:rPr>
        <w:t>A. disrespectful</w:t>
      </w:r>
    </w:p>
    <w:p>
      <w:pPr>
        <w:pStyle w:val="ListParagraph"/>
      </w:pPr>
      <w:r>
        <w:rPr>
          <w:sz w:val="22"/>
        </w:rPr>
        <w:t>B. disrespect</w:t>
      </w:r>
    </w:p>
    <w:p>
      <w:pPr>
        <w:pStyle w:val="ListParagraph"/>
      </w:pPr>
      <w:r>
        <w:rPr>
          <w:sz w:val="22"/>
        </w:rPr>
        <w:t>C. disrespectable</w:t>
      </w:r>
    </w:p>
    <w:p>
      <w:pPr>
        <w:pStyle w:val="ListParagraph"/>
      </w:pPr>
      <w:r>
        <w:rPr>
          <w:sz w:val="22"/>
        </w:rPr>
        <w:t>D. disrespecting</w:t>
      </w:r>
    </w:p>
    <w:p/>
    <w:p>
      <w:r>
        <w:rPr>
          <w:b/>
          <w:sz w:val="24"/>
        </w:rPr>
        <w:t>Câu 58: Because they don't appreciate the (73) _______ of money.</w:t>
      </w:r>
    </w:p>
    <w:p>
      <w:pPr>
        <w:pStyle w:val="ListParagraph"/>
      </w:pPr>
      <w:r>
        <w:rPr>
          <w:sz w:val="22"/>
        </w:rPr>
        <w:t>A. cost</w:t>
      </w:r>
    </w:p>
    <w:p>
      <w:pPr>
        <w:pStyle w:val="ListParagraph"/>
      </w:pPr>
      <w:r>
        <w:rPr>
          <w:sz w:val="22"/>
        </w:rPr>
        <w:t>B. worth</w:t>
      </w:r>
    </w:p>
    <w:p>
      <w:pPr>
        <w:pStyle w:val="ListParagraph"/>
      </w:pPr>
      <w:r>
        <w:rPr>
          <w:sz w:val="22"/>
        </w:rPr>
        <w:t>C. value</w:t>
      </w:r>
    </w:p>
    <w:p>
      <w:pPr>
        <w:pStyle w:val="ListParagraph"/>
      </w:pPr>
      <w:r>
        <w:rPr>
          <w:sz w:val="22"/>
        </w:rPr>
        <w:t>D. amount</w:t>
      </w:r>
    </w:p>
    <w:p/>
    <w:p>
      <w:r>
        <w:rPr>
          <w:b/>
          <w:sz w:val="24"/>
        </w:rPr>
        <w:t>Câu 59: Adolescents, on the other hand, complain that their parents don't understand them. What has gone wrong? One explanation lies in (74) _______ society has changed.</w:t>
      </w:r>
    </w:p>
    <w:p>
      <w:pPr>
        <w:pStyle w:val="ListParagraph"/>
      </w:pPr>
      <w:r>
        <w:rPr>
          <w:sz w:val="22"/>
        </w:rPr>
        <w:t>A. what</w:t>
      </w:r>
    </w:p>
    <w:p>
      <w:pPr>
        <w:pStyle w:val="ListParagraph"/>
      </w:pPr>
      <w:r>
        <w:rPr>
          <w:sz w:val="22"/>
        </w:rPr>
        <w:t>B. why</w:t>
      </w:r>
    </w:p>
    <w:p>
      <w:pPr>
        <w:pStyle w:val="ListParagraph"/>
      </w:pPr>
      <w:r>
        <w:rPr>
          <w:sz w:val="22"/>
        </w:rPr>
        <w:t>C. that</w:t>
      </w:r>
    </w:p>
    <w:p>
      <w:pPr>
        <w:pStyle w:val="ListParagraph"/>
      </w:pPr>
      <w:r>
        <w:rPr>
          <w:sz w:val="22"/>
        </w:rPr>
        <w:t>D. how</w:t>
      </w:r>
    </w:p>
    <w:p/>
    <w:p>
      <w:r>
        <w:rPr>
          <w:b/>
          <w:sz w:val="24"/>
        </w:rPr>
        <w:t>Câu 60: In today's world, parents are very (75) _______ for their children because they want them to achieve more than they did.</w:t>
      </w:r>
    </w:p>
    <w:p>
      <w:pPr>
        <w:pStyle w:val="ListParagraph"/>
      </w:pPr>
      <w:r>
        <w:rPr>
          <w:sz w:val="22"/>
        </w:rPr>
        <w:t>A. ambitious</w:t>
      </w:r>
    </w:p>
    <w:p>
      <w:pPr>
        <w:pStyle w:val="ListParagraph"/>
      </w:pPr>
      <w:r>
        <w:rPr>
          <w:sz w:val="22"/>
        </w:rPr>
        <w:t>B. demanding</w:t>
      </w:r>
    </w:p>
    <w:p>
      <w:pPr>
        <w:pStyle w:val="ListParagraph"/>
      </w:pPr>
      <w:r>
        <w:rPr>
          <w:sz w:val="22"/>
        </w:rPr>
        <w:t>C. required</w:t>
      </w:r>
    </w:p>
    <w:p>
      <w:pPr>
        <w:pStyle w:val="ListParagraph"/>
      </w:pPr>
      <w:r>
        <w:rPr>
          <w:sz w:val="22"/>
        </w:rPr>
        <w:t>D. expectant</w:t>
      </w:r>
    </w:p>
    <w:p/>
    <w:p>
      <w:r>
        <w:rPr>
          <w:b/>
          <w:sz w:val="24"/>
        </w:rPr>
        <w:t>Câu 61: Driving along the motorway in busy traffic, the driver suddenly presses a button on his steering wheel. The car is now driving itself. This may (76) _______ like something from the future, but driverless cars are already in reality on California's roads.</w:t>
      </w:r>
    </w:p>
    <w:p>
      <w:pPr>
        <w:pStyle w:val="ListParagraph"/>
      </w:pPr>
      <w:r>
        <w:rPr>
          <w:sz w:val="22"/>
        </w:rPr>
        <w:t>A. look</w:t>
      </w:r>
    </w:p>
    <w:p>
      <w:pPr>
        <w:pStyle w:val="ListParagraph"/>
      </w:pPr>
      <w:r>
        <w:rPr>
          <w:sz w:val="22"/>
        </w:rPr>
        <w:t>B. sound</w:t>
      </w:r>
    </w:p>
    <w:p>
      <w:pPr>
        <w:pStyle w:val="ListParagraph"/>
      </w:pPr>
      <w:r>
        <w:rPr>
          <w:sz w:val="22"/>
        </w:rPr>
        <w:t>C. feel</w:t>
      </w:r>
    </w:p>
    <w:p>
      <w:pPr>
        <w:pStyle w:val="ListParagraph"/>
      </w:pPr>
      <w:r>
        <w:rPr>
          <w:sz w:val="22"/>
        </w:rPr>
        <w:t>D. sense</w:t>
      </w:r>
    </w:p>
    <w:p/>
    <w:p>
      <w:r>
        <w:rPr>
          <w:b/>
          <w:sz w:val="24"/>
        </w:rPr>
        <w:t>Câu 62: Many cars can already park themselves on the roadside, brake automatically when the car needs to slow down, and warn the driver if (77) _______ are slipping out of the right lane.</w:t>
      </w:r>
    </w:p>
    <w:p>
      <w:pPr>
        <w:pStyle w:val="ListParagraph"/>
      </w:pPr>
      <w:r>
        <w:rPr>
          <w:sz w:val="22"/>
        </w:rPr>
        <w:t>A. if</w:t>
      </w:r>
    </w:p>
    <w:p>
      <w:pPr>
        <w:pStyle w:val="ListParagraph"/>
      </w:pPr>
      <w:r>
        <w:rPr>
          <w:sz w:val="22"/>
        </w:rPr>
        <w:t>B. where</w:t>
      </w:r>
    </w:p>
    <w:p>
      <w:pPr>
        <w:pStyle w:val="ListParagraph"/>
      </w:pPr>
      <w:r>
        <w:rPr>
          <w:sz w:val="22"/>
        </w:rPr>
        <w:t>C. why</w:t>
      </w:r>
    </w:p>
    <w:p>
      <w:pPr>
        <w:pStyle w:val="ListParagraph"/>
      </w:pPr>
      <w:r>
        <w:rPr>
          <w:sz w:val="22"/>
        </w:rPr>
        <w:t>D. what</w:t>
      </w:r>
    </w:p>
    <w:p/>
    <w:p>
      <w:r>
        <w:rPr>
          <w:b/>
          <w:sz w:val="24"/>
        </w:rPr>
        <w:t>Câu 63: Being stuck in traffic jams could become a thing of the past, as driverless cars will be able to drive at speed (78) _______ to each other.</w:t>
      </w:r>
    </w:p>
    <w:p>
      <w:pPr>
        <w:pStyle w:val="ListParagraph"/>
      </w:pPr>
      <w:r>
        <w:rPr>
          <w:sz w:val="22"/>
        </w:rPr>
        <w:t>A. too closer</w:t>
      </w:r>
    </w:p>
    <w:p>
      <w:pPr>
        <w:pStyle w:val="ListParagraph"/>
      </w:pPr>
      <w:r>
        <w:rPr>
          <w:sz w:val="22"/>
        </w:rPr>
        <w:t>B. much closer</w:t>
      </w:r>
    </w:p>
    <w:p>
      <w:pPr>
        <w:pStyle w:val="ListParagraph"/>
      </w:pPr>
      <w:r>
        <w:rPr>
          <w:sz w:val="22"/>
        </w:rPr>
        <w:t>C. very closely</w:t>
      </w:r>
    </w:p>
    <w:p>
      <w:pPr>
        <w:pStyle w:val="ListParagraph"/>
      </w:pPr>
      <w:r>
        <w:rPr>
          <w:sz w:val="22"/>
        </w:rPr>
        <w:t>D. so closet</w:t>
      </w:r>
    </w:p>
    <w:p/>
    <w:p>
      <w:r>
        <w:rPr>
          <w:b/>
          <w:sz w:val="24"/>
        </w:rPr>
        <w:t>Câu 64: More than fifty million people die or are injured in road accidents every year, and the majority of these accidents is caused by human (79) _______.</w:t>
      </w:r>
    </w:p>
    <w:p>
      <w:pPr>
        <w:pStyle w:val="ListParagraph"/>
      </w:pPr>
      <w:r>
        <w:rPr>
          <w:sz w:val="22"/>
        </w:rPr>
        <w:t>A. inaccuracy</w:t>
      </w:r>
    </w:p>
    <w:p>
      <w:pPr>
        <w:pStyle w:val="ListParagraph"/>
      </w:pPr>
      <w:r>
        <w:rPr>
          <w:sz w:val="22"/>
        </w:rPr>
        <w:t>B. offence</w:t>
      </w:r>
    </w:p>
    <w:p>
      <w:pPr>
        <w:pStyle w:val="ListParagraph"/>
      </w:pPr>
      <w:r>
        <w:rPr>
          <w:sz w:val="22"/>
        </w:rPr>
        <w:t>C. error</w:t>
      </w:r>
    </w:p>
    <w:p>
      <w:pPr>
        <w:pStyle w:val="ListParagraph"/>
      </w:pPr>
      <w:r>
        <w:rPr>
          <w:sz w:val="22"/>
        </w:rPr>
        <w:t>D. crime</w:t>
      </w:r>
    </w:p>
    <w:p/>
    <w:p>
      <w:r>
        <w:rPr>
          <w:b/>
          <w:sz w:val="24"/>
        </w:rPr>
        <w:t>Câu 65: Google's driverless car sticks to the speed limit and doesn't get tired. So wouldn't it be a great idea if all cars (80) _______ driverless?</w:t>
      </w:r>
    </w:p>
    <w:p>
      <w:pPr>
        <w:pStyle w:val="ListParagraph"/>
      </w:pPr>
      <w:r>
        <w:rPr>
          <w:sz w:val="22"/>
        </w:rPr>
        <w:t>A. are</w:t>
      </w:r>
    </w:p>
    <w:p>
      <w:pPr>
        <w:pStyle w:val="ListParagraph"/>
      </w:pPr>
      <w:r>
        <w:rPr>
          <w:sz w:val="22"/>
        </w:rPr>
        <w:t>B. were</w:t>
      </w:r>
    </w:p>
    <w:p>
      <w:pPr>
        <w:pStyle w:val="ListParagraph"/>
      </w:pPr>
      <w:r>
        <w:rPr>
          <w:sz w:val="22"/>
        </w:rPr>
        <w:t>C. would be</w:t>
      </w:r>
    </w:p>
    <w:p>
      <w:pPr>
        <w:pStyle w:val="ListParagraph"/>
      </w:pPr>
      <w:r>
        <w:rPr>
          <w:sz w:val="22"/>
        </w:rPr>
        <w:t>D. had been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C</w:t>
      </w:r>
    </w:p>
    <w:p>
      <w:r>
        <w:rPr>
          <w:b/>
        </w:rPr>
        <w:t>Câu 38: Đáp án đúng: D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C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D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D</w:t>
      </w:r>
    </w:p>
    <w:p>
      <w:r>
        <w:rPr>
          <w:b/>
        </w:rPr>
        <w:t>Câu 54: Đáp án đúng: B</w:t>
      </w:r>
    </w:p>
    <w:p>
      <w:r>
        <w:rPr>
          <w:b/>
        </w:rPr>
        <w:t>Câu 55: Đáp án đúng: C</w:t>
      </w:r>
    </w:p>
    <w:p>
      <w:r>
        <w:rPr>
          <w:b/>
        </w:rPr>
        <w:t>Câu 56: Đáp án đúng: C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C</w:t>
      </w:r>
    </w:p>
    <w:p>
      <w:r>
        <w:rPr>
          <w:b/>
        </w:rPr>
        <w:t>Câu 59: Đáp án đúng: D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B</w:t>
      </w:r>
    </w:p>
    <w:p>
      <w:r>
        <w:rPr>
          <w:b/>
        </w:rPr>
        <w:t>Câu 62: Đáp án đúng: A</w:t>
      </w:r>
    </w:p>
    <w:p>
      <w:r>
        <w:rPr>
          <w:b/>
        </w:rPr>
        <w:t>Câu 63: Đáp án đúng: B</w:t>
      </w:r>
    </w:p>
    <w:p>
      <w:r>
        <w:rPr>
          <w:b/>
        </w:rPr>
        <w:t>Câu 64: Đáp án đúng: C</w:t>
      </w:r>
    </w:p>
    <w:p>
      <w:r>
        <w:rPr>
          <w:b/>
        </w:rPr>
        <w:t>Câu 65: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