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Lịch sử - Theo thỏa thuận của các cường quốc tại Hội nghị I-</w:t>
      </w:r>
    </w:p>
    <w:p>
      <w:pPr>
        <w:jc w:val="center"/>
      </w:pPr>
      <w:r>
        <w:rPr>
          <w:sz w:val="22"/>
        </w:rPr>
        <w:t>Số câu: 34    Thời gian: _____ phút    Họ và tên: _________________________</w:t>
      </w:r>
    </w:p>
    <w:p/>
    <w:p>
      <w:r>
        <w:rPr>
          <w:b/>
          <w:sz w:val="24"/>
        </w:rPr>
        <w:t>Câu 1: Theo thỏa thuận của các cường quốc tại Hội nghị I-an-ta (2/1945), khu vực Đông Âu thuộc phạm vi ảnh hưởng của</w:t>
      </w:r>
    </w:p>
    <w:p>
      <w:pPr>
        <w:pStyle w:val="ListParagraph"/>
      </w:pPr>
      <w:r>
        <w:rPr>
          <w:sz w:val="22"/>
        </w:rPr>
        <w:t>A. Anh.</w:t>
      </w:r>
    </w:p>
    <w:p>
      <w:pPr>
        <w:pStyle w:val="ListParagraph"/>
      </w:pPr>
      <w:r>
        <w:rPr>
          <w:sz w:val="22"/>
        </w:rPr>
        <w:t>B. Pháp.</w:t>
      </w:r>
    </w:p>
    <w:p>
      <w:pPr>
        <w:pStyle w:val="ListParagraph"/>
      </w:pPr>
      <w:r>
        <w:rPr>
          <w:sz w:val="22"/>
        </w:rPr>
        <w:t>C. Trung Quốc.</w:t>
      </w:r>
    </w:p>
    <w:p>
      <w:pPr>
        <w:pStyle w:val="ListParagraph"/>
      </w:pPr>
      <w:r>
        <w:rPr>
          <w:sz w:val="22"/>
        </w:rPr>
        <w:t>D. Liên Xô.</w:t>
      </w:r>
    </w:p>
    <w:p/>
    <w:p>
      <w:r>
        <w:rPr>
          <w:b/>
          <w:sz w:val="24"/>
        </w:rPr>
        <w:t>Câu 2: Những quyết định của Hội nghị I-an-ta (2/1945) đã</w:t>
      </w:r>
    </w:p>
    <w:p>
      <w:pPr>
        <w:pStyle w:val="ListParagraph"/>
      </w:pPr>
      <w:r>
        <w:rPr>
          <w:sz w:val="22"/>
        </w:rPr>
        <w:t>A. dẫn đến cuộc khủng hoảng dầu mỏ trên thế giới.</w:t>
      </w:r>
    </w:p>
    <w:p>
      <w:pPr>
        <w:pStyle w:val="ListParagraph"/>
      </w:pPr>
      <w:r>
        <w:rPr>
          <w:sz w:val="22"/>
        </w:rPr>
        <w:t>B. làm bùng nổ cuộc chiến tranh thế giới.</w:t>
      </w:r>
    </w:p>
    <w:p>
      <w:pPr>
        <w:pStyle w:val="ListParagraph"/>
      </w:pPr>
      <w:r>
        <w:rPr>
          <w:sz w:val="22"/>
        </w:rPr>
        <w:t>C. góp phần hình thành trật tự đơn cực.</w:t>
      </w:r>
    </w:p>
    <w:p>
      <w:pPr>
        <w:pStyle w:val="ListParagraph"/>
      </w:pPr>
      <w:r>
        <w:rPr>
          <w:sz w:val="22"/>
        </w:rPr>
        <w:t>D. góp phần hình thành khuôn khổ trật tự 2 cực Ianta.</w:t>
      </w:r>
    </w:p>
    <w:p/>
    <w:p>
      <w:r>
        <w:rPr>
          <w:b/>
          <w:sz w:val="24"/>
        </w:rPr>
        <w:t>Câu 3: Trật tự I-an-ta tan rã gắn với sự kiện</w:t>
      </w:r>
    </w:p>
    <w:p>
      <w:pPr>
        <w:pStyle w:val="ListParagraph"/>
      </w:pPr>
      <w:r>
        <w:rPr>
          <w:sz w:val="22"/>
        </w:rPr>
        <w:t>A. Mĩ và Liên Xô chấm dứt Chiến tranh lạnh (1989).</w:t>
      </w:r>
    </w:p>
    <w:p>
      <w:pPr>
        <w:pStyle w:val="ListParagraph"/>
      </w:pPr>
      <w:r>
        <w:rPr>
          <w:sz w:val="22"/>
        </w:rPr>
        <w:t>B. chuyến thăm chính thức của Tổng thống Mỹ Ních-xơn tới Liên Xô (1972).</w:t>
      </w:r>
    </w:p>
    <w:p>
      <w:pPr>
        <w:pStyle w:val="ListParagraph"/>
      </w:pPr>
      <w:r>
        <w:rPr>
          <w:sz w:val="22"/>
        </w:rPr>
        <w:t>C. sự tan rã của Liên Xô (1991).</w:t>
      </w:r>
    </w:p>
    <w:p>
      <w:pPr>
        <w:pStyle w:val="ListParagraph"/>
      </w:pPr>
      <w:r>
        <w:rPr>
          <w:sz w:val="22"/>
        </w:rPr>
        <w:t>D. Mỹ và Liên Xô kí thỏa thuận về việc thủ tiêu tên lửa tầm trung ở châu Âu (1987)</w:t>
      </w:r>
    </w:p>
    <w:p/>
    <w:p>
      <w:r>
        <w:rPr>
          <w:b/>
          <w:sz w:val="24"/>
        </w:rPr>
        <w:t>Câu 4: Một trong những xu thế phát triển của thế giới sau Chiến tranh lạnh là</w:t>
      </w:r>
    </w:p>
    <w:p>
      <w:pPr>
        <w:pStyle w:val="ListParagraph"/>
      </w:pPr>
      <w:r>
        <w:rPr>
          <w:sz w:val="22"/>
        </w:rPr>
        <w:t>A. xu thế phát triển lấy kinh tế là trọng tâm.</w:t>
      </w:r>
    </w:p>
    <w:p>
      <w:pPr>
        <w:pStyle w:val="ListParagraph"/>
      </w:pPr>
      <w:r>
        <w:rPr>
          <w:sz w:val="22"/>
        </w:rPr>
        <w:t>B. xu thế đối đầu quân sự, chiến tranh là chủ đạo.</w:t>
      </w:r>
    </w:p>
    <w:p>
      <w:pPr>
        <w:pStyle w:val="ListParagraph"/>
      </w:pPr>
      <w:r>
        <w:rPr>
          <w:sz w:val="22"/>
        </w:rPr>
        <w:t>C. xu thế đóng cửa “bế quan tỏa cảng” với bên ngoài.</w:t>
      </w:r>
    </w:p>
    <w:p>
      <w:pPr>
        <w:pStyle w:val="ListParagraph"/>
      </w:pPr>
      <w:r>
        <w:rPr>
          <w:sz w:val="22"/>
        </w:rPr>
        <w:t>D. xu thế chiến tranh</w:t>
      </w:r>
    </w:p>
    <w:p/>
    <w:p>
      <w:r>
        <w:rPr>
          <w:b/>
          <w:sz w:val="24"/>
        </w:rPr>
        <w:t>Câu 5: Quốc gia nào dưới đây là một trong các thành viên sáng lập Hiệp hội các quốc gia Đông Nam Á (ASEAN) năm 1967?</w:t>
      </w:r>
    </w:p>
    <w:p>
      <w:pPr>
        <w:pStyle w:val="ListParagraph"/>
      </w:pPr>
      <w:r>
        <w:rPr>
          <w:sz w:val="22"/>
        </w:rPr>
        <w:t>A. Lào.</w:t>
      </w:r>
    </w:p>
    <w:p>
      <w:pPr>
        <w:pStyle w:val="ListParagraph"/>
      </w:pPr>
      <w:r>
        <w:rPr>
          <w:sz w:val="22"/>
        </w:rPr>
        <w:t>B. Bru-nây.</w:t>
      </w:r>
    </w:p>
    <w:p>
      <w:pPr>
        <w:pStyle w:val="ListParagraph"/>
      </w:pPr>
      <w:r>
        <w:rPr>
          <w:sz w:val="22"/>
        </w:rPr>
        <w:t>C. Việt Nam.</w:t>
      </w:r>
    </w:p>
    <w:p>
      <w:pPr>
        <w:pStyle w:val="ListParagraph"/>
      </w:pPr>
      <w:r>
        <w:rPr>
          <w:sz w:val="22"/>
        </w:rPr>
        <w:t>D. Thái Lan.</w:t>
      </w:r>
    </w:p>
    <w:p/>
    <w:p>
      <w:r>
        <w:rPr>
          <w:b/>
          <w:sz w:val="24"/>
        </w:rPr>
        <w:t>Câu 6: Nội dung nào sau đây là một trong những mục tiêu quan trọng của tổ chức ASEAN?</w:t>
      </w:r>
    </w:p>
    <w:p>
      <w:pPr>
        <w:pStyle w:val="ListParagraph"/>
      </w:pPr>
      <w:r>
        <w:rPr>
          <w:sz w:val="22"/>
        </w:rPr>
        <w:t>A. Duy trì hòa bình và an ninh trên thế giới.</w:t>
      </w:r>
    </w:p>
    <w:p>
      <w:pPr>
        <w:pStyle w:val="ListParagraph"/>
      </w:pPr>
      <w:r>
        <w:rPr>
          <w:sz w:val="22"/>
        </w:rPr>
        <w:t>B. Tôn trọng tình hình, công việc nội bộ của các nước.</w:t>
      </w:r>
    </w:p>
    <w:p>
      <w:pPr>
        <w:pStyle w:val="ListParagraph"/>
      </w:pPr>
      <w:r>
        <w:rPr>
          <w:sz w:val="22"/>
        </w:rPr>
        <w:t>C. Không đe dọa sử dụng vũ lực trong tranh chấp.</w:t>
      </w:r>
    </w:p>
    <w:p>
      <w:pPr>
        <w:pStyle w:val="ListParagraph"/>
      </w:pPr>
      <w:r>
        <w:rPr>
          <w:sz w:val="22"/>
        </w:rPr>
        <w:t>D. Tăng cường hợp tác phát triển kinh tế và văn hóa.</w:t>
      </w:r>
    </w:p>
    <w:p/>
    <w:p>
      <w:r>
        <w:rPr>
          <w:b/>
          <w:sz w:val="24"/>
        </w:rPr>
        <w:t>Câu 7: Hiện nay Hiệp hội các quốc gia Đông Nam Á (ASEAN) có</w:t>
      </w:r>
    </w:p>
    <w:p>
      <w:pPr>
        <w:pStyle w:val="ListParagraph"/>
      </w:pPr>
      <w:r>
        <w:rPr>
          <w:sz w:val="22"/>
        </w:rPr>
        <w:t>A. 5 nước thành viên.</w:t>
      </w:r>
    </w:p>
    <w:p>
      <w:pPr>
        <w:pStyle w:val="ListParagraph"/>
      </w:pPr>
      <w:r>
        <w:rPr>
          <w:sz w:val="22"/>
        </w:rPr>
        <w:t>B. 11 nước thành viên</w:t>
      </w:r>
    </w:p>
    <w:p>
      <w:pPr>
        <w:pStyle w:val="ListParagraph"/>
      </w:pPr>
      <w:r>
        <w:rPr>
          <w:sz w:val="22"/>
        </w:rPr>
        <w:t>C. 7 nước thành viên.</w:t>
      </w:r>
    </w:p>
    <w:p>
      <w:pPr>
        <w:pStyle w:val="ListParagraph"/>
      </w:pPr>
      <w:r>
        <w:rPr>
          <w:sz w:val="22"/>
        </w:rPr>
        <w:t>D. 9 nước thành viên.</w:t>
      </w:r>
    </w:p>
    <w:p/>
    <w:p>
      <w:r>
        <w:rPr>
          <w:b/>
          <w:sz w:val="24"/>
        </w:rPr>
        <w:t>Câu 8: Một trong ba trụ cột của Cộng đồng ASEAN là</w:t>
      </w:r>
    </w:p>
    <w:p>
      <w:pPr>
        <w:pStyle w:val="ListParagraph"/>
      </w:pPr>
      <w:r>
        <w:rPr>
          <w:sz w:val="22"/>
        </w:rPr>
        <w:t>A. Cộng đồng Y tế - Giáo dục.</w:t>
      </w:r>
    </w:p>
    <w:p>
      <w:pPr>
        <w:pStyle w:val="ListParagraph"/>
      </w:pPr>
      <w:r>
        <w:rPr>
          <w:sz w:val="22"/>
        </w:rPr>
        <w:t>B. Cộng đồng Năng lượng - Tài chính.</w:t>
      </w:r>
    </w:p>
    <w:p>
      <w:pPr>
        <w:pStyle w:val="ListParagraph"/>
      </w:pPr>
      <w:r>
        <w:rPr>
          <w:sz w:val="22"/>
        </w:rPr>
        <w:t>C. Cộng đồng Năng lượng - Nguyên tử.</w:t>
      </w:r>
    </w:p>
    <w:p>
      <w:pPr>
        <w:pStyle w:val="ListParagraph"/>
      </w:pPr>
      <w:r>
        <w:rPr>
          <w:sz w:val="22"/>
        </w:rPr>
        <w:t>D. Cộng đồng kinh tế.</w:t>
      </w:r>
    </w:p>
    <w:p/>
    <w:p>
      <w:r>
        <w:rPr>
          <w:b/>
          <w:sz w:val="24"/>
        </w:rPr>
        <w:t>Câu 9: Cộng đồng Văn hóa – xã hội ASEAN nước đến mục tiêu</w:t>
      </w:r>
    </w:p>
    <w:p>
      <w:pPr>
        <w:pStyle w:val="ListParagraph"/>
      </w:pPr>
      <w:r>
        <w:rPr>
          <w:sz w:val="22"/>
        </w:rPr>
        <w:t>A. đẩy mạnh hợp tác quân sự.</w:t>
      </w:r>
    </w:p>
    <w:p>
      <w:pPr>
        <w:pStyle w:val="ListParagraph"/>
      </w:pPr>
      <w:r>
        <w:rPr>
          <w:sz w:val="22"/>
        </w:rPr>
        <w:t>B. xóa nợ cho nước nghèo.</w:t>
      </w:r>
    </w:p>
    <w:p>
      <w:pPr>
        <w:pStyle w:val="ListParagraph"/>
      </w:pPr>
      <w:r>
        <w:rPr>
          <w:sz w:val="22"/>
        </w:rPr>
        <w:t>C. phát triển con người.</w:t>
      </w:r>
    </w:p>
    <w:p>
      <w:pPr>
        <w:pStyle w:val="ListParagraph"/>
      </w:pPr>
      <w:r>
        <w:rPr>
          <w:sz w:val="22"/>
        </w:rPr>
        <w:t>D. bảo vệ chủ quyền.</w:t>
      </w:r>
    </w:p>
    <w:p/>
    <w:p>
      <w:r>
        <w:rPr>
          <w:b/>
          <w:sz w:val="24"/>
        </w:rPr>
        <w:t>Câu 10: Nội dung nào sau đây phản ánh triển vọng của Cộng đồng ASEAN?</w:t>
      </w:r>
    </w:p>
    <w:p>
      <w:pPr>
        <w:pStyle w:val="ListParagraph"/>
      </w:pPr>
      <w:r>
        <w:rPr>
          <w:sz w:val="22"/>
        </w:rPr>
        <w:t>A. Uy tín và vị thế ngày càng được nâng cao.</w:t>
      </w:r>
    </w:p>
    <w:p>
      <w:pPr>
        <w:pStyle w:val="ListParagraph"/>
      </w:pPr>
      <w:r>
        <w:rPr>
          <w:sz w:val="22"/>
        </w:rPr>
        <w:t>B. Quan hệ đối ngoại ngày càng bị thu hẹp.</w:t>
      </w:r>
    </w:p>
    <w:p>
      <w:pPr>
        <w:pStyle w:val="ListParagraph"/>
      </w:pPr>
      <w:r>
        <w:rPr>
          <w:sz w:val="22"/>
        </w:rPr>
        <w:t>C. Mâu thuẫn giữa các quốc gia ngày càng tăng.</w:t>
      </w:r>
    </w:p>
    <w:p>
      <w:pPr>
        <w:pStyle w:val="ListParagraph"/>
      </w:pPr>
      <w:r>
        <w:rPr>
          <w:sz w:val="22"/>
        </w:rPr>
        <w:t>D. Khoảng cách phát triển ngày càng mở rộng.</w:t>
      </w:r>
    </w:p>
    <w:p/>
    <w:p>
      <w:r>
        <w:rPr>
          <w:b/>
          <w:sz w:val="24"/>
        </w:rPr>
        <w:t>Câu 11: Một trong những thách thức của Cộng đồng ASEAN là</w:t>
      </w:r>
    </w:p>
    <w:p>
      <w:pPr>
        <w:pStyle w:val="ListParagraph"/>
      </w:pPr>
      <w:r>
        <w:rPr>
          <w:sz w:val="22"/>
        </w:rPr>
        <w:t>A. diễn biến phức tạp của Biển Đông.</w:t>
      </w:r>
    </w:p>
    <w:p>
      <w:pPr>
        <w:pStyle w:val="ListParagraph"/>
      </w:pPr>
      <w:r>
        <w:rPr>
          <w:sz w:val="22"/>
        </w:rPr>
        <w:t>B. mức độ hợp tác ngày càng sâu rộng.</w:t>
      </w:r>
    </w:p>
    <w:p>
      <w:pPr>
        <w:pStyle w:val="ListParagraph"/>
      </w:pPr>
      <w:r>
        <w:rPr>
          <w:sz w:val="22"/>
        </w:rPr>
        <w:t>C. sự ổn định của tình hình chính trị.</w:t>
      </w:r>
    </w:p>
    <w:p>
      <w:pPr>
        <w:pStyle w:val="ListParagraph"/>
      </w:pPr>
      <w:r>
        <w:rPr>
          <w:sz w:val="22"/>
        </w:rPr>
        <w:t>D. kinh tế ngày càng phát triển.</w:t>
      </w:r>
    </w:p>
    <w:p/>
    <w:p>
      <w:r>
        <w:rPr>
          <w:b/>
          <w:sz w:val="24"/>
        </w:rPr>
        <w:t>Câu 12: Nội dung nào sau đây là một trong những biểu hiện duy trì hòa bình và an ninh quốc tế của Liên Hợp Quốc?</w:t>
      </w:r>
    </w:p>
    <w:p>
      <w:pPr>
        <w:pStyle w:val="ListParagraph"/>
      </w:pPr>
      <w:r>
        <w:rPr>
          <w:sz w:val="22"/>
        </w:rPr>
        <w:t>A. Góp phần ngăn ngừa cuộc chiến tranh thế giới mới.</w:t>
      </w:r>
    </w:p>
    <w:p>
      <w:pPr>
        <w:pStyle w:val="ListParagraph"/>
      </w:pPr>
      <w:r>
        <w:rPr>
          <w:sz w:val="22"/>
        </w:rPr>
        <w:t>B. Thực hiện các hoạt động chống biến đổi khí hậu và dịch bệnh.</w:t>
      </w:r>
    </w:p>
    <w:p>
      <w:pPr>
        <w:pStyle w:val="ListParagraph"/>
      </w:pPr>
      <w:r>
        <w:rPr>
          <w:sz w:val="22"/>
        </w:rPr>
        <w:t>C. Đề ra mục tiêu thiên niên kỉ nhằm thúc đẩy giáo dục phát triển.</w:t>
      </w:r>
    </w:p>
    <w:p>
      <w:pPr>
        <w:pStyle w:val="ListParagraph"/>
      </w:pPr>
      <w:r>
        <w:rPr>
          <w:sz w:val="22"/>
        </w:rPr>
        <w:t>D. Xây dựng các điều ước quốc tế nhằm bảo đảm quyền con người.</w:t>
      </w:r>
    </w:p>
    <w:p/>
    <w:p>
      <w:r>
        <w:rPr>
          <w:b/>
          <w:sz w:val="24"/>
        </w:rPr>
        <w:t>Câu 13: Chiến tranh lạnh chấm dứt đã tạo điều kiện để giải quyết những vấn đề gì trên thế giới?</w:t>
      </w:r>
    </w:p>
    <w:p>
      <w:pPr>
        <w:pStyle w:val="ListParagraph"/>
      </w:pPr>
      <w:r>
        <w:rPr>
          <w:sz w:val="22"/>
        </w:rPr>
        <w:t>A. Duy trì hòa bình và an ninh ở châu Âu.</w:t>
      </w:r>
    </w:p>
    <w:p>
      <w:pPr>
        <w:pStyle w:val="ListParagraph"/>
      </w:pPr>
      <w:r>
        <w:rPr>
          <w:sz w:val="22"/>
        </w:rPr>
        <w:t>B. Các vụ tranh chấp, xung đột đang diễn ra ở nhiều khu vực trên thế giới.</w:t>
      </w:r>
    </w:p>
    <w:p>
      <w:pPr>
        <w:pStyle w:val="ListParagraph"/>
      </w:pPr>
      <w:r>
        <w:rPr>
          <w:sz w:val="22"/>
        </w:rPr>
        <w:t>C. Tình trạng đối đầu giữa Mĩ và Liên Xô.</w:t>
      </w:r>
    </w:p>
    <w:p>
      <w:pPr>
        <w:pStyle w:val="ListParagraph"/>
      </w:pPr>
      <w:r>
        <w:rPr>
          <w:sz w:val="22"/>
        </w:rPr>
        <w:t>D. Giải quyết các vấn đề có tính chất toàn cầu.</w:t>
      </w:r>
    </w:p>
    <w:p/>
    <w:p>
      <w:r>
        <w:rPr>
          <w:b/>
          <w:sz w:val="24"/>
        </w:rPr>
        <w:t>Câu 14: Tính đến thời điểm hiện nay, quốc gia cuối cùng ở Đông Nam Á gia nhập tổ chức ASEAN là</w:t>
      </w:r>
    </w:p>
    <w:p>
      <w:pPr>
        <w:pStyle w:val="ListParagraph"/>
      </w:pPr>
      <w:r>
        <w:rPr>
          <w:sz w:val="22"/>
        </w:rPr>
        <w:t>A. Trung Quốc.</w:t>
      </w:r>
    </w:p>
    <w:p>
      <w:pPr>
        <w:pStyle w:val="ListParagraph"/>
      </w:pPr>
      <w:r>
        <w:rPr>
          <w:sz w:val="22"/>
        </w:rPr>
        <w:t>B. Đông Ti-mo.</w:t>
      </w:r>
    </w:p>
    <w:p>
      <w:pPr>
        <w:pStyle w:val="ListParagraph"/>
      </w:pPr>
      <w:r>
        <w:rPr>
          <w:sz w:val="22"/>
        </w:rPr>
        <w:t>C. Ấn Độ.</w:t>
      </w:r>
    </w:p>
    <w:p>
      <w:pPr>
        <w:pStyle w:val="ListParagraph"/>
      </w:pPr>
      <w:r>
        <w:rPr>
          <w:sz w:val="22"/>
        </w:rPr>
        <w:t>D. Việt Nam.</w:t>
      </w:r>
    </w:p>
    <w:p/>
    <w:p>
      <w:r>
        <w:rPr>
          <w:b/>
          <w:sz w:val="24"/>
        </w:rPr>
        <w:t>Câu 15: Nguyên nhân nào sau đây dẫn đến thắng lợi của Cách mạng tháng Tám năm 1945 ở Việt Nam?</w:t>
      </w:r>
    </w:p>
    <w:p>
      <w:pPr>
        <w:pStyle w:val="ListParagraph"/>
      </w:pPr>
      <w:r>
        <w:rPr>
          <w:sz w:val="22"/>
        </w:rPr>
        <w:t>A. Sự giúp đỡ trực tiếp của các nước Đồng minh.</w:t>
      </w:r>
    </w:p>
    <w:p>
      <w:pPr>
        <w:pStyle w:val="ListParagraph"/>
      </w:pPr>
      <w:r>
        <w:rPr>
          <w:sz w:val="22"/>
        </w:rPr>
        <w:t>B. Có liên minh chiến đấu của ba nước Đông Dương.</w:t>
      </w:r>
    </w:p>
    <w:p>
      <w:pPr>
        <w:pStyle w:val="ListParagraph"/>
      </w:pPr>
      <w:r>
        <w:rPr>
          <w:sz w:val="22"/>
        </w:rPr>
        <w:t>C. Sự ủng hộ trực tiếp của các nước xã hội chủ nghĩa.</w:t>
      </w:r>
    </w:p>
    <w:p>
      <w:pPr>
        <w:pStyle w:val="ListParagraph"/>
      </w:pPr>
      <w:r>
        <w:rPr>
          <w:sz w:val="22"/>
        </w:rPr>
        <w:t>D. Truyền thống yêu nước của dân tộc được phát huy.</w:t>
      </w:r>
    </w:p>
    <w:p/>
    <w:p>
      <w:r>
        <w:rPr>
          <w:b/>
          <w:sz w:val="24"/>
        </w:rPr>
        <w:t>Câu 16: Tháng 9/1977, Việt Nam gia nhập tổ chức nào dưới đây?</w:t>
      </w:r>
    </w:p>
    <w:p>
      <w:pPr>
        <w:pStyle w:val="ListParagraph"/>
      </w:pPr>
      <w:r>
        <w:rPr>
          <w:sz w:val="22"/>
        </w:rPr>
        <w:t>A. Hội đồng tương trợ kinh tế (SEV).</w:t>
      </w:r>
    </w:p>
    <w:p>
      <w:pPr>
        <w:pStyle w:val="ListParagraph"/>
      </w:pPr>
      <w:r>
        <w:rPr>
          <w:sz w:val="22"/>
        </w:rPr>
        <w:t>B. Tổ chức thương mại thế giới (WTO).</w:t>
      </w:r>
    </w:p>
    <w:p>
      <w:pPr>
        <w:pStyle w:val="ListParagraph"/>
      </w:pPr>
      <w:r>
        <w:rPr>
          <w:sz w:val="22"/>
        </w:rPr>
        <w:t>C. Hiệp hội các quốc gia Đông Nam Á (ASEAN).</w:t>
      </w:r>
    </w:p>
    <w:p>
      <w:pPr>
        <w:pStyle w:val="ListParagraph"/>
      </w:pPr>
      <w:r>
        <w:rPr>
          <w:sz w:val="22"/>
        </w:rPr>
        <w:t>D. Liên Hợp Quốc (UN).</w:t>
      </w:r>
    </w:p>
    <w:p/>
    <w:p>
      <w:r>
        <w:rPr>
          <w:b/>
          <w:sz w:val="24"/>
        </w:rPr>
        <w:t>Câu 17: Theo thỏa thuận của các cường quốc tại Hội nghị I-an-ta (2/1945), khu vực Tây Âu thuộc phạm vi ảnh hưởng của</w:t>
      </w:r>
    </w:p>
    <w:p>
      <w:pPr>
        <w:pStyle w:val="ListParagraph"/>
      </w:pPr>
      <w:r>
        <w:rPr>
          <w:sz w:val="22"/>
        </w:rPr>
        <w:t>A. Nhật Bản.</w:t>
      </w:r>
    </w:p>
    <w:p>
      <w:pPr>
        <w:pStyle w:val="ListParagraph"/>
      </w:pPr>
      <w:r>
        <w:rPr>
          <w:sz w:val="22"/>
        </w:rPr>
        <w:t>B. Mĩ.</w:t>
      </w:r>
    </w:p>
    <w:p>
      <w:pPr>
        <w:pStyle w:val="ListParagraph"/>
      </w:pPr>
      <w:r>
        <w:rPr>
          <w:sz w:val="22"/>
        </w:rPr>
        <w:t>C. Trung Quốc.</w:t>
      </w:r>
    </w:p>
    <w:p>
      <w:pPr>
        <w:pStyle w:val="ListParagraph"/>
      </w:pPr>
      <w:r>
        <w:rPr>
          <w:sz w:val="22"/>
        </w:rPr>
        <w:t>D. Liên Xô.</w:t>
      </w:r>
    </w:p>
    <w:p/>
    <w:p>
      <w:r>
        <w:rPr>
          <w:b/>
          <w:sz w:val="24"/>
        </w:rPr>
        <w:t>Câu 18: Sự kiện đánh dấu sự xác lập cục diện 2 cực 2 phe là</w:t>
      </w:r>
    </w:p>
    <w:p>
      <w:pPr>
        <w:pStyle w:val="ListParagraph"/>
      </w:pPr>
      <w:r>
        <w:rPr>
          <w:sz w:val="22"/>
        </w:rPr>
        <w:t>A. sự ra đời của NaTo.</w:t>
      </w:r>
    </w:p>
    <w:p>
      <w:pPr>
        <w:pStyle w:val="ListParagraph"/>
      </w:pPr>
      <w:r>
        <w:rPr>
          <w:sz w:val="22"/>
        </w:rPr>
        <w:t>B. sự ra đời của Tổ chức Hiệp ước Vacsava.</w:t>
      </w:r>
    </w:p>
    <w:p>
      <w:pPr>
        <w:pStyle w:val="ListParagraph"/>
      </w:pPr>
      <w:r>
        <w:rPr>
          <w:sz w:val="22"/>
        </w:rPr>
        <w:t>C. sự ra đời của NaTo và Tổ chức Hiệp ước Vacsava.</w:t>
      </w:r>
    </w:p>
    <w:p>
      <w:pPr>
        <w:pStyle w:val="ListParagraph"/>
      </w:pPr>
      <w:r>
        <w:rPr>
          <w:sz w:val="22"/>
        </w:rPr>
        <w:t>D. sự ra đời của NaTo và SEV.</w:t>
      </w:r>
    </w:p>
    <w:p/>
    <w:p>
      <w:r>
        <w:rPr>
          <w:b/>
          <w:sz w:val="24"/>
        </w:rPr>
        <w:t>Câu 19: Tháng 12/ 1989 tại bán đảo Man- ta (Địa Trung Hải) diễn ra sự kiện gì?</w:t>
      </w:r>
    </w:p>
    <w:p>
      <w:pPr>
        <w:pStyle w:val="ListParagraph"/>
      </w:pPr>
      <w:r>
        <w:rPr>
          <w:sz w:val="22"/>
        </w:rPr>
        <w:t>A. Mĩ và Liên Xô chấm dứt Chiến tranh lạnh (1989).</w:t>
      </w:r>
    </w:p>
    <w:p>
      <w:pPr>
        <w:pStyle w:val="ListParagraph"/>
      </w:pPr>
      <w:r>
        <w:rPr>
          <w:sz w:val="22"/>
        </w:rPr>
        <w:t>B. chuyến thăm chính thức của Tổng thống Mỹ Ních-xơn tới Liên Xô (1972).</w:t>
      </w:r>
    </w:p>
    <w:p>
      <w:pPr>
        <w:pStyle w:val="ListParagraph"/>
      </w:pPr>
      <w:r>
        <w:rPr>
          <w:sz w:val="22"/>
        </w:rPr>
        <w:t>C. sự tan rã của Liên Xô (1991).</w:t>
      </w:r>
    </w:p>
    <w:p>
      <w:pPr>
        <w:pStyle w:val="ListParagraph"/>
      </w:pPr>
      <w:r>
        <w:rPr>
          <w:sz w:val="22"/>
        </w:rPr>
        <w:t>D. Mỹ và Liên Xô kí thỏa thuận về việc thủ tiêu tên lửa tầm trung ở châu Âu (1987).</w:t>
      </w:r>
    </w:p>
    <w:p/>
    <w:p>
      <w:r>
        <w:rPr>
          <w:b/>
          <w:sz w:val="24"/>
        </w:rPr>
        <w:t>Câu 20: Một trong những xu thế phát triển của thế giới sau Chiến tranh lạnh là</w:t>
      </w:r>
    </w:p>
    <w:p>
      <w:pPr>
        <w:pStyle w:val="ListParagraph"/>
      </w:pPr>
      <w:r>
        <w:rPr>
          <w:sz w:val="22"/>
        </w:rPr>
        <w:t>A. xu thế đối thoại, hợp tác trong quan hệ quốc tế.</w:t>
      </w:r>
    </w:p>
    <w:p>
      <w:pPr>
        <w:pStyle w:val="ListParagraph"/>
      </w:pPr>
      <w:r>
        <w:rPr>
          <w:sz w:val="22"/>
        </w:rPr>
        <w:t>B. xu thế đối đầu quân sự, chiến tranh là chủ đạo.</w:t>
      </w:r>
    </w:p>
    <w:p>
      <w:pPr>
        <w:pStyle w:val="ListParagraph"/>
      </w:pPr>
      <w:r>
        <w:rPr>
          <w:sz w:val="22"/>
        </w:rPr>
        <w:t>C. xu thế đóng cửa “bế quan tỏa cảng” với bên ngoài.</w:t>
      </w:r>
    </w:p>
    <w:p>
      <w:pPr>
        <w:pStyle w:val="ListParagraph"/>
      </w:pPr>
      <w:r>
        <w:rPr>
          <w:sz w:val="22"/>
        </w:rPr>
        <w:t>D. xu thế đơn cực do Mĩ đứng đầu.</w:t>
      </w:r>
    </w:p>
    <w:p/>
    <w:p>
      <w:r>
        <w:rPr>
          <w:b/>
          <w:sz w:val="24"/>
        </w:rPr>
        <w:t>Câu 21: Quốc gia nào dưới đây là một trong các thành viên sáng lập Hiệp hội các quốc gia Đông Nam Á (ASEAN) năm 1967?</w:t>
      </w:r>
    </w:p>
    <w:p>
      <w:pPr>
        <w:pStyle w:val="ListParagraph"/>
      </w:pPr>
      <w:r>
        <w:rPr>
          <w:sz w:val="22"/>
        </w:rPr>
        <w:t>A. Lào.</w:t>
      </w:r>
    </w:p>
    <w:p>
      <w:pPr>
        <w:pStyle w:val="ListParagraph"/>
      </w:pPr>
      <w:r>
        <w:rPr>
          <w:sz w:val="22"/>
        </w:rPr>
        <w:t>B. Bru-nây.</w:t>
      </w:r>
    </w:p>
    <w:p>
      <w:pPr>
        <w:pStyle w:val="ListParagraph"/>
      </w:pPr>
      <w:r>
        <w:rPr>
          <w:sz w:val="22"/>
        </w:rPr>
        <w:t>C. Việt Nam.</w:t>
      </w:r>
    </w:p>
    <w:p>
      <w:pPr>
        <w:pStyle w:val="ListParagraph"/>
      </w:pPr>
      <w:r>
        <w:rPr>
          <w:sz w:val="22"/>
        </w:rPr>
        <w:t>D. Phi-lip-pin.</w:t>
      </w:r>
    </w:p>
    <w:p/>
    <w:p>
      <w:r>
        <w:rPr>
          <w:b/>
          <w:sz w:val="24"/>
        </w:rPr>
        <w:t>Câu 22: Nội dung nào sau đây phản ánh đúng mục đích thành lập Hiệp hội các quốc gia Đông Nam Á (ASEAN)?</w:t>
      </w:r>
    </w:p>
    <w:p>
      <w:pPr>
        <w:pStyle w:val="ListParagraph"/>
      </w:pPr>
      <w:r>
        <w:rPr>
          <w:sz w:val="22"/>
        </w:rPr>
        <w:t>A. Xây dựng cộng đồng vững mạnh để cạnh tranh với Mĩ và Tây Âu.</w:t>
      </w:r>
    </w:p>
    <w:p>
      <w:pPr>
        <w:pStyle w:val="ListParagraph"/>
      </w:pPr>
      <w:r>
        <w:rPr>
          <w:sz w:val="22"/>
        </w:rPr>
        <w:t>B. Khắc phục hậu quả nặng nề của cuộc Chiến tranh thế giới thứ hai.</w:t>
      </w:r>
    </w:p>
    <w:p>
      <w:pPr>
        <w:pStyle w:val="ListParagraph"/>
      </w:pPr>
      <w:r>
        <w:rPr>
          <w:sz w:val="22"/>
        </w:rPr>
        <w:t>C. Thúc đẩy tăng trưởng kinh tế, tiến bộ xã hội và phát triển văn hoá.</w:t>
      </w:r>
    </w:p>
    <w:p>
      <w:pPr>
        <w:pStyle w:val="ListParagraph"/>
      </w:pPr>
      <w:r>
        <w:rPr>
          <w:sz w:val="22"/>
        </w:rPr>
        <w:t>D. Xây dựng Cộng đồng quân sự mạnh để tiêu diệt chủ nghĩa phát xít.</w:t>
      </w:r>
    </w:p>
    <w:p/>
    <w:p>
      <w:r>
        <w:rPr>
          <w:b/>
          <w:sz w:val="24"/>
        </w:rPr>
        <w:t>Câu 23: Năm 2025, Đông Timo được kết nạp vào Hiệp hội các quốc gia Đông Nam Á (ASEAN) nâng số lượng thành viên lên</w:t>
      </w:r>
    </w:p>
    <w:p>
      <w:pPr>
        <w:pStyle w:val="ListParagraph"/>
      </w:pPr>
      <w:r>
        <w:rPr>
          <w:sz w:val="22"/>
        </w:rPr>
        <w:t>A. 5 nước thành viên.</w:t>
      </w:r>
    </w:p>
    <w:p>
      <w:pPr>
        <w:pStyle w:val="ListParagraph"/>
      </w:pPr>
      <w:r>
        <w:rPr>
          <w:sz w:val="22"/>
        </w:rPr>
        <w:t>B. 11 nước thành viên</w:t>
      </w:r>
    </w:p>
    <w:p>
      <w:pPr>
        <w:pStyle w:val="ListParagraph"/>
      </w:pPr>
      <w:r>
        <w:rPr>
          <w:sz w:val="22"/>
        </w:rPr>
        <w:t>C. 7 nước thành viên.</w:t>
      </w:r>
    </w:p>
    <w:p>
      <w:pPr>
        <w:pStyle w:val="ListParagraph"/>
      </w:pPr>
      <w:r>
        <w:rPr>
          <w:sz w:val="22"/>
        </w:rPr>
        <w:t>D. 9 nước thành viên.</w:t>
      </w:r>
    </w:p>
    <w:p/>
    <w:p>
      <w:r>
        <w:rPr>
          <w:b/>
          <w:sz w:val="24"/>
        </w:rPr>
        <w:t>Câu 24: Đâu không phải là trụ cột của Cộng đồng ASEAN là</w:t>
      </w:r>
    </w:p>
    <w:p>
      <w:pPr>
        <w:pStyle w:val="ListParagraph"/>
      </w:pPr>
      <w:r>
        <w:rPr>
          <w:sz w:val="22"/>
        </w:rPr>
        <w:t>A. Cộng đồng Y tế - Giáo dục.</w:t>
      </w:r>
    </w:p>
    <w:p>
      <w:pPr>
        <w:pStyle w:val="ListParagraph"/>
      </w:pPr>
      <w:r>
        <w:rPr>
          <w:sz w:val="22"/>
        </w:rPr>
        <w:t>B. Cộng đồng Kinh tế.</w:t>
      </w:r>
    </w:p>
    <w:p>
      <w:pPr>
        <w:pStyle w:val="ListParagraph"/>
      </w:pPr>
      <w:r>
        <w:rPr>
          <w:sz w:val="22"/>
        </w:rPr>
        <w:t>C. Cộng đồng Chính trị- An ninh.</w:t>
      </w:r>
    </w:p>
    <w:p>
      <w:pPr>
        <w:pStyle w:val="ListParagraph"/>
      </w:pPr>
      <w:r>
        <w:rPr>
          <w:sz w:val="22"/>
        </w:rPr>
        <w:t>D. Cộng đồng Văn hóa – xã hội.</w:t>
      </w:r>
    </w:p>
    <w:p/>
    <w:p>
      <w:r>
        <w:rPr>
          <w:b/>
          <w:sz w:val="24"/>
        </w:rPr>
        <w:t>Câu 25: Nội dung nào sau đây là mục tiêu của Cộng đồng kinh tế ASEAN?</w:t>
      </w:r>
    </w:p>
    <w:p>
      <w:pPr>
        <w:pStyle w:val="ListParagraph"/>
      </w:pPr>
      <w:r>
        <w:rPr>
          <w:sz w:val="22"/>
        </w:rPr>
        <w:t>A. Đảm bảo an toàn của các cá nhân.</w:t>
      </w:r>
    </w:p>
    <w:p>
      <w:pPr>
        <w:pStyle w:val="ListParagraph"/>
      </w:pPr>
      <w:r>
        <w:rPr>
          <w:sz w:val="22"/>
        </w:rPr>
        <w:t>B. Thúc đẩy sự tăng trưởng bền vững.</w:t>
      </w:r>
    </w:p>
    <w:p>
      <w:pPr>
        <w:pStyle w:val="ListParagraph"/>
      </w:pPr>
      <w:r>
        <w:rPr>
          <w:sz w:val="22"/>
        </w:rPr>
        <w:t>C. Giữ gìn bản sắc của các thành viên.</w:t>
      </w:r>
    </w:p>
    <w:p>
      <w:pPr>
        <w:pStyle w:val="ListParagraph"/>
      </w:pPr>
      <w:r>
        <w:rPr>
          <w:sz w:val="22"/>
        </w:rPr>
        <w:t>D. Chia đều quyền lợi cho các nước.</w:t>
      </w:r>
    </w:p>
    <w:p/>
    <w:p>
      <w:r>
        <w:rPr>
          <w:b/>
          <w:sz w:val="24"/>
        </w:rPr>
        <w:t>Câu 26: Sự chênh lệch về thu nhập, môi trường cạnh tranh gay gắt là một trong những thách thức của cộng đồng ASEAN trên lĩnh vực nào sau đây?</w:t>
      </w:r>
    </w:p>
    <w:p>
      <w:pPr>
        <w:pStyle w:val="ListParagraph"/>
      </w:pPr>
      <w:r>
        <w:rPr>
          <w:sz w:val="22"/>
        </w:rPr>
        <w:t>A. Văn hoá.</w:t>
      </w:r>
    </w:p>
    <w:p>
      <w:pPr>
        <w:pStyle w:val="ListParagraph"/>
      </w:pPr>
      <w:r>
        <w:rPr>
          <w:sz w:val="22"/>
        </w:rPr>
        <w:t>B. Quân sự.</w:t>
      </w:r>
    </w:p>
    <w:p>
      <w:pPr>
        <w:pStyle w:val="ListParagraph"/>
      </w:pPr>
      <w:r>
        <w:rPr>
          <w:sz w:val="22"/>
        </w:rPr>
        <w:t>C. Kinh tế.</w:t>
      </w:r>
    </w:p>
    <w:p>
      <w:pPr>
        <w:pStyle w:val="ListParagraph"/>
      </w:pPr>
      <w:r>
        <w:rPr>
          <w:sz w:val="22"/>
        </w:rPr>
        <w:t>D. Chính trị.</w:t>
      </w:r>
    </w:p>
    <w:p/>
    <w:p>
      <w:r>
        <w:rPr>
          <w:b/>
          <w:sz w:val="24"/>
        </w:rPr>
        <w:t>Câu 27: Nội dung nào sau đây là triển vọng của Cộng đồng ASEAN?</w:t>
      </w:r>
    </w:p>
    <w:p>
      <w:pPr>
        <w:pStyle w:val="ListParagraph"/>
      </w:pPr>
      <w:r>
        <w:rPr>
          <w:sz w:val="22"/>
        </w:rPr>
        <w:t>A. Trở hành trung tâm kinh tế - tài chính lớn nhất và duy nhất trên thế giới.</w:t>
      </w:r>
    </w:p>
    <w:p>
      <w:pPr>
        <w:pStyle w:val="ListParagraph"/>
      </w:pPr>
      <w:r>
        <w:rPr>
          <w:sz w:val="22"/>
        </w:rPr>
        <w:t>B. Trở thành trung tâm quân sự, quốc phòng hiện đại nhất thế giới.</w:t>
      </w:r>
    </w:p>
    <w:p>
      <w:pPr>
        <w:pStyle w:val="ListParagraph"/>
      </w:pPr>
      <w:r>
        <w:rPr>
          <w:sz w:val="22"/>
        </w:rPr>
        <w:t>C. Mức độ liên kết ngày càng chặt chẽ và sâu rộng trên cả ba trụ cột.</w:t>
      </w:r>
    </w:p>
    <w:p>
      <w:pPr>
        <w:pStyle w:val="ListParagraph"/>
      </w:pPr>
      <w:r>
        <w:rPr>
          <w:sz w:val="22"/>
        </w:rPr>
        <w:t>D. Có vai trò định hướng và quyết định tại tất cả các diễn đàn quốc tế.</w:t>
      </w:r>
    </w:p>
    <w:p/>
    <w:p>
      <w:r>
        <w:rPr>
          <w:b/>
          <w:sz w:val="24"/>
        </w:rPr>
        <w:t>Câu 28: Nội dung nào sau đây là biểu hiện của việc đảm bảo quyền con người, phát triển văn hoá xã hội của Liên hợp quốc?</w:t>
      </w:r>
    </w:p>
    <w:p>
      <w:pPr>
        <w:pStyle w:val="ListParagraph"/>
      </w:pPr>
      <w:r>
        <w:rPr>
          <w:sz w:val="22"/>
        </w:rPr>
        <w:t>A. Ngăn chặn không cho cuộc chiến tranh thế giới xảy ra.</w:t>
      </w:r>
    </w:p>
    <w:p>
      <w:pPr>
        <w:pStyle w:val="ListParagraph"/>
      </w:pPr>
      <w:r>
        <w:rPr>
          <w:sz w:val="22"/>
        </w:rPr>
        <w:t>B. Trực tiếp thủ tiêu hoàn toàn chế độ phân biệt chủng tộc.</w:t>
      </w:r>
    </w:p>
    <w:p>
      <w:pPr>
        <w:pStyle w:val="ListParagraph"/>
      </w:pPr>
      <w:r>
        <w:rPr>
          <w:sz w:val="22"/>
        </w:rPr>
        <w:t>C. Thúc đẩy đảm bảo quyền trẻ em trong giáo dục đào tạo.</w:t>
      </w:r>
    </w:p>
    <w:p>
      <w:pPr>
        <w:pStyle w:val="ListParagraph"/>
      </w:pPr>
      <w:r>
        <w:rPr>
          <w:sz w:val="22"/>
        </w:rPr>
        <w:t>D. Làm trung gian hoà giải các cuộc khủng hoảng quốc tế.</w:t>
      </w:r>
    </w:p>
    <w:p/>
    <w:p>
      <w:r>
        <w:rPr>
          <w:b/>
          <w:sz w:val="24"/>
        </w:rPr>
        <w:t>Câu 29: Chiến tranh lạnh chấm dứt đã tạo điều kiện để giải quyết những vấn đề gì trên thế giới?</w:t>
      </w:r>
    </w:p>
    <w:p>
      <w:pPr>
        <w:pStyle w:val="ListParagraph"/>
      </w:pPr>
      <w:r>
        <w:rPr>
          <w:sz w:val="22"/>
        </w:rPr>
        <w:t>A. Duy trì hòa bình và an ninh ở châu Âu.</w:t>
      </w:r>
    </w:p>
    <w:p>
      <w:pPr>
        <w:pStyle w:val="ListParagraph"/>
      </w:pPr>
      <w:r>
        <w:rPr>
          <w:sz w:val="22"/>
        </w:rPr>
        <w:t>B. Các vụ tranh chấp, xung đột đang diễn ra ở nhiều khu vực trên thế giới.</w:t>
      </w:r>
    </w:p>
    <w:p>
      <w:pPr>
        <w:pStyle w:val="ListParagraph"/>
      </w:pPr>
      <w:r>
        <w:rPr>
          <w:sz w:val="22"/>
        </w:rPr>
        <w:t>C. Tình trạng đối đầu giữa Mĩ và Liên Xô.</w:t>
      </w:r>
    </w:p>
    <w:p>
      <w:pPr>
        <w:pStyle w:val="ListParagraph"/>
      </w:pPr>
      <w:r>
        <w:rPr>
          <w:sz w:val="22"/>
        </w:rPr>
        <w:t>D. Giải quyết các vấn đề có tính chất toàn cầu.</w:t>
      </w:r>
    </w:p>
    <w:p/>
    <w:p>
      <w:r>
        <w:rPr>
          <w:b/>
          <w:sz w:val="24"/>
        </w:rPr>
        <w:t>Câu 30: Tính đến thời điểm hiện nay, ASEAN đã kết nạp thêm quốc gia nào vào Hiệp hội các quốc gia Đông Nam Á?</w:t>
      </w:r>
    </w:p>
    <w:p>
      <w:pPr>
        <w:pStyle w:val="ListParagraph"/>
      </w:pPr>
      <w:r>
        <w:rPr>
          <w:sz w:val="22"/>
        </w:rPr>
        <w:t>A. Trung Quốc.</w:t>
      </w:r>
    </w:p>
    <w:p>
      <w:pPr>
        <w:pStyle w:val="ListParagraph"/>
      </w:pPr>
      <w:r>
        <w:rPr>
          <w:sz w:val="22"/>
        </w:rPr>
        <w:t>B. Đông Ti-mo.</w:t>
      </w:r>
    </w:p>
    <w:p>
      <w:pPr>
        <w:pStyle w:val="ListParagraph"/>
      </w:pPr>
      <w:r>
        <w:rPr>
          <w:sz w:val="22"/>
        </w:rPr>
        <w:t>C. Ấn Độ.</w:t>
      </w:r>
    </w:p>
    <w:p>
      <w:pPr>
        <w:pStyle w:val="ListParagraph"/>
      </w:pPr>
      <w:r>
        <w:rPr>
          <w:sz w:val="22"/>
        </w:rPr>
        <w:t>D. Việt Nam.</w:t>
      </w:r>
    </w:p>
    <w:p/>
    <w:p>
      <w:r>
        <w:rPr>
          <w:b/>
          <w:sz w:val="24"/>
        </w:rPr>
        <w:t>Câu 31: Đâu là nguyên nhân khách quan dẫn tới thắng lợi của Cách mạng tháng Tám (1945)?</w:t>
      </w:r>
    </w:p>
    <w:p>
      <w:pPr>
        <w:pStyle w:val="ListParagraph"/>
      </w:pPr>
      <w:r>
        <w:rPr>
          <w:sz w:val="22"/>
        </w:rPr>
        <w:t>A. Đảng Cộng sản Đông Dương đã có quá trình chuẩn bị lâu dài, chu đáo.</w:t>
      </w:r>
    </w:p>
    <w:p>
      <w:pPr>
        <w:pStyle w:val="ListParagraph"/>
      </w:pPr>
      <w:r>
        <w:rPr>
          <w:sz w:val="22"/>
        </w:rPr>
        <w:t>B. Đường lối lãnh đạo cách mạng đúng đắn, sáng tạo của Đảng Cộng sản Đông Dương.</w:t>
      </w:r>
    </w:p>
    <w:p>
      <w:pPr>
        <w:pStyle w:val="ListParagraph"/>
      </w:pPr>
      <w:r>
        <w:rPr>
          <w:sz w:val="22"/>
        </w:rPr>
        <w:t>C. Thắng lợi của lực lượng Đồng minh trong cuộc chiến tranh chống phát xít.</w:t>
      </w:r>
    </w:p>
    <w:p>
      <w:pPr>
        <w:pStyle w:val="ListParagraph"/>
      </w:pPr>
      <w:r>
        <w:rPr>
          <w:sz w:val="22"/>
        </w:rPr>
        <w:t>D. Truyền thống yêu nước, đoàn kết của dân tộc Việt Nam.</w:t>
      </w:r>
    </w:p>
    <w:p/>
    <w:p>
      <w:r>
        <w:rPr>
          <w:b/>
          <w:sz w:val="24"/>
        </w:rPr>
        <w:t>Câu 32: Nội dung nào sau đây là đặc điểm của xu hướng đa cực sau khi Chiến tranh lạnh chấm dứt?</w:t>
      </w:r>
    </w:p>
    <w:p>
      <w:pPr>
        <w:pStyle w:val="ListParagraph"/>
      </w:pPr>
      <w:r>
        <w:rPr>
          <w:sz w:val="22"/>
        </w:rPr>
        <w:t>A. Một nước tham gia, nhiều trung tâm chi phối.</w:t>
      </w:r>
    </w:p>
    <w:p>
      <w:pPr>
        <w:pStyle w:val="ListParagraph"/>
      </w:pPr>
      <w:r>
        <w:rPr>
          <w:sz w:val="22"/>
        </w:rPr>
        <w:t>B. Nhiều nước tham gia, một trung tâm chi phối.</w:t>
      </w:r>
    </w:p>
    <w:p>
      <w:pPr>
        <w:pStyle w:val="ListParagraph"/>
      </w:pPr>
      <w:r>
        <w:rPr>
          <w:sz w:val="22"/>
        </w:rPr>
        <w:t>C. Một nước tham gia và có một trung tâm chi phối.</w:t>
      </w:r>
    </w:p>
    <w:p>
      <w:pPr>
        <w:pStyle w:val="ListParagraph"/>
      </w:pPr>
      <w:r>
        <w:rPr>
          <w:sz w:val="22"/>
        </w:rPr>
        <w:t>D. Có nhiều nước tham gia, có nhiều trung tâm.</w:t>
      </w:r>
    </w:p>
    <w:p/>
    <w:p>
      <w:r>
        <w:rPr>
          <w:b/>
          <w:sz w:val="24"/>
        </w:rPr>
        <w:t>Câu 33: Đọc đoạn tư liệu sau đây: “Đại hội đồng Liên hợp quốc đã thông qua bản Tuyên ngôn về thủ tiêu hoàn toàn chủ nghĩa thực dân, trao trả độc lập cho các quốc gia và dân tộc thuộc địa... Như thế, Tuyên ngôn đã khẳng định các nước thực dân đã vi phạm nguyên tắc quan trọng nhất của luật pháp quốc tế; khẳng định rõ ràng cơ sở pháp lí quốc tế của cuộc đấu tranh giành độc lập của các dân tộc bị áp bức”. (Nguyễn Quốc Hùng, Nguyễn Hồng Quân, Liên hợp quốc và Lực lượng gìn giữ hoà bình Liên hợp quốc, NXB Chính trị quốc gia, Hà Nội, 2008, tr.46).</w:t>
      </w:r>
    </w:p>
    <w:p>
      <w:pPr>
        <w:pStyle w:val="ListParagraph"/>
      </w:pPr>
      <w:r>
        <w:rPr>
          <w:sz w:val="22"/>
        </w:rPr>
        <w:t>A. Liên Hợp Quốc đã thông qua bản Tuyên ngôn về thủ tiêu hoàn toàn chủ nghĩa thực dân. (Sai)</w:t>
      </w:r>
    </w:p>
    <w:p>
      <w:pPr>
        <w:pStyle w:val="ListParagraph"/>
      </w:pPr>
      <w:r>
        <w:rPr>
          <w:sz w:val="22"/>
        </w:rPr>
        <w:t>B. Tuyên ngôn của Liên hợp quốc khẳng định các nước thực dân đã vi phạm nguyên tắc của luật pháp quốc tế. (Sai)</w:t>
      </w:r>
    </w:p>
    <w:p>
      <w:pPr>
        <w:pStyle w:val="ListParagraph"/>
      </w:pPr>
      <w:r>
        <w:rPr>
          <w:sz w:val="22"/>
        </w:rPr>
        <w:t>C. Liên Hợp Quốc là tổ chức quốc tế duy nhất mà Việt Nam tham gia. (Sai)</w:t>
      </w:r>
    </w:p>
    <w:p>
      <w:pPr>
        <w:pStyle w:val="ListParagraph"/>
      </w:pPr>
      <w:r>
        <w:rPr>
          <w:sz w:val="22"/>
        </w:rPr>
        <w:t>D. Từ khi ra đời, Liên Hợp Quốc chưa để xảy ra cuộc chiến tranh, xung đột nào trên thế giới. (Sai)</w:t>
      </w:r>
    </w:p>
    <w:p/>
    <w:p>
      <w:r>
        <w:rPr>
          <w:b/>
          <w:sz w:val="24"/>
        </w:rPr>
        <w:t>Câu 34: Đọc đoạn tư liệu sau đây: “Chẳng những giai cấp lao động và nhân dân Việt Nam ta có thể tự hào, mà giai cấp lao động và những dân tộc bị áp bức nơi khác cũng có thể tự hào rằng: Lần này là lần đầu tiên trong lịch sử cách mạng của các dân tộc thuộc địa và nửa thuộc địa, một Đảng mới 15 tuổi đã lãnh đạo cách mạng thành công, đã nắm chính quyền toàn quốc”. (Hồ Chí Minh, Báo cáo chính trị tại Đại hội đại biểu toàn quốc lần thứ II của Đảng Cộng sản Việt Nam (1951), trích trong: Hồ Chí Minh, Toàn tập, Tập 7, NXB Chính trị Quốc gia Sự thật, Hà Nội, 2011, tr.25).</w:t>
      </w:r>
    </w:p>
    <w:p>
      <w:pPr>
        <w:pStyle w:val="ListParagraph"/>
      </w:pPr>
      <w:r>
        <w:rPr>
          <w:sz w:val="22"/>
        </w:rPr>
        <w:t>A. Theo đoạn tư liệu, tổ chức giữ vai trò lãnh đạo cách mạng thành công và nắm chính quyền toàn quốc là Đảng Cộng sản Việt Nam. (Sai)</w:t>
      </w:r>
    </w:p>
    <w:p>
      <w:pPr>
        <w:pStyle w:val="ListParagraph"/>
      </w:pPr>
      <w:r>
        <w:rPr>
          <w:sz w:val="22"/>
        </w:rPr>
        <w:t>B. Đoạn tư liệu cho thấy thắng lợi của Cách mạng tháng Tám năm 1945 không chỉ là niềm tự hào của riêng nhân dân Việt Nam mà còn có ý nghĩa quốc tế sâu sắc. (Sai)</w:t>
      </w:r>
    </w:p>
    <w:p>
      <w:pPr>
        <w:pStyle w:val="ListParagraph"/>
      </w:pPr>
      <w:r>
        <w:rPr>
          <w:sz w:val="22"/>
        </w:rPr>
        <w:t>C. Cuộc Cách mạng tháng Tám 1945 đã chấm dứt sự xâm lược của thực dân Pháp trên đất nước ta (Sai)</w:t>
      </w:r>
    </w:p>
    <w:p>
      <w:pPr>
        <w:pStyle w:val="ListParagraph"/>
      </w:pPr>
      <w:r>
        <w:rPr>
          <w:sz w:val="22"/>
        </w:rPr>
        <w:t>D. Thắng lợi của cuộc cách mạng đã để lại bài học kinh nghiệm cho Đảng ta trong việc lãnh đạo toàn dân giành thắng lợi ở chiến dịch Điện Biên Phủ (1954) và chiến dịch Hồ Chí Minh (1975). (Sai)</w:t>
      </w:r>
    </w:p>
    <w:p/>
    <w:p>
      <w:r>
        <w:t>──────────────────────────────────────────────────</w:t>
      </w:r>
    </w:p>
    <w:p>
      <w:r>
        <w:rPr>
          <w:b/>
        </w:rPr>
        <w:t>BẢNG ĐÁP ÁN &amp; LỜI GIẢI CHI TIẾT</w:t>
      </w:r>
    </w:p>
    <w:p>
      <w:r>
        <w:rPr>
          <w:b/>
        </w:rPr>
        <w:t>Câu 1: Đáp án đúng: D</w:t>
      </w:r>
    </w:p>
    <w:p>
      <w:r>
        <w:rPr>
          <w:b/>
        </w:rPr>
        <w:t>Câu 2: Đáp án đúng: D</w:t>
      </w:r>
    </w:p>
    <w:p>
      <w:r>
        <w:rPr>
          <w:b/>
        </w:rPr>
        <w:t>Câu 3: Đáp án đúng: C</w:t>
      </w:r>
    </w:p>
    <w:p>
      <w:r>
        <w:rPr>
          <w:b/>
        </w:rPr>
        <w:t>Câu 4: Đáp án đúng: A</w:t>
      </w:r>
    </w:p>
    <w:p>
      <w:r>
        <w:rPr>
          <w:b/>
        </w:rPr>
        <w:t>Câu 5: Đáp án đúng: D</w:t>
      </w:r>
    </w:p>
    <w:p>
      <w:r>
        <w:rPr>
          <w:b/>
        </w:rPr>
        <w:t>Câu 6: Đáp án đúng: D</w:t>
      </w:r>
    </w:p>
    <w:p>
      <w:r>
        <w:rPr>
          <w:b/>
        </w:rPr>
        <w:t>Câu 7: Đáp án đúng: B</w:t>
      </w:r>
    </w:p>
    <w:p>
      <w:r>
        <w:rPr>
          <w:b/>
        </w:rPr>
        <w:t>Câu 8: Đáp án đúng: D</w:t>
      </w:r>
    </w:p>
    <w:p>
      <w:r>
        <w:rPr>
          <w:b/>
        </w:rPr>
        <w:t>Câu 9: Đáp án đúng: C</w:t>
      </w:r>
    </w:p>
    <w:p>
      <w:r>
        <w:rPr>
          <w:b/>
        </w:rPr>
        <w:t>Câu 10: Đáp án đúng: A</w:t>
      </w:r>
    </w:p>
    <w:p>
      <w:r>
        <w:rPr>
          <w:b/>
        </w:rPr>
        <w:t>Câu 11: Đáp án đúng: A</w:t>
      </w:r>
    </w:p>
    <w:p>
      <w:r>
        <w:rPr>
          <w:b/>
        </w:rPr>
        <w:t>Câu 12: Đáp án đúng: A</w:t>
      </w:r>
    </w:p>
    <w:p>
      <w:r>
        <w:rPr>
          <w:b/>
        </w:rPr>
        <w:t>Câu 13: Đáp án đúng: D</w:t>
      </w:r>
    </w:p>
    <w:p>
      <w:r>
        <w:rPr>
          <w:b/>
        </w:rPr>
        <w:t>Câu 14: Đáp án đúng: B</w:t>
      </w:r>
    </w:p>
    <w:p>
      <w:r>
        <w:rPr>
          <w:b/>
        </w:rPr>
        <w:t>Câu 15: Đáp án đúng: D</w:t>
      </w:r>
    </w:p>
    <w:p>
      <w:r>
        <w:rPr>
          <w:b/>
        </w:rPr>
        <w:t>Câu 16: Đáp án đúng: D</w:t>
      </w:r>
    </w:p>
    <w:p>
      <w:r>
        <w:rPr>
          <w:b/>
        </w:rPr>
        <w:t>Câu 17: Đáp án đúng: B</w:t>
      </w:r>
    </w:p>
    <w:p>
      <w:r>
        <w:rPr>
          <w:b/>
        </w:rPr>
        <w:t>Câu 18: Đáp án đúng: C</w:t>
      </w:r>
    </w:p>
    <w:p>
      <w:r>
        <w:rPr>
          <w:b/>
        </w:rPr>
        <w:t>Câu 19: Đáp án đúng: A</w:t>
      </w:r>
    </w:p>
    <w:p>
      <w:r>
        <w:rPr>
          <w:b/>
        </w:rPr>
        <w:t>Câu 20: Đáp án đúng: A</w:t>
      </w:r>
    </w:p>
    <w:p>
      <w:r>
        <w:rPr>
          <w:b/>
        </w:rPr>
        <w:t>Câu 21: Đáp án đúng: D</w:t>
      </w:r>
    </w:p>
    <w:p>
      <w:r>
        <w:rPr>
          <w:b/>
        </w:rPr>
        <w:t>Câu 22: Đáp án đúng: C</w:t>
      </w:r>
    </w:p>
    <w:p>
      <w:r>
        <w:rPr>
          <w:b/>
        </w:rPr>
        <w:t>Câu 23: Đáp án đúng: B</w:t>
      </w:r>
    </w:p>
    <w:p>
      <w:r>
        <w:rPr>
          <w:b/>
        </w:rPr>
        <w:t>Câu 24: Đáp án đúng: A</w:t>
      </w:r>
    </w:p>
    <w:p>
      <w:r>
        <w:rPr>
          <w:b/>
        </w:rPr>
        <w:t>Câu 25: Đáp án đúng: B</w:t>
      </w:r>
    </w:p>
    <w:p>
      <w:r>
        <w:rPr>
          <w:b/>
        </w:rPr>
        <w:t>Câu 26: Đáp án đúng: C</w:t>
      </w:r>
    </w:p>
    <w:p>
      <w:r>
        <w:rPr>
          <w:b/>
        </w:rPr>
        <w:t>Câu 27: Đáp án đúng: C</w:t>
      </w:r>
    </w:p>
    <w:p>
      <w:r>
        <w:rPr>
          <w:b/>
        </w:rPr>
        <w:t>Câu 28: Đáp án đúng: C</w:t>
      </w:r>
    </w:p>
    <w:p>
      <w:r>
        <w:rPr>
          <w:b/>
        </w:rPr>
        <w:t>Câu 29: Đáp án đúng: D</w:t>
      </w:r>
    </w:p>
    <w:p>
      <w:r>
        <w:rPr>
          <w:b/>
        </w:rPr>
        <w:t>Câu 30: Đáp án đúng: B</w:t>
      </w:r>
    </w:p>
    <w:p>
      <w:r>
        <w:rPr>
          <w:b/>
        </w:rPr>
        <w:t>Câu 31: Đáp án đúng: C</w:t>
      </w:r>
    </w:p>
    <w:p>
      <w:r>
        <w:rPr>
          <w:b/>
        </w:rPr>
        <w:t>Câu 32: Đáp án đúng: D</w:t>
      </w:r>
    </w:p>
    <w:p>
      <w:r>
        <w:rPr>
          <w:b/>
        </w:rPr>
        <w:t>Câu 33: Đáp án đúng: None</w:t>
      </w:r>
    </w:p>
    <w:p>
      <w:r>
        <w:rPr>
          <w:b/>
        </w:rPr>
        <w:t>Câu 34: Đáp án đúng: None</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