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Việt Nam nằm ở rìa phía đông của bán đảo nào?</w:t>
      </w:r>
    </w:p>
    <w:p>
      <w:pPr>
        <w:pStyle w:val="ListParagraph"/>
      </w:pPr>
      <w:r>
        <w:rPr>
          <w:sz w:val="22"/>
        </w:rPr>
        <w:t>A. Đông Dương</w:t>
      </w:r>
    </w:p>
    <w:p>
      <w:pPr>
        <w:pStyle w:val="ListParagraph"/>
      </w:pPr>
      <w:r>
        <w:rPr>
          <w:sz w:val="22"/>
        </w:rPr>
        <w:t>B. Mã Lai</w:t>
      </w:r>
    </w:p>
    <w:p>
      <w:pPr>
        <w:pStyle w:val="ListParagraph"/>
      </w:pPr>
      <w:r>
        <w:rPr>
          <w:sz w:val="22"/>
        </w:rPr>
        <w:t>C. Ấn Độ</w:t>
      </w:r>
    </w:p>
    <w:p>
      <w:pPr>
        <w:pStyle w:val="ListParagraph"/>
      </w:pPr>
      <w:r>
        <w:rPr>
          <w:sz w:val="22"/>
        </w:rPr>
        <w:t>D. Trung Á</w:t>
      </w:r>
    </w:p>
    <w:p/>
    <w:p>
      <w:r>
        <w:rPr>
          <w:b/>
          <w:sz w:val="24"/>
        </w:rPr>
        <w:t>Câu 2: Điểm cực Bắc của nước ta thuộc tỉnh nào?</w:t>
      </w:r>
    </w:p>
    <w:p>
      <w:pPr>
        <w:pStyle w:val="ListParagraph"/>
      </w:pPr>
      <w:r>
        <w:rPr>
          <w:sz w:val="22"/>
        </w:rPr>
        <w:t>A. Hà Giang</w:t>
      </w:r>
    </w:p>
    <w:p>
      <w:pPr>
        <w:pStyle w:val="ListParagraph"/>
      </w:pPr>
      <w:r>
        <w:rPr>
          <w:sz w:val="22"/>
        </w:rPr>
        <w:t>B. Cà Mau</w:t>
      </w:r>
    </w:p>
    <w:p>
      <w:pPr>
        <w:pStyle w:val="ListParagraph"/>
      </w:pPr>
      <w:r>
        <w:rPr>
          <w:sz w:val="22"/>
        </w:rPr>
        <w:t>C. Điện Biên</w:t>
      </w:r>
    </w:p>
    <w:p>
      <w:pPr>
        <w:pStyle w:val="ListParagraph"/>
      </w:pPr>
      <w:r>
        <w:rPr>
          <w:sz w:val="22"/>
        </w:rPr>
        <w:t>D. Khánh Hòa</w:t>
      </w:r>
    </w:p>
    <w:p/>
    <w:p>
      <w:r>
        <w:rPr>
          <w:b/>
          <w:sz w:val="24"/>
        </w:rPr>
        <w:t>Câu 3: Điểm cực Nam trên đất liền của Việt Nam thuộc tỉnh nào?</w:t>
      </w:r>
    </w:p>
    <w:p>
      <w:pPr>
        <w:pStyle w:val="ListParagraph"/>
      </w:pPr>
      <w:r>
        <w:rPr>
          <w:sz w:val="22"/>
        </w:rPr>
        <w:t>A. Cà Mau</w:t>
      </w:r>
    </w:p>
    <w:p>
      <w:pPr>
        <w:pStyle w:val="ListParagraph"/>
      </w:pPr>
      <w:r>
        <w:rPr>
          <w:sz w:val="22"/>
        </w:rPr>
        <w:t>B. Bạc Liêu</w:t>
      </w:r>
    </w:p>
    <w:p>
      <w:pPr>
        <w:pStyle w:val="ListParagraph"/>
      </w:pPr>
      <w:r>
        <w:rPr>
          <w:sz w:val="22"/>
        </w:rPr>
        <w:t>C. Kiên Giang</w:t>
      </w:r>
    </w:p>
    <w:p>
      <w:pPr>
        <w:pStyle w:val="ListParagraph"/>
      </w:pPr>
      <w:r>
        <w:rPr>
          <w:sz w:val="22"/>
        </w:rPr>
        <w:t>D. Sóc Trăng</w:t>
      </w:r>
    </w:p>
    <w:p/>
    <w:p>
      <w:r>
        <w:rPr>
          <w:b/>
          <w:sz w:val="24"/>
        </w:rPr>
        <w:t>Câu 4: Điểm cực Tây của Việt Nam thuộc tỉnh nào?</w:t>
      </w:r>
    </w:p>
    <w:p>
      <w:pPr>
        <w:pStyle w:val="ListParagraph"/>
      </w:pPr>
      <w:r>
        <w:rPr>
          <w:sz w:val="22"/>
        </w:rPr>
        <w:t>A. Điện Biên</w:t>
      </w:r>
    </w:p>
    <w:p>
      <w:pPr>
        <w:pStyle w:val="ListParagraph"/>
      </w:pPr>
      <w:r>
        <w:rPr>
          <w:sz w:val="22"/>
        </w:rPr>
        <w:t>B. Lai Châu</w:t>
      </w:r>
    </w:p>
    <w:p>
      <w:pPr>
        <w:pStyle w:val="ListParagraph"/>
      </w:pPr>
      <w:r>
        <w:rPr>
          <w:sz w:val="22"/>
        </w:rPr>
        <w:t>C. Sơn La</w:t>
      </w:r>
    </w:p>
    <w:p>
      <w:pPr>
        <w:pStyle w:val="ListParagraph"/>
      </w:pPr>
      <w:r>
        <w:rPr>
          <w:sz w:val="22"/>
        </w:rPr>
        <w:t>D. Lào Cai</w:t>
      </w:r>
    </w:p>
    <w:p/>
    <w:p>
      <w:r>
        <w:rPr>
          <w:b/>
          <w:sz w:val="24"/>
        </w:rPr>
        <w:t>Câu 5: Điểm cực Đông trên đất liền của Việt Nam thuộc tỉnh nào?</w:t>
      </w:r>
    </w:p>
    <w:p>
      <w:pPr>
        <w:pStyle w:val="ListParagraph"/>
      </w:pPr>
      <w:r>
        <w:rPr>
          <w:sz w:val="22"/>
        </w:rPr>
        <w:t>A. Khánh Hòa</w:t>
      </w:r>
    </w:p>
    <w:p>
      <w:pPr>
        <w:pStyle w:val="ListParagraph"/>
      </w:pPr>
      <w:r>
        <w:rPr>
          <w:sz w:val="22"/>
        </w:rPr>
        <w:t>B. Phú Yên</w:t>
      </w:r>
    </w:p>
    <w:p>
      <w:pPr>
        <w:pStyle w:val="ListParagraph"/>
      </w:pPr>
      <w:r>
        <w:rPr>
          <w:sz w:val="22"/>
        </w:rPr>
        <w:t>C. Bình Định</w:t>
      </w:r>
    </w:p>
    <w:p>
      <w:pPr>
        <w:pStyle w:val="ListParagraph"/>
      </w:pPr>
      <w:r>
        <w:rPr>
          <w:sz w:val="22"/>
        </w:rPr>
        <w:t>D. Ninh Thuận</w:t>
      </w:r>
    </w:p>
    <w:p/>
    <w:p>
      <w:r>
        <w:rPr>
          <w:b/>
          <w:sz w:val="24"/>
        </w:rPr>
        <w:t>Câu 6: Tổng diện tích phần đất liền của Việt Nam khoảng bao nhiêu?</w:t>
      </w:r>
    </w:p>
    <w:p>
      <w:pPr>
        <w:pStyle w:val="ListParagraph"/>
      </w:pPr>
      <w:r>
        <w:rPr>
          <w:sz w:val="22"/>
        </w:rPr>
        <w:t>A. 331.212 km²</w:t>
      </w:r>
    </w:p>
    <w:p>
      <w:pPr>
        <w:pStyle w:val="ListParagraph"/>
      </w:pPr>
      <w:r>
        <w:rPr>
          <w:sz w:val="22"/>
        </w:rPr>
        <w:t>B. 330.991 km²</w:t>
      </w:r>
    </w:p>
    <w:p>
      <w:pPr>
        <w:pStyle w:val="ListParagraph"/>
      </w:pPr>
      <w:r>
        <w:rPr>
          <w:sz w:val="22"/>
        </w:rPr>
        <w:t>C. 331.698 km²</w:t>
      </w:r>
    </w:p>
    <w:p>
      <w:pPr>
        <w:pStyle w:val="ListParagraph"/>
      </w:pPr>
      <w:r>
        <w:rPr>
          <w:sz w:val="22"/>
        </w:rPr>
        <w:t>D. 329.247 km²</w:t>
      </w:r>
    </w:p>
    <w:p/>
    <w:p>
      <w:r>
        <w:rPr>
          <w:b/>
          <w:sz w:val="24"/>
        </w:rPr>
        <w:t>Câu 7: Đường bờ biển Việt Nam dài khoảng bao nhiêu km?</w:t>
      </w:r>
    </w:p>
    <w:p>
      <w:pPr>
        <w:pStyle w:val="ListParagraph"/>
      </w:pPr>
      <w:r>
        <w:rPr>
          <w:sz w:val="22"/>
        </w:rPr>
        <w:t>A. 3260 km</w:t>
      </w:r>
    </w:p>
    <w:p>
      <w:pPr>
        <w:pStyle w:val="ListParagraph"/>
      </w:pPr>
      <w:r>
        <w:rPr>
          <w:sz w:val="22"/>
        </w:rPr>
        <w:t>B. 2360 km</w:t>
      </w:r>
    </w:p>
    <w:p>
      <w:pPr>
        <w:pStyle w:val="ListParagraph"/>
      </w:pPr>
      <w:r>
        <w:rPr>
          <w:sz w:val="22"/>
        </w:rPr>
        <w:t>C. 4600 km</w:t>
      </w:r>
    </w:p>
    <w:p>
      <w:pPr>
        <w:pStyle w:val="ListParagraph"/>
      </w:pPr>
      <w:r>
        <w:rPr>
          <w:sz w:val="22"/>
        </w:rPr>
        <w:t>D. 1400 km</w:t>
      </w:r>
    </w:p>
    <w:p/>
    <w:p>
      <w:r>
        <w:rPr>
          <w:b/>
          <w:sz w:val="24"/>
        </w:rPr>
        <w:t>Câu 8: Việt Nam có đường biên giới trên đất liền dài hơn bao nhiêu km?</w:t>
      </w:r>
    </w:p>
    <w:p>
      <w:pPr>
        <w:pStyle w:val="ListParagraph"/>
      </w:pPr>
      <w:r>
        <w:rPr>
          <w:sz w:val="22"/>
        </w:rPr>
        <w:t>A. 4600 km</w:t>
      </w:r>
    </w:p>
    <w:p>
      <w:pPr>
        <w:pStyle w:val="ListParagraph"/>
      </w:pPr>
      <w:r>
        <w:rPr>
          <w:sz w:val="22"/>
        </w:rPr>
        <w:t>B. 3260 km</w:t>
      </w:r>
    </w:p>
    <w:p>
      <w:pPr>
        <w:pStyle w:val="ListParagraph"/>
      </w:pPr>
      <w:r>
        <w:rPr>
          <w:sz w:val="22"/>
        </w:rPr>
        <w:t>C. 2100 km</w:t>
      </w:r>
    </w:p>
    <w:p>
      <w:pPr>
        <w:pStyle w:val="ListParagraph"/>
      </w:pPr>
      <w:r>
        <w:rPr>
          <w:sz w:val="22"/>
        </w:rPr>
        <w:t>D. 1100 km</w:t>
      </w:r>
    </w:p>
    <w:p/>
    <w:p>
      <w:r>
        <w:rPr>
          <w:b/>
          <w:sz w:val="24"/>
        </w:rPr>
        <w:t>Câu 9: Vùng biển nước ta bao gồm các bộ phận nào?</w:t>
      </w:r>
    </w:p>
    <w:p>
      <w:pPr>
        <w:pStyle w:val="ListParagraph"/>
      </w:pPr>
      <w:r>
        <w:rPr>
          <w:sz w:val="22"/>
        </w:rPr>
        <w:t>A. Nội thủy, lãnh hải, vùng tiếp giáp lãnh hải, vùng đặc quyền kinh tế và thềm lục địa</w:t>
      </w:r>
    </w:p>
    <w:p>
      <w:pPr>
        <w:pStyle w:val="ListParagraph"/>
      </w:pPr>
      <w:r>
        <w:rPr>
          <w:sz w:val="22"/>
        </w:rPr>
        <w:t>B. Lãnh hải, vùng đặc quyền kinh tế, thềm lục địa</w:t>
      </w:r>
    </w:p>
    <w:p>
      <w:pPr>
        <w:pStyle w:val="ListParagraph"/>
      </w:pPr>
      <w:r>
        <w:rPr>
          <w:sz w:val="22"/>
        </w:rPr>
        <w:t>C. Nội thủy, lãnh hải, vùng tiếp giáp lãnh hải</w:t>
      </w:r>
    </w:p>
    <w:p>
      <w:pPr>
        <w:pStyle w:val="ListParagraph"/>
      </w:pPr>
      <w:r>
        <w:rPr>
          <w:sz w:val="22"/>
        </w:rPr>
        <w:t>D. Nội thủy, vùng đặc quyền kinh tế, thềm lục địa</w:t>
      </w:r>
    </w:p>
    <w:p/>
    <w:p>
      <w:r>
        <w:rPr>
          <w:b/>
          <w:sz w:val="24"/>
        </w:rPr>
        <w:t>Câu 10: Ý nghĩa quan trọng của vị trí địa lí nước ta về mặt tự nhiên là?</w:t>
      </w:r>
    </w:p>
    <w:p>
      <w:pPr>
        <w:pStyle w:val="ListParagraph"/>
      </w:pPr>
      <w:r>
        <w:rPr>
          <w:sz w:val="22"/>
        </w:rPr>
        <w:t>A. Quy định thiên nhiên nước ta mang tính chất nhiệt đới ẩm gió mùa</w:t>
      </w:r>
    </w:p>
    <w:p>
      <w:pPr>
        <w:pStyle w:val="ListParagraph"/>
      </w:pPr>
      <w:r>
        <w:rPr>
          <w:sz w:val="22"/>
        </w:rPr>
        <w:t>B. Tạo điều kiện để phát triển nền kinh tế nhiều thành phần</w:t>
      </w:r>
    </w:p>
    <w:p>
      <w:pPr>
        <w:pStyle w:val="ListParagraph"/>
      </w:pPr>
      <w:r>
        <w:rPr>
          <w:sz w:val="22"/>
        </w:rPr>
        <w:t>C. Gây khó khăn cho giao thông quốc tế</w:t>
      </w:r>
    </w:p>
    <w:p>
      <w:pPr>
        <w:pStyle w:val="ListParagraph"/>
      </w:pPr>
      <w:r>
        <w:rPr>
          <w:sz w:val="22"/>
        </w:rPr>
        <w:t>D. Làm cho khí hậu nước ta lạnh giá quanh năm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