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2463"/>
          <w:sz w:val="32"/>
        </w:rPr>
        <w:t>A. study</w:t>
      </w:r>
    </w:p>
    <w:p>
      <w:pPr>
        <w:jc w:val="center"/>
      </w:pPr>
      <w:r>
        <w:rPr>
          <w:sz w:val="22"/>
        </w:rPr>
        <w:t>Số câu: 10    Thời gian: _____ phút    Họ và tên: _________________________</w:t>
      </w:r>
    </w:p>
    <w:p/>
    <w:p>
      <w:r>
        <w:rPr>
          <w:b/>
          <w:sz w:val="24"/>
        </w:rPr>
        <w:t>Câu 1: I wish I ___.</w:t>
      </w:r>
    </w:p>
    <w:p>
      <w:pPr>
        <w:pStyle w:val="ListParagraph"/>
      </w:pPr>
      <w:r>
        <w:rPr>
          <w:sz w:val="22"/>
        </w:rPr>
        <w:t>A. study</w:t>
      </w:r>
    </w:p>
    <w:p>
      <w:pPr>
        <w:pStyle w:val="ListParagraph"/>
      </w:pPr>
      <w:r>
        <w:rPr>
          <w:sz w:val="22"/>
        </w:rPr>
        <w:t>B. studied</w:t>
      </w:r>
    </w:p>
    <w:p>
      <w:pPr>
        <w:pStyle w:val="ListParagraph"/>
      </w:pPr>
      <w:r>
        <w:rPr>
          <w:sz w:val="22"/>
        </w:rPr>
        <w:t>C. had studied</w:t>
      </w:r>
    </w:p>
    <w:p>
      <w:pPr>
        <w:pStyle w:val="ListParagraph"/>
      </w:pPr>
      <w:r>
        <w:rPr>
          <w:sz w:val="22"/>
        </w:rPr>
        <w:t>D. have studied</w:t>
      </w:r>
    </w:p>
    <w:p/>
    <w:p>
      <w:r>
        <w:rPr>
          <w:b/>
          <w:sz w:val="24"/>
        </w:rPr>
        <w:t>Câu 2: She wishes she ___ the meeting yesterday.</w:t>
      </w:r>
    </w:p>
    <w:p>
      <w:pPr>
        <w:pStyle w:val="ListParagraph"/>
      </w:pPr>
      <w:r>
        <w:rPr>
          <w:sz w:val="22"/>
        </w:rPr>
        <w:t>A. didn’t miss</w:t>
      </w:r>
    </w:p>
    <w:p>
      <w:pPr>
        <w:pStyle w:val="ListParagraph"/>
      </w:pPr>
      <w:r>
        <w:rPr>
          <w:sz w:val="22"/>
        </w:rPr>
        <w:t>B. hadn’t missed</w:t>
      </w:r>
    </w:p>
    <w:p>
      <w:pPr>
        <w:pStyle w:val="ListParagraph"/>
      </w:pPr>
      <w:r>
        <w:rPr>
          <w:sz w:val="22"/>
        </w:rPr>
        <w:t>C. doesn’t miss</w:t>
      </w:r>
    </w:p>
    <w:p>
      <w:pPr>
        <w:pStyle w:val="ListParagraph"/>
      </w:pPr>
      <w:r>
        <w:rPr>
          <w:sz w:val="22"/>
        </w:rPr>
        <w:t>D. wouldn’t miss</w:t>
      </w:r>
    </w:p>
    <w:p/>
    <w:p>
      <w:r>
        <w:rPr>
          <w:b/>
          <w:sz w:val="24"/>
        </w:rPr>
        <w:t>Câu 3: They wish they ___ earlier.</w:t>
      </w:r>
    </w:p>
    <w:p>
      <w:pPr>
        <w:pStyle w:val="ListParagraph"/>
      </w:pPr>
      <w:r>
        <w:rPr>
          <w:sz w:val="22"/>
        </w:rPr>
        <w:t>A. had come</w:t>
      </w:r>
    </w:p>
    <w:p>
      <w:pPr>
        <w:pStyle w:val="ListParagraph"/>
      </w:pPr>
      <w:r>
        <w:rPr>
          <w:sz w:val="22"/>
        </w:rPr>
        <w:t>B. came</w:t>
      </w:r>
    </w:p>
    <w:p>
      <w:pPr>
        <w:pStyle w:val="ListParagraph"/>
      </w:pPr>
      <w:r>
        <w:rPr>
          <w:sz w:val="22"/>
        </w:rPr>
        <w:t>C. come</w:t>
      </w:r>
    </w:p>
    <w:p>
      <w:pPr>
        <w:pStyle w:val="ListParagraph"/>
      </w:pPr>
      <w:r>
        <w:rPr>
          <w:sz w:val="22"/>
        </w:rPr>
        <w:t>D. have come</w:t>
      </w:r>
    </w:p>
    <w:p/>
    <w:p>
      <w:r>
        <w:rPr>
          <w:b/>
          <w:sz w:val="24"/>
        </w:rPr>
        <w:t>Câu 4: He wishes he ___ what you said.</w:t>
      </w:r>
    </w:p>
    <w:p>
      <w:pPr>
        <w:pStyle w:val="ListParagraph"/>
      </w:pPr>
      <w:r>
        <w:rPr>
          <w:sz w:val="22"/>
        </w:rPr>
        <w:t>A. had understood</w:t>
      </w:r>
    </w:p>
    <w:p>
      <w:pPr>
        <w:pStyle w:val="ListParagraph"/>
      </w:pPr>
      <w:r>
        <w:rPr>
          <w:sz w:val="22"/>
        </w:rPr>
        <w:t>B. understands</w:t>
      </w:r>
    </w:p>
    <w:p>
      <w:pPr>
        <w:pStyle w:val="ListParagraph"/>
      </w:pPr>
      <w:r>
        <w:rPr>
          <w:sz w:val="22"/>
        </w:rPr>
        <w:t>C. will understand</w:t>
      </w:r>
    </w:p>
    <w:p>
      <w:pPr>
        <w:pStyle w:val="ListParagraph"/>
      </w:pPr>
      <w:r>
        <w:rPr>
          <w:sz w:val="22"/>
        </w:rPr>
        <w:t>D. understand</w:t>
      </w:r>
    </w:p>
    <w:p/>
    <w:p>
      <w:r>
        <w:rPr>
          <w:b/>
          <w:sz w:val="24"/>
        </w:rPr>
        <w:t>Câu 5: I wish I ___ the bus this morning.</w:t>
      </w:r>
    </w:p>
    <w:p>
      <w:pPr>
        <w:pStyle w:val="ListParagraph"/>
      </w:pPr>
      <w:r>
        <w:rPr>
          <w:sz w:val="22"/>
        </w:rPr>
        <w:t>A. caught</w:t>
      </w:r>
    </w:p>
    <w:p>
      <w:pPr>
        <w:pStyle w:val="ListParagraph"/>
      </w:pPr>
      <w:r>
        <w:rPr>
          <w:sz w:val="22"/>
        </w:rPr>
        <w:t>B. had caught</w:t>
      </w:r>
    </w:p>
    <w:p>
      <w:pPr>
        <w:pStyle w:val="ListParagraph"/>
      </w:pPr>
      <w:r>
        <w:rPr>
          <w:sz w:val="22"/>
        </w:rPr>
        <w:t>C. have caught</w:t>
      </w:r>
    </w:p>
    <w:p>
      <w:pPr>
        <w:pStyle w:val="ListParagraph"/>
      </w:pPr>
      <w:r>
        <w:rPr>
          <w:sz w:val="22"/>
        </w:rPr>
        <w:t>D. catch</w:t>
      </w:r>
    </w:p>
    <w:p/>
    <w:p>
      <w:r>
        <w:rPr>
          <w:b/>
          <w:sz w:val="24"/>
        </w:rPr>
        <w:t>Câu 6: She wishes she ___ that job offer.</w:t>
      </w:r>
    </w:p>
    <w:p>
      <w:pPr>
        <w:pStyle w:val="ListParagraph"/>
      </w:pPr>
      <w:r>
        <w:rPr>
          <w:sz w:val="22"/>
        </w:rPr>
        <w:t>A. had taken</w:t>
      </w:r>
    </w:p>
    <w:p>
      <w:pPr>
        <w:pStyle w:val="ListParagraph"/>
      </w:pPr>
      <w:r>
        <w:rPr>
          <w:sz w:val="22"/>
        </w:rPr>
        <w:t>B. took</w:t>
      </w:r>
    </w:p>
    <w:p>
      <w:pPr>
        <w:pStyle w:val="ListParagraph"/>
      </w:pPr>
      <w:r>
        <w:rPr>
          <w:sz w:val="22"/>
        </w:rPr>
        <w:t>C. takes</w:t>
      </w:r>
    </w:p>
    <w:p>
      <w:pPr>
        <w:pStyle w:val="ListParagraph"/>
      </w:pPr>
      <w:r>
        <w:rPr>
          <w:sz w:val="22"/>
        </w:rPr>
        <w:t>D. has taken</w:t>
      </w:r>
    </w:p>
    <w:p/>
    <w:p>
      <w:r>
        <w:rPr>
          <w:b/>
          <w:sz w:val="24"/>
        </w:rPr>
        <w:t>Câu 7: We wish we ___ him before he left.</w:t>
      </w:r>
    </w:p>
    <w:p>
      <w:pPr>
        <w:pStyle w:val="ListParagraph"/>
      </w:pPr>
      <w:r>
        <w:rPr>
          <w:sz w:val="22"/>
        </w:rPr>
        <w:t>A. had met</w:t>
      </w:r>
    </w:p>
    <w:p>
      <w:pPr>
        <w:pStyle w:val="ListParagraph"/>
      </w:pPr>
      <w:r>
        <w:rPr>
          <w:sz w:val="22"/>
        </w:rPr>
        <w:t>B. met</w:t>
      </w:r>
    </w:p>
    <w:p>
      <w:pPr>
        <w:pStyle w:val="ListParagraph"/>
      </w:pPr>
      <w:r>
        <w:rPr>
          <w:sz w:val="22"/>
        </w:rPr>
        <w:t>C. meet</w:t>
      </w:r>
    </w:p>
    <w:p>
      <w:pPr>
        <w:pStyle w:val="ListParagraph"/>
      </w:pPr>
      <w:r>
        <w:rPr>
          <w:sz w:val="22"/>
        </w:rPr>
        <w:t>D. have met</w:t>
      </w:r>
    </w:p>
    <w:p/>
    <w:p>
      <w:r>
        <w:rPr>
          <w:b/>
          <w:sz w:val="24"/>
        </w:rPr>
        <w:t>Câu 8: I wish I ___ him the truth.</w:t>
      </w:r>
    </w:p>
    <w:p>
      <w:pPr>
        <w:pStyle w:val="ListParagraph"/>
      </w:pPr>
      <w:r>
        <w:rPr>
          <w:sz w:val="22"/>
        </w:rPr>
        <w:t>A. had told</w:t>
      </w:r>
    </w:p>
    <w:p>
      <w:pPr>
        <w:pStyle w:val="ListParagraph"/>
      </w:pPr>
      <w:r>
        <w:rPr>
          <w:sz w:val="22"/>
        </w:rPr>
        <w:t>B. tell</w:t>
      </w:r>
    </w:p>
    <w:p>
      <w:pPr>
        <w:pStyle w:val="ListParagraph"/>
      </w:pPr>
      <w:r>
        <w:rPr>
          <w:sz w:val="22"/>
        </w:rPr>
        <w:t>C. told</w:t>
      </w:r>
    </w:p>
    <w:p>
      <w:pPr>
        <w:pStyle w:val="ListParagraph"/>
      </w:pPr>
      <w:r>
        <w:rPr>
          <w:sz w:val="22"/>
        </w:rPr>
        <w:t>D. was telling</w:t>
      </w:r>
    </w:p>
    <w:p/>
    <w:p>
      <w:r>
        <w:rPr>
          <w:b/>
          <w:sz w:val="24"/>
        </w:rPr>
        <w:t>Câu 9: They wish they ___ more careful.</w:t>
      </w:r>
    </w:p>
    <w:p>
      <w:pPr>
        <w:pStyle w:val="ListParagraph"/>
      </w:pPr>
      <w:r>
        <w:rPr>
          <w:sz w:val="22"/>
        </w:rPr>
        <w:t>A. were</w:t>
      </w:r>
    </w:p>
    <w:p>
      <w:pPr>
        <w:pStyle w:val="ListParagraph"/>
      </w:pPr>
      <w:r>
        <w:rPr>
          <w:sz w:val="22"/>
        </w:rPr>
        <w:t>B. are</w:t>
      </w:r>
    </w:p>
    <w:p>
      <w:pPr>
        <w:pStyle w:val="ListParagraph"/>
      </w:pPr>
      <w:r>
        <w:rPr>
          <w:sz w:val="22"/>
        </w:rPr>
        <w:t>C. had been</w:t>
      </w:r>
    </w:p>
    <w:p>
      <w:pPr>
        <w:pStyle w:val="ListParagraph"/>
      </w:pPr>
      <w:r>
        <w:rPr>
          <w:sz w:val="22"/>
        </w:rPr>
        <w:t>D. will be</w:t>
      </w:r>
    </w:p>
    <w:p/>
    <w:p>
      <w:r>
        <w:rPr>
          <w:b/>
          <w:sz w:val="24"/>
        </w:rPr>
        <w:t>Câu 10: He wishes he ___ the train.</w:t>
      </w:r>
    </w:p>
    <w:p>
      <w:pPr>
        <w:pStyle w:val="ListParagraph"/>
      </w:pPr>
      <w:r>
        <w:rPr>
          <w:sz w:val="22"/>
        </w:rPr>
        <w:t>A. didn’t miss</w:t>
      </w:r>
    </w:p>
    <w:p>
      <w:pPr>
        <w:pStyle w:val="ListParagraph"/>
      </w:pPr>
      <w:r>
        <w:rPr>
          <w:sz w:val="22"/>
        </w:rPr>
        <w:t>B. hasn’t missed</w:t>
      </w:r>
    </w:p>
    <w:p>
      <w:pPr>
        <w:pStyle w:val="ListParagraph"/>
      </w:pPr>
      <w:r>
        <w:rPr>
          <w:sz w:val="22"/>
        </w:rPr>
        <w:t>C. hadn’t missed</w:t>
      </w:r>
    </w:p>
    <w:p>
      <w:pPr>
        <w:pStyle w:val="ListParagraph"/>
      </w:pPr>
      <w:r>
        <w:rPr>
          <w:sz w:val="22"/>
        </w:rPr>
        <w:t>D. wouldn’t miss</w:t>
      </w:r>
    </w:p>
    <w:p/>
    <w:p>
      <w:r>
        <w:t>──────────────────────────────────────────────────</w:t>
      </w:r>
    </w:p>
    <w:p>
      <w:r>
        <w:rPr>
          <w:b/>
        </w:rPr>
        <w:t>BẢNG ĐÁP ÁN &amp; LỜI GIẢI CHI TIẾT</w:t>
      </w:r>
    </w:p>
    <w:p>
      <w:r>
        <w:rPr>
          <w:b/>
        </w:rPr>
        <w:t>Câu 1: Đáp án đúng: C</w:t>
      </w:r>
    </w:p>
    <w:p>
      <w:r>
        <w:rPr>
          <w:b/>
        </w:rPr>
        <w:t>Câu 2: Đáp án đúng: B</w:t>
      </w:r>
    </w:p>
    <w:p>
      <w:r>
        <w:rPr>
          <w:b/>
        </w:rPr>
        <w:t>Câu 3: Đáp án đúng: A</w:t>
      </w:r>
    </w:p>
    <w:p>
      <w:r>
        <w:rPr>
          <w:b/>
        </w:rPr>
        <w:t>Câu 4: Đáp án đúng: A</w:t>
      </w:r>
    </w:p>
    <w:p>
      <w:r>
        <w:rPr>
          <w:b/>
        </w:rPr>
        <w:t>Câu 5: Đáp án đúng: B</w:t>
      </w:r>
    </w:p>
    <w:p>
      <w:r>
        <w:rPr>
          <w:b/>
        </w:rPr>
        <w:t>Câu 6: Đáp án đúng: A</w:t>
      </w:r>
    </w:p>
    <w:p>
      <w:r>
        <w:rPr>
          <w:b/>
        </w:rPr>
        <w:t>Câu 7: Đáp án đúng: A</w:t>
      </w:r>
    </w:p>
    <w:p>
      <w:r>
        <w:rPr>
          <w:b/>
        </w:rPr>
        <w:t>Câu 8: Đáp án đúng: A</w:t>
      </w:r>
    </w:p>
    <w:p>
      <w:r>
        <w:rPr>
          <w:b/>
        </w:rPr>
        <w:t>Câu 9: Đáp án đúng: A</w:t>
      </w:r>
    </w:p>
    <w:p>
      <w:r>
        <w:rPr>
          <w:b/>
        </w:rPr>
        <w:t>Câu 10: Đáp án đúng: C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