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Vật lý - PHẦN I. TRẮC NGHIỆM NHIỀU LỰA CHỌN (50 CÂU)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Thiết bị nào dưới đây được sử dụng để đóng cắt điện cho các đồ dùng, thiết bị điện trong gia đình?</w:t>
      </w:r>
    </w:p>
    <w:p>
      <w:pPr>
        <w:pStyle w:val="ListParagraph"/>
      </w:pPr>
      <w:r>
        <w:rPr>
          <w:sz w:val="22"/>
        </w:rPr>
        <w:t>A. Phích cắm điện.</w:t>
      </w:r>
    </w:p>
    <w:p>
      <w:pPr>
        <w:pStyle w:val="ListParagraph"/>
      </w:pPr>
      <w:r>
        <w:rPr>
          <w:sz w:val="22"/>
        </w:rPr>
        <w:t>B. Công tắc điện.</w:t>
      </w:r>
    </w:p>
    <w:p>
      <w:pPr>
        <w:pStyle w:val="ListParagraph"/>
      </w:pPr>
      <w:r>
        <w:rPr>
          <w:sz w:val="22"/>
        </w:rPr>
        <w:t>C. Ổ cắm điện.</w:t>
      </w:r>
    </w:p>
    <w:p>
      <w:pPr>
        <w:pStyle w:val="ListParagraph"/>
      </w:pPr>
      <w:r>
        <w:rPr>
          <w:sz w:val="22"/>
        </w:rPr>
        <w:t>D. Công tơ điện.</w:t>
      </w:r>
    </w:p>
    <w:p/>
    <w:p>
      <w:r>
        <w:rPr>
          <w:b/>
          <w:sz w:val="24"/>
        </w:rPr>
        <w:t>Câu 2: Cấu tạo cơ bản của công tắc điện gồm những bộ phận chính nào?</w:t>
      </w:r>
    </w:p>
    <w:p>
      <w:pPr>
        <w:pStyle w:val="ListParagraph"/>
      </w:pPr>
      <w:r>
        <w:rPr>
          <w:sz w:val="22"/>
        </w:rPr>
        <w:t>A. Cần đóng cắt, vỏ, cực tiếp điện.</w:t>
      </w:r>
    </w:p>
    <w:p>
      <w:pPr>
        <w:pStyle w:val="ListParagraph"/>
      </w:pPr>
      <w:r>
        <w:rPr>
          <w:sz w:val="22"/>
        </w:rPr>
        <w:t>B. Nút bật tắt, vỏ, các cực nối điện.</w:t>
      </w:r>
    </w:p>
    <w:p>
      <w:pPr>
        <w:pStyle w:val="ListParagraph"/>
      </w:pPr>
      <w:r>
        <w:rPr>
          <w:sz w:val="22"/>
        </w:rPr>
        <w:t>C. Hàm kẹp, nút bật tắt, dây dẫn.</w:t>
      </w:r>
    </w:p>
    <w:p>
      <w:pPr>
        <w:pStyle w:val="ListParagraph"/>
      </w:pPr>
      <w:r>
        <w:rPr>
          <w:sz w:val="22"/>
        </w:rPr>
        <w:t>D. Chốt tiếp điện, vỏ, cực nối điện.</w:t>
      </w:r>
    </w:p>
    <w:p/>
    <w:p>
      <w:r>
        <w:rPr>
          <w:b/>
          <w:sz w:val="24"/>
        </w:rPr>
        <w:t>Câu 3: Các cực nối điện của công tắc điện thường được làm bằng vật liệu gì?</w:t>
      </w:r>
    </w:p>
    <w:p>
      <w:pPr>
        <w:pStyle w:val="ListParagraph"/>
      </w:pPr>
      <w:r>
        <w:rPr>
          <w:sz w:val="22"/>
        </w:rPr>
        <w:t>A. Nhựa cách điện.</w:t>
      </w:r>
    </w:p>
    <w:p>
      <w:pPr>
        <w:pStyle w:val="ListParagraph"/>
      </w:pPr>
      <w:r>
        <w:rPr>
          <w:sz w:val="22"/>
        </w:rPr>
        <w:t>B. Sứ chịu nhiệt.</w:t>
      </w:r>
    </w:p>
    <w:p>
      <w:pPr>
        <w:pStyle w:val="ListParagraph"/>
      </w:pPr>
      <w:r>
        <w:rPr>
          <w:sz w:val="22"/>
        </w:rPr>
        <w:t>C. Đồng.</w:t>
      </w:r>
    </w:p>
    <w:p>
      <w:pPr>
        <w:pStyle w:val="ListParagraph"/>
      </w:pPr>
      <w:r>
        <w:rPr>
          <w:sz w:val="22"/>
        </w:rPr>
        <w:t>D. Nhôm.</w:t>
      </w:r>
    </w:p>
    <w:p/>
    <w:p>
      <w:r>
        <w:rPr>
          <w:b/>
          <w:sz w:val="24"/>
        </w:rPr>
        <w:t>Câu 4: Trên vỏ của một công tắc điện có ghi 6A- 250V. Ký hiệu 250V cho biết thông số gì?</w:t>
      </w:r>
    </w:p>
    <w:p>
      <w:pPr>
        <w:pStyle w:val="ListParagraph"/>
      </w:pPr>
      <w:r>
        <w:rPr>
          <w:sz w:val="22"/>
        </w:rPr>
        <w:t>A. Cường độ dòng điện định mức.</w:t>
      </w:r>
    </w:p>
    <w:p>
      <w:pPr>
        <w:pStyle w:val="ListParagraph"/>
      </w:pPr>
      <w:r>
        <w:rPr>
          <w:sz w:val="22"/>
        </w:rPr>
        <w:t>B. Điện áp định mức.</w:t>
      </w:r>
    </w:p>
    <w:p>
      <w:pPr>
        <w:pStyle w:val="ListParagraph"/>
      </w:pPr>
      <w:r>
        <w:rPr>
          <w:sz w:val="22"/>
        </w:rPr>
        <w:t>C. Công suất định mức.</w:t>
      </w:r>
    </w:p>
    <w:p>
      <w:pPr>
        <w:pStyle w:val="ListParagraph"/>
      </w:pPr>
      <w:r>
        <w:rPr>
          <w:sz w:val="22"/>
        </w:rPr>
        <w:t>D. Điện trở định mức.</w:t>
      </w:r>
    </w:p>
    <w:p/>
    <w:p>
      <w:r>
        <w:rPr>
          <w:b/>
          <w:sz w:val="24"/>
        </w:rPr>
        <w:t>Câu 5: Cầu dao là thiết bị điện có chức năng nào sau đây?</w:t>
      </w:r>
    </w:p>
    <w:p>
      <w:pPr>
        <w:pStyle w:val="ListParagraph"/>
      </w:pPr>
      <w:r>
        <w:rPr>
          <w:sz w:val="22"/>
        </w:rPr>
        <w:t>A. Lấy điện cho các thiết bị di động.</w:t>
      </w:r>
    </w:p>
    <w:p>
      <w:pPr>
        <w:pStyle w:val="ListParagraph"/>
      </w:pPr>
      <w:r>
        <w:rPr>
          <w:sz w:val="22"/>
        </w:rPr>
        <w:t>B. Đo điện năng tiêu thụ trong gia đình.</w:t>
      </w:r>
    </w:p>
    <w:p>
      <w:pPr>
        <w:pStyle w:val="ListParagraph"/>
      </w:pPr>
      <w:r>
        <w:rPr>
          <w:sz w:val="22"/>
        </w:rPr>
        <w:t>C. Đóng cắt điện cho toàn bộ hoặc một phần mạng điện trong nhà.</w:t>
      </w:r>
    </w:p>
    <w:p>
      <w:pPr>
        <w:pStyle w:val="ListParagraph"/>
      </w:pPr>
      <w:r>
        <w:rPr>
          <w:sz w:val="22"/>
        </w:rPr>
        <w:t>D. Tự động điều chỉnh điện áp mạng điện.</w:t>
      </w:r>
    </w:p>
    <w:p/>
    <w:p>
      <w:r>
        <w:rPr>
          <w:b/>
          <w:sz w:val="24"/>
        </w:rPr>
        <w:t>Câu 6: Khi muốn bảo vệ mạng điện khỏi sự cố sự cố quá tải hay ngắn mạch, cầu dao thường được kết hợp với thiết bị nào?</w:t>
      </w:r>
    </w:p>
    <w:p>
      <w:pPr>
        <w:pStyle w:val="ListParagraph"/>
      </w:pPr>
      <w:r>
        <w:rPr>
          <w:sz w:val="22"/>
        </w:rPr>
        <w:t>A. Công tắc điện.</w:t>
      </w:r>
    </w:p>
    <w:p>
      <w:pPr>
        <w:pStyle w:val="ListParagraph"/>
      </w:pPr>
      <w:r>
        <w:rPr>
          <w:sz w:val="22"/>
        </w:rPr>
        <w:t>B. Cầu chì.</w:t>
      </w:r>
    </w:p>
    <w:p>
      <w:pPr>
        <w:pStyle w:val="ListParagraph"/>
      </w:pPr>
      <w:r>
        <w:rPr>
          <w:sz w:val="22"/>
        </w:rPr>
        <w:t>C. Phích cắm điện.</w:t>
      </w:r>
    </w:p>
    <w:p>
      <w:pPr>
        <w:pStyle w:val="ListParagraph"/>
      </w:pPr>
      <w:r>
        <w:rPr>
          <w:sz w:val="22"/>
        </w:rPr>
        <w:t>D. Voltmeter.</w:t>
      </w:r>
    </w:p>
    <w:p/>
    <w:p>
      <w:r>
        <w:rPr>
          <w:b/>
          <w:sz w:val="24"/>
        </w:rPr>
        <w:t>Câu 7: Tay cầm của cần đóng cắt và vỏ cầu dao thường làm bằng vật liệu gì để đảm bảo an toàn?</w:t>
      </w:r>
    </w:p>
    <w:p>
      <w:pPr>
        <w:pStyle w:val="ListParagraph"/>
      </w:pPr>
      <w:r>
        <w:rPr>
          <w:sz w:val="22"/>
        </w:rPr>
        <w:t>A. Đồng hoặc hợp kim đồng.</w:t>
      </w:r>
    </w:p>
    <w:p>
      <w:pPr>
        <w:pStyle w:val="ListParagraph"/>
      </w:pPr>
      <w:r>
        <w:rPr>
          <w:sz w:val="22"/>
        </w:rPr>
        <w:t>B. Nhôm bọc nhựa.</w:t>
      </w:r>
    </w:p>
    <w:p>
      <w:pPr>
        <w:pStyle w:val="ListParagraph"/>
      </w:pPr>
      <w:r>
        <w:rPr>
          <w:sz w:val="22"/>
        </w:rPr>
        <w:t>C. Sứ hoặc nhựa chịu nhiệt.</w:t>
      </w:r>
    </w:p>
    <w:p>
      <w:pPr>
        <w:pStyle w:val="ListParagraph"/>
      </w:pPr>
      <w:r>
        <w:rPr>
          <w:sz w:val="22"/>
        </w:rPr>
        <w:t>D. Thép không gỉ.</w:t>
      </w:r>
    </w:p>
    <w:p/>
    <w:p>
      <w:r>
        <w:rPr>
          <w:b/>
          <w:sz w:val="24"/>
        </w:rPr>
        <w:t>Câu 8: Thiết bị điện nào có khả năng tự động cắt mạch điện khi gặp sự cố ngắn mạch hoặc quá tải?</w:t>
      </w:r>
    </w:p>
    <w:p>
      <w:pPr>
        <w:pStyle w:val="ListParagraph"/>
      </w:pPr>
      <w:r>
        <w:rPr>
          <w:sz w:val="22"/>
        </w:rPr>
        <w:t>A. Công tắc 2 cực.</w:t>
      </w:r>
    </w:p>
    <w:p>
      <w:pPr>
        <w:pStyle w:val="ListParagraph"/>
      </w:pPr>
      <w:r>
        <w:rPr>
          <w:sz w:val="22"/>
        </w:rPr>
        <w:t>B. Cầu dao thường.</w:t>
      </w:r>
    </w:p>
    <w:p>
      <w:pPr>
        <w:pStyle w:val="ListParagraph"/>
      </w:pPr>
      <w:r>
        <w:rPr>
          <w:sz w:val="22"/>
        </w:rPr>
        <w:t>C. Aptomat (CB).</w:t>
      </w:r>
    </w:p>
    <w:p>
      <w:pPr>
        <w:pStyle w:val="ListParagraph"/>
      </w:pPr>
      <w:r>
        <w:rPr>
          <w:sz w:val="22"/>
        </w:rPr>
        <w:t>D. Ổ cắm điện.</w:t>
      </w:r>
    </w:p>
    <w:p/>
    <w:p>
      <w:r>
        <w:rPr>
          <w:b/>
          <w:sz w:val="24"/>
        </w:rPr>
        <w:t>Câu 9: Cấu tạo của Aptomat một pha thường gồm các bộ phận chính là:</w:t>
      </w:r>
    </w:p>
    <w:p>
      <w:pPr>
        <w:pStyle w:val="ListParagraph"/>
      </w:pPr>
      <w:r>
        <w:rPr>
          <w:sz w:val="22"/>
        </w:rPr>
        <w:t>A. Cần đóng cắt, vỏ, các cực nối điện.</w:t>
      </w:r>
    </w:p>
    <w:p>
      <w:pPr>
        <w:pStyle w:val="ListParagraph"/>
      </w:pPr>
      <w:r>
        <w:rPr>
          <w:sz w:val="22"/>
        </w:rPr>
        <w:t>B. Chốt tiếp điện, vỏ, các cực nối điện.</w:t>
      </w:r>
    </w:p>
    <w:p>
      <w:pPr>
        <w:pStyle w:val="ListParagraph"/>
      </w:pPr>
      <w:r>
        <w:rPr>
          <w:sz w:val="22"/>
        </w:rPr>
        <w:t>C. Hàm kẹp, vỏ, màn hình hiển thị.</w:t>
      </w:r>
    </w:p>
    <w:p>
      <w:pPr>
        <w:pStyle w:val="ListParagraph"/>
      </w:pPr>
      <w:r>
        <w:rPr>
          <w:sz w:val="22"/>
        </w:rPr>
        <w:t>D. Núm xoay, que đo, các cực nối điện.</w:t>
      </w:r>
    </w:p>
    <w:p/>
    <w:p>
      <w:r>
        <w:rPr>
          <w:b/>
          <w:sz w:val="24"/>
        </w:rPr>
        <w:t>Câu 10: Tên tiếng Anh viết tắt của Aptomat là gì?</w:t>
      </w:r>
    </w:p>
    <w:p>
      <w:pPr>
        <w:pStyle w:val="ListParagraph"/>
      </w:pPr>
      <w:r>
        <w:rPr>
          <w:sz w:val="22"/>
        </w:rPr>
        <w:t>A. AM.</w:t>
      </w:r>
    </w:p>
    <w:p>
      <w:pPr>
        <w:pStyle w:val="ListParagraph"/>
      </w:pPr>
      <w:r>
        <w:rPr>
          <w:sz w:val="22"/>
        </w:rPr>
        <w:t>B. CB.</w:t>
      </w:r>
    </w:p>
    <w:p>
      <w:pPr>
        <w:pStyle w:val="ListParagraph"/>
      </w:pPr>
      <w:r>
        <w:rPr>
          <w:sz w:val="22"/>
        </w:rPr>
        <w:t>C. SW.</w:t>
      </w:r>
    </w:p>
    <w:p>
      <w:pPr>
        <w:pStyle w:val="ListParagraph"/>
      </w:pPr>
      <w:r>
        <w:rPr>
          <w:sz w:val="22"/>
        </w:rPr>
        <w:t>D. WM.</w:t>
      </w:r>
    </w:p>
    <w:p/>
    <w:p>
      <w:r>
        <w:rPr>
          <w:b/>
          <w:sz w:val="24"/>
        </w:rPr>
        <w:t>Câu 11: Thiết bị nào thuộc nhóm thiết bị lấy điện trong mạng điện gia đình?</w:t>
      </w:r>
    </w:p>
    <w:p>
      <w:pPr>
        <w:pStyle w:val="ListParagraph"/>
      </w:pPr>
      <w:r>
        <w:rPr>
          <w:sz w:val="22"/>
        </w:rPr>
        <w:t>A. Aptomat.</w:t>
      </w:r>
    </w:p>
    <w:p>
      <w:pPr>
        <w:pStyle w:val="ListParagraph"/>
      </w:pPr>
      <w:r>
        <w:rPr>
          <w:sz w:val="22"/>
        </w:rPr>
        <w:t>B. Cầu dao.</w:t>
      </w:r>
    </w:p>
    <w:p>
      <w:pPr>
        <w:pStyle w:val="ListParagraph"/>
      </w:pPr>
      <w:r>
        <w:rPr>
          <w:sz w:val="22"/>
        </w:rPr>
        <w:t>C. Công tắc 3 cực.</w:t>
      </w:r>
    </w:p>
    <w:p>
      <w:pPr>
        <w:pStyle w:val="ListParagraph"/>
      </w:pPr>
      <w:r>
        <w:rPr>
          <w:sz w:val="22"/>
        </w:rPr>
        <w:t>D. Ổ cắm điện.</w:t>
      </w:r>
    </w:p>
    <w:p/>
    <w:p>
      <w:r>
        <w:rPr>
          <w:b/>
          <w:sz w:val="24"/>
        </w:rPr>
        <w:t>Câu 12: Ổ cắm điện có cấu tạo gồm hai bộ phận chính là:</w:t>
      </w:r>
    </w:p>
    <w:p>
      <w:pPr>
        <w:pStyle w:val="ListParagraph"/>
      </w:pPr>
      <w:r>
        <w:rPr>
          <w:sz w:val="22"/>
        </w:rPr>
        <w:t>A. Cần đóng cắt và vỏ.</w:t>
      </w:r>
    </w:p>
    <w:p>
      <w:pPr>
        <w:pStyle w:val="ListParagraph"/>
      </w:pPr>
      <w:r>
        <w:rPr>
          <w:sz w:val="22"/>
        </w:rPr>
        <w:t>B. Các cực tiếp điện và vỏ.</w:t>
      </w:r>
    </w:p>
    <w:p>
      <w:pPr>
        <w:pStyle w:val="ListParagraph"/>
      </w:pPr>
      <w:r>
        <w:rPr>
          <w:sz w:val="22"/>
        </w:rPr>
        <w:t>C. Chốt tiếp điện và cực nối điện.</w:t>
      </w:r>
    </w:p>
    <w:p>
      <w:pPr>
        <w:pStyle w:val="ListParagraph"/>
      </w:pPr>
      <w:r>
        <w:rPr>
          <w:sz w:val="22"/>
        </w:rPr>
        <w:t>D. Núm xoay và các cực tiếp điện.</w:t>
      </w:r>
    </w:p>
    <w:p/>
    <w:p>
      <w:r>
        <w:rPr>
          <w:b/>
          <w:sz w:val="24"/>
        </w:rPr>
        <w:t>Câu 13: Vật liệu làm các cực tiếp điện của ổ cắm điện thường là:</w:t>
      </w:r>
    </w:p>
    <w:p>
      <w:pPr>
        <w:pStyle w:val="ListParagraph"/>
      </w:pPr>
      <w:r>
        <w:rPr>
          <w:sz w:val="22"/>
        </w:rPr>
        <w:t>A. Nhựa cao cấp.</w:t>
      </w:r>
    </w:p>
    <w:p>
      <w:pPr>
        <w:pStyle w:val="ListParagraph"/>
      </w:pPr>
      <w:r>
        <w:rPr>
          <w:sz w:val="22"/>
        </w:rPr>
        <w:t>B. Đồng hoặc hợp kim đồng.</w:t>
      </w:r>
    </w:p>
    <w:p>
      <w:pPr>
        <w:pStyle w:val="ListParagraph"/>
      </w:pPr>
      <w:r>
        <w:rPr>
          <w:sz w:val="22"/>
        </w:rPr>
        <w:t>C. Gang dẻo.</w:t>
      </w:r>
    </w:p>
    <w:p>
      <w:pPr>
        <w:pStyle w:val="ListParagraph"/>
      </w:pPr>
      <w:r>
        <w:rPr>
          <w:sz w:val="22"/>
        </w:rPr>
        <w:t>D. Cao su tổng hợp.</w:t>
      </w:r>
    </w:p>
    <w:p/>
    <w:p>
      <w:r>
        <w:rPr>
          <w:b/>
          <w:sz w:val="24"/>
        </w:rPr>
        <w:t>Câu 14: Thiết bị lấy điện nào dùng để cắm vào ổ cắm điện nhằm cung cấp điện cho các đồ dùng điện?</w:t>
      </w:r>
    </w:p>
    <w:p>
      <w:pPr>
        <w:pStyle w:val="ListParagraph"/>
      </w:pPr>
      <w:r>
        <w:rPr>
          <w:sz w:val="22"/>
        </w:rPr>
        <w:t>A. Phích cắm điện.</w:t>
      </w:r>
    </w:p>
    <w:p>
      <w:pPr>
        <w:pStyle w:val="ListParagraph"/>
      </w:pPr>
      <w:r>
        <w:rPr>
          <w:sz w:val="22"/>
        </w:rPr>
        <w:t>B. Công tắc treo.</w:t>
      </w:r>
    </w:p>
    <w:p>
      <w:pPr>
        <w:pStyle w:val="ListParagraph"/>
      </w:pPr>
      <w:r>
        <w:rPr>
          <w:sz w:val="22"/>
        </w:rPr>
        <w:t>C. Cầu chì.</w:t>
      </w:r>
    </w:p>
    <w:p>
      <w:pPr>
        <w:pStyle w:val="ListParagraph"/>
      </w:pPr>
      <w:r>
        <w:rPr>
          <w:sz w:val="22"/>
        </w:rPr>
        <w:t>D. Aptomat.</w:t>
      </w:r>
    </w:p>
    <w:p/>
    <w:p>
      <w:r>
        <w:rPr>
          <w:b/>
          <w:sz w:val="24"/>
        </w:rPr>
        <w:t>Câu 15: Bộ phận tiếp xúc điện của phích cắm điện đưa vào ổ cắm được gọi là:</w:t>
      </w:r>
    </w:p>
    <w:p>
      <w:pPr>
        <w:pStyle w:val="ListParagraph"/>
      </w:pPr>
      <w:r>
        <w:rPr>
          <w:sz w:val="22"/>
        </w:rPr>
        <w:t>A. Cực nối điện.</w:t>
      </w:r>
    </w:p>
    <w:p>
      <w:pPr>
        <w:pStyle w:val="ListParagraph"/>
      </w:pPr>
      <w:r>
        <w:rPr>
          <w:sz w:val="22"/>
        </w:rPr>
        <w:t>B. Các chốt (chấu) tiếp điện.</w:t>
      </w:r>
    </w:p>
    <w:p>
      <w:pPr>
        <w:pStyle w:val="ListParagraph"/>
      </w:pPr>
      <w:r>
        <w:rPr>
          <w:sz w:val="22"/>
        </w:rPr>
        <w:t>C. Cần đóng cắt.</w:t>
      </w:r>
    </w:p>
    <w:p>
      <w:pPr>
        <w:pStyle w:val="ListParagraph"/>
      </w:pPr>
      <w:r>
        <w:rPr>
          <w:sz w:val="22"/>
        </w:rPr>
        <w:t>D. Hàm kẹp tiếp điện.</w:t>
      </w:r>
    </w:p>
    <w:p/>
    <w:p>
      <w:r>
        <w:rPr>
          <w:b/>
          <w:sz w:val="24"/>
        </w:rPr>
        <w:t>Câu 16: Các chốt tiếp điện của phích cắm điện thường được sản xuất từ vật liệu nào?</w:t>
      </w:r>
    </w:p>
    <w:p>
      <w:pPr>
        <w:pStyle w:val="ListParagraph"/>
      </w:pPr>
      <w:r>
        <w:rPr>
          <w:sz w:val="22"/>
        </w:rPr>
        <w:t>A. Nhựa chịu nhiệt.</w:t>
      </w:r>
    </w:p>
    <w:p>
      <w:pPr>
        <w:pStyle w:val="ListParagraph"/>
      </w:pPr>
      <w:r>
        <w:rPr>
          <w:sz w:val="22"/>
        </w:rPr>
        <w:t>B. Hợp kim (niken, đồng, thép,...).</w:t>
      </w:r>
    </w:p>
    <w:p>
      <w:pPr>
        <w:pStyle w:val="ListParagraph"/>
      </w:pPr>
      <w:r>
        <w:rPr>
          <w:sz w:val="22"/>
        </w:rPr>
        <w:t>C. Gốm kĩ thuật.</w:t>
      </w:r>
    </w:p>
    <w:p>
      <w:pPr>
        <w:pStyle w:val="ListParagraph"/>
      </w:pPr>
      <w:r>
        <w:rPr>
          <w:sz w:val="22"/>
        </w:rPr>
        <w:t>D. Thủy tinh cách điện.</w:t>
      </w:r>
    </w:p>
    <w:p/>
    <w:p>
      <w:r>
        <w:rPr>
          <w:b/>
          <w:sz w:val="24"/>
        </w:rPr>
        <w:t>Câu 17: Ký hiệu 10A-220V ghi trên vỏ ổ cắm điện mang ý nghĩa gì?</w:t>
      </w:r>
    </w:p>
    <w:p>
      <w:pPr>
        <w:pStyle w:val="ListParagraph"/>
      </w:pPr>
      <w:r>
        <w:rPr>
          <w:sz w:val="22"/>
        </w:rPr>
        <w:t>A. Dòng điện nhỏ nhất là 10A, điện áp nhỏ nhất là 220V.</w:t>
      </w:r>
    </w:p>
    <w:p>
      <w:pPr>
        <w:pStyle w:val="ListParagraph"/>
      </w:pPr>
      <w:r>
        <w:rPr>
          <w:sz w:val="22"/>
        </w:rPr>
        <w:t>B. Dòng điện định mức là 10A, điện áp định mức là 220V.</w:t>
      </w:r>
    </w:p>
    <w:p>
      <w:pPr>
        <w:pStyle w:val="ListParagraph"/>
      </w:pPr>
      <w:r>
        <w:rPr>
          <w:sz w:val="22"/>
        </w:rPr>
        <w:t>C. Công suất tiêu thụ là 2200W.</w:t>
      </w:r>
    </w:p>
    <w:p>
      <w:pPr>
        <w:pStyle w:val="ListParagraph"/>
      </w:pPr>
      <w:r>
        <w:rPr>
          <w:sz w:val="22"/>
        </w:rPr>
        <w:t>D. Khả năng chịu nhiệt cực đại ở 2200C.</w:t>
      </w:r>
    </w:p>
    <w:p/>
    <w:p>
      <w:r>
        <w:rPr>
          <w:b/>
          <w:sz w:val="24"/>
        </w:rPr>
        <w:t>Câu 18: Thiết bị đóng cắt nào thường được chọn để bảo vệ chung ở đầu nguồn mạng điện hạ thế gia đình?</w:t>
      </w:r>
    </w:p>
    <w:p>
      <w:pPr>
        <w:pStyle w:val="ListParagraph"/>
      </w:pPr>
      <w:r>
        <w:rPr>
          <w:sz w:val="22"/>
        </w:rPr>
        <w:t>A. Công tắc gạt.</w:t>
      </w:r>
    </w:p>
    <w:p>
      <w:pPr>
        <w:pStyle w:val="ListParagraph"/>
      </w:pPr>
      <w:r>
        <w:rPr>
          <w:sz w:val="22"/>
        </w:rPr>
        <w:t>B. Aptomat (CB).</w:t>
      </w:r>
    </w:p>
    <w:p>
      <w:pPr>
        <w:pStyle w:val="ListParagraph"/>
      </w:pPr>
      <w:r>
        <w:rPr>
          <w:sz w:val="22"/>
        </w:rPr>
        <w:t>C. Phích cắm điện 3 chấu.</w:t>
      </w:r>
    </w:p>
    <w:p>
      <w:pPr>
        <w:pStyle w:val="ListParagraph"/>
      </w:pPr>
      <w:r>
        <w:rPr>
          <w:sz w:val="22"/>
        </w:rPr>
        <w:t>D. Công tắc xoay.</w:t>
      </w:r>
    </w:p>
    <w:p/>
    <w:p>
      <w:r>
        <w:rPr>
          <w:b/>
          <w:sz w:val="24"/>
        </w:rPr>
        <w:t>Câu 19: Đặc điểm khác biệt lớn nhất giữa Aptomat và Cầu dao thông thường là gì?</w:t>
      </w:r>
    </w:p>
    <w:p>
      <w:pPr>
        <w:pStyle w:val="ListParagraph"/>
      </w:pPr>
      <w:r>
        <w:rPr>
          <w:sz w:val="22"/>
        </w:rPr>
        <w:t>A. Aptomat làm bằng sứ.</w:t>
      </w:r>
    </w:p>
    <w:p>
      <w:pPr>
        <w:pStyle w:val="ListParagraph"/>
      </w:pPr>
      <w:r>
        <w:rPr>
          <w:sz w:val="22"/>
        </w:rPr>
        <w:t>B. Aptomat có thể tự động ngắt mạch khi có sự cố quá tải/ngắn mạch.</w:t>
      </w:r>
    </w:p>
    <w:p>
      <w:pPr>
        <w:pStyle w:val="ListParagraph"/>
      </w:pPr>
      <w:r>
        <w:rPr>
          <w:sz w:val="22"/>
        </w:rPr>
        <w:t>C. Cầu dao không thể đóng cắt bằng tay.</w:t>
      </w:r>
    </w:p>
    <w:p>
      <w:pPr>
        <w:pStyle w:val="ListParagraph"/>
      </w:pPr>
      <w:r>
        <w:rPr>
          <w:sz w:val="22"/>
        </w:rPr>
        <w:t>D. Aptomat chỉ dùng cho dòng điện 1 chiều.</w:t>
      </w:r>
    </w:p>
    <w:p/>
    <w:p>
      <w:r>
        <w:rPr>
          <w:b/>
          <w:sz w:val="24"/>
        </w:rPr>
        <w:t>Câu 20: Loại công tắc nào dùng để chuyển đổi mạch điện điều khiển 1 đèn ở 2 vị trí khác nhau (mạch đèn cầu thang)?</w:t>
      </w:r>
    </w:p>
    <w:p>
      <w:pPr>
        <w:pStyle w:val="ListParagraph"/>
      </w:pPr>
      <w:r>
        <w:rPr>
          <w:sz w:val="22"/>
        </w:rPr>
        <w:t>A. Công tắc 2 cực.</w:t>
      </w:r>
    </w:p>
    <w:p>
      <w:pPr>
        <w:pStyle w:val="ListParagraph"/>
      </w:pPr>
      <w:r>
        <w:rPr>
          <w:sz w:val="22"/>
        </w:rPr>
        <w:t>B. Công tắc 3 cực.</w:t>
      </w:r>
    </w:p>
    <w:p>
      <w:pPr>
        <w:pStyle w:val="ListParagraph"/>
      </w:pPr>
      <w:r>
        <w:rPr>
          <w:sz w:val="22"/>
        </w:rPr>
        <w:t>C. Công tắc treo.</w:t>
      </w:r>
    </w:p>
    <w:p>
      <w:pPr>
        <w:pStyle w:val="ListParagraph"/>
      </w:pPr>
      <w:r>
        <w:rPr>
          <w:sz w:val="22"/>
        </w:rPr>
        <w:t>D. Công tắc xoay.</w:t>
      </w:r>
    </w:p>
    <w:p/>
    <w:p>
      <w:r>
        <w:rPr>
          <w:b/>
          <w:sz w:val="24"/>
        </w:rPr>
        <w:t>Câu 21: Đồng hồ vạn năng không dùng để đo đại lượng nào sau đây?</w:t>
      </w:r>
    </w:p>
    <w:p>
      <w:pPr>
        <w:pStyle w:val="ListParagraph"/>
      </w:pPr>
      <w:r>
        <w:rPr>
          <w:sz w:val="22"/>
        </w:rPr>
        <w:t>A. Cường độ dòng điện.</w:t>
      </w:r>
    </w:p>
    <w:p>
      <w:pPr>
        <w:pStyle w:val="ListParagraph"/>
      </w:pPr>
      <w:r>
        <w:rPr>
          <w:sz w:val="22"/>
        </w:rPr>
        <w:t>B. Hiệu điện thế (Điện áp).</w:t>
      </w:r>
    </w:p>
    <w:p>
      <w:pPr>
        <w:pStyle w:val="ListParagraph"/>
      </w:pPr>
      <w:r>
        <w:rPr>
          <w:sz w:val="22"/>
        </w:rPr>
        <w:t>C. Điện trở.</w:t>
      </w:r>
    </w:p>
    <w:p>
      <w:pPr>
        <w:pStyle w:val="ListParagraph"/>
      </w:pPr>
      <w:r>
        <w:rPr>
          <w:sz w:val="22"/>
        </w:rPr>
        <w:t>D. Đường kính dây dẫn.</w:t>
      </w:r>
    </w:p>
    <w:p/>
    <w:p>
      <w:r>
        <w:rPr>
          <w:b/>
          <w:sz w:val="24"/>
        </w:rPr>
        <w:t>Câu 22: Đồng hồ vạn năng thường có mấy bộ phận cơ bản?</w:t>
      </w:r>
    </w:p>
    <w:p>
      <w:pPr>
        <w:pStyle w:val="ListParagraph"/>
      </w:pPr>
      <w:r>
        <w:rPr>
          <w:sz w:val="22"/>
        </w:rPr>
        <w:t>A. 3.</w:t>
      </w:r>
    </w:p>
    <w:p>
      <w:pPr>
        <w:pStyle w:val="ListParagraph"/>
      </w:pPr>
      <w:r>
        <w:rPr>
          <w:sz w:val="22"/>
        </w:rPr>
        <w:t>B. 5.</w:t>
      </w:r>
    </w:p>
    <w:p>
      <w:pPr>
        <w:pStyle w:val="ListParagraph"/>
      </w:pPr>
      <w:r>
        <w:rPr>
          <w:sz w:val="22"/>
        </w:rPr>
        <w:t>C. 7.</w:t>
      </w:r>
    </w:p>
    <w:p>
      <w:pPr>
        <w:pStyle w:val="ListParagraph"/>
      </w:pPr>
      <w:r>
        <w:rPr>
          <w:sz w:val="22"/>
        </w:rPr>
        <w:t>D. 9.</w:t>
      </w:r>
    </w:p>
    <w:p/>
    <w:p>
      <w:r>
        <w:rPr>
          <w:b/>
          <w:sz w:val="24"/>
        </w:rPr>
        <w:t>Câu 23: Khi sử dụng đồng hồ vạn năng, núm xoay chọn thang đo có vai trò gì?</w:t>
      </w:r>
    </w:p>
    <w:p>
      <w:pPr>
        <w:pStyle w:val="ListParagraph"/>
      </w:pPr>
      <w:r>
        <w:rPr>
          <w:sz w:val="22"/>
        </w:rPr>
        <w:t>A. Bật và tắt nguồn thiết bị.</w:t>
      </w:r>
    </w:p>
    <w:p>
      <w:pPr>
        <w:pStyle w:val="ListParagraph"/>
      </w:pPr>
      <w:r>
        <w:rPr>
          <w:sz w:val="22"/>
        </w:rPr>
        <w:t>B. Điều chỉnh đại lượng đo và dải đo phù hợp.</w:t>
      </w:r>
    </w:p>
    <w:p>
      <w:pPr>
        <w:pStyle w:val="ListParagraph"/>
      </w:pPr>
      <w:r>
        <w:rPr>
          <w:sz w:val="22"/>
        </w:rPr>
        <w:t>C. Kết nối que đo với mạch điện.</w:t>
      </w:r>
    </w:p>
    <w:p>
      <w:pPr>
        <w:pStyle w:val="ListParagraph"/>
      </w:pPr>
      <w:r>
        <w:rPr>
          <w:sz w:val="22"/>
        </w:rPr>
        <w:t>D. Hiển thị thông số kết quả đo.</w:t>
      </w:r>
    </w:p>
    <w:p/>
    <w:p>
      <w:r>
        <w:rPr>
          <w:b/>
          <w:sz w:val="24"/>
        </w:rPr>
        <w:t>Câu 24: Giắc cắm que đo màu đen trên đồng hồ vạn năng thường được cắm vào cổng có ký hiệu là gì?</w:t>
      </w:r>
    </w:p>
    <w:p>
      <w:pPr>
        <w:pStyle w:val="ListParagraph"/>
      </w:pPr>
      <w:r>
        <w:rPr>
          <w:sz w:val="22"/>
        </w:rPr>
        <w:t>A. V.</w:t>
      </w:r>
    </w:p>
    <w:p>
      <w:pPr>
        <w:pStyle w:val="ListParagraph"/>
      </w:pPr>
      <w:r>
        <w:rPr>
          <w:sz w:val="22"/>
        </w:rPr>
        <w:t>B. mA.</w:t>
      </w:r>
    </w:p>
    <w:p>
      <w:pPr>
        <w:pStyle w:val="ListParagraph"/>
      </w:pPr>
      <w:r>
        <w:rPr>
          <w:sz w:val="22"/>
        </w:rPr>
        <w:t>C. 10A.</w:t>
      </w:r>
    </w:p>
    <w:p>
      <w:pPr>
        <w:pStyle w:val="ListParagraph"/>
      </w:pPr>
      <w:r>
        <w:rPr>
          <w:sz w:val="22"/>
        </w:rPr>
        <w:t>D. COM.</w:t>
      </w:r>
    </w:p>
    <w:p/>
    <w:p>
      <w:r>
        <w:rPr>
          <w:b/>
          <w:sz w:val="24"/>
        </w:rPr>
        <w:t>Câu 25: Dụng cụ đo điện nào chuyên dụng để đo dòng điện xoay chiều mà không cần cắt đứt dây dẫn?</w:t>
      </w:r>
    </w:p>
    <w:p>
      <w:pPr>
        <w:pStyle w:val="ListParagraph"/>
      </w:pPr>
      <w:r>
        <w:rPr>
          <w:sz w:val="22"/>
        </w:rPr>
        <w:t>A. Đồng hồ vạn năng kim.</w:t>
      </w:r>
    </w:p>
    <w:p>
      <w:pPr>
        <w:pStyle w:val="ListParagraph"/>
      </w:pPr>
      <w:r>
        <w:rPr>
          <w:sz w:val="22"/>
        </w:rPr>
        <w:t>B. Ampe kìm (kẹp).</w:t>
      </w:r>
    </w:p>
    <w:p>
      <w:pPr>
        <w:pStyle w:val="ListParagraph"/>
      </w:pPr>
      <w:r>
        <w:rPr>
          <w:sz w:val="22"/>
        </w:rPr>
        <w:t>C. Công tơ điện.</w:t>
      </w:r>
    </w:p>
    <w:p>
      <w:pPr>
        <w:pStyle w:val="ListParagraph"/>
      </w:pPr>
      <w:r>
        <w:rPr>
          <w:sz w:val="22"/>
        </w:rPr>
        <w:t>D. Vôn kế bảng điện.</w:t>
      </w:r>
    </w:p>
    <w:p/>
    <w:p>
      <w:r>
        <w:rPr>
          <w:b/>
          <w:sz w:val="24"/>
        </w:rPr>
        <w:t>Câu 26: Bộ phận đặc trưng giúp Ampe kìm kẹp quanh dây dẫn để đo dòng điện là:</w:t>
      </w:r>
    </w:p>
    <w:p>
      <w:pPr>
        <w:pStyle w:val="ListParagraph"/>
      </w:pPr>
      <w:r>
        <w:rPr>
          <w:sz w:val="22"/>
        </w:rPr>
        <w:t>A. Màn hình LCD.</w:t>
      </w:r>
    </w:p>
    <w:p>
      <w:pPr>
        <w:pStyle w:val="ListParagraph"/>
      </w:pPr>
      <w:r>
        <w:rPr>
          <w:sz w:val="22"/>
        </w:rPr>
        <w:t>B. Hàm kẹp (gọng kẹp).</w:t>
      </w:r>
    </w:p>
    <w:p>
      <w:pPr>
        <w:pStyle w:val="ListParagraph"/>
      </w:pPr>
      <w:r>
        <w:rPr>
          <w:sz w:val="22"/>
        </w:rPr>
        <w:t>C. Núm xoay chọn dải đo.</w:t>
      </w:r>
    </w:p>
    <w:p>
      <w:pPr>
        <w:pStyle w:val="ListParagraph"/>
      </w:pPr>
      <w:r>
        <w:rPr>
          <w:sz w:val="22"/>
        </w:rPr>
        <w:t>D. Que đo kim loại.</w:t>
      </w:r>
    </w:p>
    <w:p/>
    <w:p>
      <w:r>
        <w:rPr>
          <w:b/>
          <w:sz w:val="24"/>
        </w:rPr>
        <w:t>Câu 27: Công tơ điện là dụng cụ dùng để đo đại lượng nào trong mạng điện?</w:t>
      </w:r>
    </w:p>
    <w:p>
      <w:pPr>
        <w:pStyle w:val="ListParagraph"/>
      </w:pPr>
      <w:r>
        <w:rPr>
          <w:sz w:val="22"/>
        </w:rPr>
        <w:t>A. Điện áp định mức.</w:t>
      </w:r>
    </w:p>
    <w:p>
      <w:pPr>
        <w:pStyle w:val="ListParagraph"/>
      </w:pPr>
      <w:r>
        <w:rPr>
          <w:sz w:val="22"/>
        </w:rPr>
        <w:t>B. Cường độ dòng điện tức thời.</w:t>
      </w:r>
    </w:p>
    <w:p>
      <w:pPr>
        <w:pStyle w:val="ListParagraph"/>
      </w:pPr>
      <w:r>
        <w:rPr>
          <w:sz w:val="22"/>
        </w:rPr>
        <w:t>C. Điện năng tiêu thụ</w:t>
      </w:r>
    </w:p>
    <w:p>
      <w:pPr>
        <w:pStyle w:val="ListParagraph"/>
      </w:pPr>
      <w:r>
        <w:rPr>
          <w:sz w:val="22"/>
        </w:rPr>
        <w:t>D. Công suất cực đại của đồ dùng điện.</w:t>
      </w:r>
    </w:p>
    <w:p/>
    <w:p>
      <w:r>
        <w:rPr>
          <w:b/>
          <w:sz w:val="24"/>
        </w:rPr>
        <w:t>Câu 28: Mạng điện trong nhà gia đình thông thường sử dụng loại công tơ điện nào?</w:t>
      </w:r>
    </w:p>
    <w:p>
      <w:pPr>
        <w:pStyle w:val="ListParagraph"/>
      </w:pPr>
      <w:r>
        <w:rPr>
          <w:sz w:val="22"/>
        </w:rPr>
        <w:t>A. Công tơ điện 3 pha.</w:t>
      </w:r>
    </w:p>
    <w:p>
      <w:pPr>
        <w:pStyle w:val="ListParagraph"/>
      </w:pPr>
      <w:r>
        <w:rPr>
          <w:sz w:val="22"/>
        </w:rPr>
        <w:t>B. Công tơ điện 1 pha.</w:t>
      </w:r>
    </w:p>
    <w:p>
      <w:pPr>
        <w:pStyle w:val="ListParagraph"/>
      </w:pPr>
      <w:r>
        <w:rPr>
          <w:sz w:val="22"/>
        </w:rPr>
        <w:t>C. Ampe kìm kỹ thuật số.</w:t>
      </w:r>
    </w:p>
    <w:p>
      <w:pPr>
        <w:pStyle w:val="ListParagraph"/>
      </w:pPr>
      <w:r>
        <w:rPr>
          <w:sz w:val="22"/>
        </w:rPr>
        <w:t>D. Công tơ điện cao áp.</w:t>
      </w:r>
    </w:p>
    <w:p/>
    <w:p>
      <w:r>
        <w:rPr>
          <w:b/>
          <w:sz w:val="24"/>
        </w:rPr>
        <w:t>Câu 29: Đơn vị đo điện năng tiêu thụ hiển thị trên công tơ điện là:</w:t>
      </w:r>
    </w:p>
    <w:p>
      <w:pPr>
        <w:pStyle w:val="ListParagraph"/>
      </w:pPr>
      <w:r>
        <w:rPr>
          <w:sz w:val="22"/>
        </w:rPr>
        <w:t>A. V (Volt).</w:t>
      </w:r>
    </w:p>
    <w:p>
      <w:pPr>
        <w:pStyle w:val="ListParagraph"/>
      </w:pPr>
      <w:r>
        <w:rPr>
          <w:sz w:val="22"/>
        </w:rPr>
        <w:t>B. A (Ampe).</w:t>
      </w:r>
    </w:p>
    <w:p>
      <w:pPr>
        <w:pStyle w:val="ListParagraph"/>
      </w:pPr>
      <w:r>
        <w:rPr>
          <w:sz w:val="22"/>
        </w:rPr>
        <w:t>C. Ω (Ohm).</w:t>
      </w:r>
    </w:p>
    <w:p>
      <w:pPr>
        <w:pStyle w:val="ListParagraph"/>
      </w:pPr>
      <w:r>
        <w:rPr>
          <w:sz w:val="22"/>
        </w:rPr>
        <w:t>D. kWh (KiloWatt giờ).</w:t>
      </w:r>
    </w:p>
    <w:p/>
    <w:p>
      <w:r>
        <w:rPr>
          <w:b/>
          <w:sz w:val="24"/>
        </w:rPr>
        <w:t>Câu 30: Công tơ điện gồm mấy bộ phận cấu tạo cơ bản?</w:t>
      </w:r>
    </w:p>
    <w:p>
      <w:pPr>
        <w:pStyle w:val="ListParagraph"/>
      </w:pPr>
      <w:r>
        <w:rPr>
          <w:sz w:val="22"/>
        </w:rPr>
        <w:t>A. 2.</w:t>
      </w:r>
    </w:p>
    <w:p>
      <w:pPr>
        <w:pStyle w:val="ListParagraph"/>
      </w:pPr>
      <w:r>
        <w:rPr>
          <w:sz w:val="22"/>
        </w:rPr>
        <w:t>B. 3.</w:t>
      </w:r>
    </w:p>
    <w:p>
      <w:pPr>
        <w:pStyle w:val="ListParagraph"/>
      </w:pPr>
      <w:r>
        <w:rPr>
          <w:sz w:val="22"/>
        </w:rPr>
        <w:t>C. 5.</w:t>
      </w:r>
    </w:p>
    <w:p>
      <w:pPr>
        <w:pStyle w:val="ListParagraph"/>
      </w:pPr>
      <w:r>
        <w:rPr>
          <w:sz w:val="22"/>
        </w:rPr>
        <w:t>D. 7.</w:t>
      </w:r>
    </w:p>
    <w:p/>
    <w:p>
      <w:r>
        <w:rPr>
          <w:b/>
          <w:sz w:val="24"/>
        </w:rPr>
        <w:t>Câu 31: Khi đo điện áp xoay chiều (V∼) bằng đồng hồ vạn năng, bước đầu tiên cần làm là:</w:t>
      </w:r>
    </w:p>
    <w:p>
      <w:pPr>
        <w:pStyle w:val="ListParagraph"/>
      </w:pPr>
      <w:r>
        <w:rPr>
          <w:sz w:val="22"/>
        </w:rPr>
        <w:t>A. Đặt 2 đầu que đo vào mạch điện.</w:t>
      </w:r>
    </w:p>
    <w:p>
      <w:pPr>
        <w:pStyle w:val="ListParagraph"/>
      </w:pPr>
      <w:r>
        <w:rPr>
          <w:sz w:val="22"/>
        </w:rPr>
        <w:t>B. Bật nút nguồn và điều chỉnh núm xoay sang thang đo V∼ phù hợp.</w:t>
      </w:r>
    </w:p>
    <w:p>
      <w:pPr>
        <w:pStyle w:val="ListParagraph"/>
      </w:pPr>
      <w:r>
        <w:rPr>
          <w:sz w:val="22"/>
        </w:rPr>
        <w:t>C. Đọc kết quả hiển thị trên màn hình.</w:t>
      </w:r>
    </w:p>
    <w:p>
      <w:pPr>
        <w:pStyle w:val="ListParagraph"/>
      </w:pPr>
      <w:r>
        <w:rPr>
          <w:sz w:val="22"/>
        </w:rPr>
        <w:t>D. Chạm hai đầu que đo vào nhau để hiệu chỉnh.</w:t>
      </w:r>
    </w:p>
    <w:p/>
    <w:p>
      <w:r>
        <w:rPr>
          <w:b/>
          <w:sz w:val="24"/>
        </w:rPr>
        <w:t>Câu 32: Khi dùng đồng hồ vạn năng đo điện trở (Ω), quy tắc an toàn bắt buộc là gì?</w:t>
      </w:r>
    </w:p>
    <w:p>
      <w:pPr>
        <w:pStyle w:val="ListParagraph"/>
      </w:pPr>
      <w:r>
        <w:rPr>
          <w:sz w:val="22"/>
        </w:rPr>
        <w:t>A. Phải đóng nguồn điện mạch cần đo.</w:t>
      </w:r>
    </w:p>
    <w:p>
      <w:pPr>
        <w:pStyle w:val="ListParagraph"/>
      </w:pPr>
      <w:r>
        <w:rPr>
          <w:sz w:val="22"/>
        </w:rPr>
        <w:t>B. Phải ngắt hoàn toàn nguồn điện của mạch cần đo.</w:t>
      </w:r>
    </w:p>
    <w:p>
      <w:pPr>
        <w:pStyle w:val="ListParagraph"/>
      </w:pPr>
      <w:r>
        <w:rPr>
          <w:sz w:val="22"/>
        </w:rPr>
        <w:t>C. Tay phải chạm chặt vào 2 đầu kim kim loại của que đo.</w:t>
      </w:r>
    </w:p>
    <w:p>
      <w:pPr>
        <w:pStyle w:val="ListParagraph"/>
      </w:pPr>
      <w:r>
        <w:rPr>
          <w:sz w:val="22"/>
        </w:rPr>
        <w:t>D. Chọn thang đo dòng điện lớn nhất.</w:t>
      </w:r>
    </w:p>
    <w:p/>
    <w:p>
      <w:r>
        <w:rPr>
          <w:b/>
          <w:sz w:val="24"/>
        </w:rPr>
        <w:t>Câu 33: Khi chưa biết giá trị của đại lượng điện áp cần đo, ta nên chọn thang đo trên đồng hồ vạn năng như thế nào?</w:t>
      </w:r>
    </w:p>
    <w:p>
      <w:pPr>
        <w:pStyle w:val="ListParagraph"/>
      </w:pPr>
      <w:r>
        <w:rPr>
          <w:sz w:val="22"/>
        </w:rPr>
        <w:t>A. Chọn thang đo nhỏ nhất.</w:t>
      </w:r>
    </w:p>
    <w:p>
      <w:pPr>
        <w:pStyle w:val="ListParagraph"/>
      </w:pPr>
      <w:r>
        <w:rPr>
          <w:sz w:val="22"/>
        </w:rPr>
        <w:t>B. Chọn thang đo trung bình.</w:t>
      </w:r>
    </w:p>
    <w:p>
      <w:pPr>
        <w:pStyle w:val="ListParagraph"/>
      </w:pPr>
      <w:r>
        <w:rPr>
          <w:sz w:val="22"/>
        </w:rPr>
        <w:t>C. Chọn thang đo lớn nhất (cao nhất).</w:t>
      </w:r>
    </w:p>
    <w:p>
      <w:pPr>
        <w:pStyle w:val="ListParagraph"/>
      </w:pPr>
      <w:r>
        <w:rPr>
          <w:sz w:val="22"/>
        </w:rPr>
        <w:t>D. Chọn ngẫu nhiên thang đo bất kỳ.</w:t>
      </w:r>
    </w:p>
    <w:p/>
    <w:p>
      <w:r>
        <w:rPr>
          <w:b/>
          <w:sz w:val="24"/>
        </w:rPr>
        <w:t>Câu 34: Khi chuyển đổi thang đo trên đồng hồ vạn năng trong quá trình đo, thao tác nào bắt buộc phải thực hiện?</w:t>
      </w:r>
    </w:p>
    <w:p>
      <w:pPr>
        <w:pStyle w:val="ListParagraph"/>
      </w:pPr>
      <w:r>
        <w:rPr>
          <w:sz w:val="22"/>
        </w:rPr>
        <w:t>A. Nhấn giữ nút Power.</w:t>
      </w:r>
    </w:p>
    <w:p>
      <w:pPr>
        <w:pStyle w:val="ListParagraph"/>
      </w:pPr>
      <w:r>
        <w:rPr>
          <w:sz w:val="22"/>
        </w:rPr>
        <w:t>B. Ngắt các đầu que đo ra khỏi điểm đang đo.</w:t>
      </w:r>
    </w:p>
    <w:p>
      <w:pPr>
        <w:pStyle w:val="ListParagraph"/>
      </w:pPr>
      <w:r>
        <w:rPr>
          <w:sz w:val="22"/>
        </w:rPr>
        <w:t>C. Rút dây nguồn của đồng hồ.</w:t>
      </w:r>
    </w:p>
    <w:p>
      <w:pPr>
        <w:pStyle w:val="ListParagraph"/>
      </w:pPr>
      <w:r>
        <w:rPr>
          <w:sz w:val="22"/>
        </w:rPr>
        <w:t>D. Chụm hai que đo lại với nhau.</w:t>
      </w:r>
    </w:p>
    <w:p/>
    <w:p>
      <w:r>
        <w:rPr>
          <w:b/>
          <w:sz w:val="24"/>
        </w:rPr>
        <w:t>Câu 35: Khi kẹp dây dẫn bằng Ampe kìm để đo dòng điện xoay chiều, thao tác đúng là gì?</w:t>
      </w:r>
    </w:p>
    <w:p>
      <w:pPr>
        <w:pStyle w:val="ListParagraph"/>
      </w:pPr>
      <w:r>
        <w:rPr>
          <w:sz w:val="22"/>
        </w:rPr>
        <w:t>A. Kẹp đồng thời cả dây pha (L) và dây trung tính (N) vào hàm kẹp.</w:t>
      </w:r>
    </w:p>
    <w:p>
      <w:pPr>
        <w:pStyle w:val="ListParagraph"/>
      </w:pPr>
      <w:r>
        <w:rPr>
          <w:sz w:val="22"/>
        </w:rPr>
        <w:t>B. Chỉ kẹp duy nhất 1 dây dẫn điện vào trong hàm kẹp.</w:t>
      </w:r>
    </w:p>
    <w:p>
      <w:pPr>
        <w:pStyle w:val="ListParagraph"/>
      </w:pPr>
      <w:r>
        <w:rPr>
          <w:sz w:val="22"/>
        </w:rPr>
        <w:t>C. Kẹp toàn bộ bó dây điện gồm nhiều dây tải.</w:t>
      </w:r>
    </w:p>
    <w:p>
      <w:pPr>
        <w:pStyle w:val="ListParagraph"/>
      </w:pPr>
      <w:r>
        <w:rPr>
          <w:sz w:val="22"/>
        </w:rPr>
        <w:t>D. Để dây dẫn chạm vào vỏ ngoài của Ampe kìm.</w:t>
      </w:r>
    </w:p>
    <w:p/>
    <w:p>
      <w:r>
        <w:rPr>
          <w:b/>
          <w:sz w:val="24"/>
        </w:rPr>
        <w:t>Câu 36: Để đo cường độ dòng điện xoay chiều bằng Ampe kìm đạt độ chính xác cao, đoạn dây dẫn cần đo phải như thế nào?</w:t>
      </w:r>
    </w:p>
    <w:p>
      <w:pPr>
        <w:pStyle w:val="ListParagraph"/>
      </w:pPr>
      <w:r>
        <w:rPr>
          <w:sz w:val="22"/>
        </w:rPr>
        <w:t>A. Bị uốn gập cong nếp.</w:t>
      </w:r>
    </w:p>
    <w:p>
      <w:pPr>
        <w:pStyle w:val="ListParagraph"/>
      </w:pPr>
      <w:r>
        <w:rPr>
          <w:sz w:val="22"/>
        </w:rPr>
        <w:t>B. Thẳng và nằm gọn bên trong hàm kẹp.</w:t>
      </w:r>
    </w:p>
    <w:p>
      <w:pPr>
        <w:pStyle w:val="ListParagraph"/>
      </w:pPr>
      <w:r>
        <w:rPr>
          <w:sz w:val="22"/>
        </w:rPr>
        <w:t>C. Quấn nhiều vòng quanh hàm kẹp.</w:t>
      </w:r>
    </w:p>
    <w:p>
      <w:pPr>
        <w:pStyle w:val="ListParagraph"/>
      </w:pPr>
      <w:r>
        <w:rPr>
          <w:sz w:val="22"/>
        </w:rPr>
        <w:t>D. Đặt nằm chéo ở mép ngoài hàm kẹp.</w:t>
      </w:r>
    </w:p>
    <w:p/>
    <w:p>
      <w:r>
        <w:rPr>
          <w:b/>
          <w:sz w:val="24"/>
        </w:rPr>
        <w:t>Câu 37: Nếu trên màn hình đồng hồ vạn năng điện tử hiển thị ký hiệu "1" hoặc "OL" khi đo điện trở, điều đó có nghĩa là gì?</w:t>
      </w:r>
    </w:p>
    <w:p>
      <w:pPr>
        <w:pStyle w:val="ListParagraph"/>
      </w:pPr>
      <w:r>
        <w:rPr>
          <w:sz w:val="22"/>
        </w:rPr>
        <w:t>A. Điện trở bằng 0Ω.</w:t>
      </w:r>
    </w:p>
    <w:p>
      <w:pPr>
        <w:pStyle w:val="ListParagraph"/>
      </w:pPr>
      <w:r>
        <w:rPr>
          <w:sz w:val="22"/>
        </w:rPr>
        <w:t>B. Pin thiết bị bị hết.</w:t>
      </w:r>
    </w:p>
    <w:p>
      <w:pPr>
        <w:pStyle w:val="ListParagraph"/>
      </w:pPr>
      <w:r>
        <w:rPr>
          <w:sz w:val="22"/>
        </w:rPr>
        <w:t>C. Giá trị vượt quá dải đo (Over Load / Quá thang đo).</w:t>
      </w:r>
    </w:p>
    <w:p>
      <w:pPr>
        <w:pStyle w:val="ListParagraph"/>
      </w:pPr>
      <w:r>
        <w:rPr>
          <w:sz w:val="22"/>
        </w:rPr>
        <w:t>D. Thiết bị đo đã bị hỏng hoàn toàn.</w:t>
      </w:r>
    </w:p>
    <w:p/>
    <w:p>
      <w:r>
        <w:rPr>
          <w:b/>
          <w:sz w:val="24"/>
        </w:rPr>
        <w:t>Câu 38: Thiết bị nào sau đây vừa có chức năng đóng cắt mạng điện bằng tay, vừa tích hợp cơ chế tự ngắt bảo vệ?</w:t>
      </w:r>
    </w:p>
    <w:p>
      <w:pPr>
        <w:pStyle w:val="ListParagraph"/>
      </w:pPr>
      <w:r>
        <w:rPr>
          <w:sz w:val="22"/>
        </w:rPr>
        <w:t>A. Công tắc thông minh.</w:t>
      </w:r>
    </w:p>
    <w:p>
      <w:pPr>
        <w:pStyle w:val="ListParagraph"/>
      </w:pPr>
      <w:r>
        <w:rPr>
          <w:sz w:val="22"/>
        </w:rPr>
        <w:t>B. Cầu dao kết hợp cầu chì.</w:t>
      </w:r>
    </w:p>
    <w:p>
      <w:pPr>
        <w:pStyle w:val="ListParagraph"/>
      </w:pPr>
      <w:r>
        <w:rPr>
          <w:sz w:val="22"/>
        </w:rPr>
        <w:t>C. Aptomat (CB).</w:t>
      </w:r>
    </w:p>
    <w:p>
      <w:pPr>
        <w:pStyle w:val="ListParagraph"/>
      </w:pPr>
      <w:r>
        <w:rPr>
          <w:sz w:val="22"/>
        </w:rPr>
        <w:t>D. Phích cắm điện âm tường.</w:t>
      </w:r>
    </w:p>
    <w:p/>
    <w:p>
      <w:r>
        <w:rPr>
          <w:b/>
          <w:sz w:val="24"/>
        </w:rPr>
        <w:t>Câu 39: Đâu không phải là dụng cụ đo điện cơ bản?</w:t>
      </w:r>
    </w:p>
    <w:p>
      <w:pPr>
        <w:pStyle w:val="ListParagraph"/>
      </w:pPr>
      <w:r>
        <w:rPr>
          <w:sz w:val="22"/>
        </w:rPr>
        <w:t>A. Đồng hồ vạn năng.</w:t>
      </w:r>
    </w:p>
    <w:p>
      <w:pPr>
        <w:pStyle w:val="ListParagraph"/>
      </w:pPr>
      <w:r>
        <w:rPr>
          <w:sz w:val="22"/>
        </w:rPr>
        <w:t>B. Ampe kìm.</w:t>
      </w:r>
    </w:p>
    <w:p>
      <w:pPr>
        <w:pStyle w:val="ListParagraph"/>
      </w:pPr>
      <w:r>
        <w:rPr>
          <w:sz w:val="22"/>
        </w:rPr>
        <w:t>C. Công tơ điện.</w:t>
      </w:r>
    </w:p>
    <w:p>
      <w:pPr>
        <w:pStyle w:val="ListParagraph"/>
      </w:pPr>
      <w:r>
        <w:rPr>
          <w:sz w:val="22"/>
        </w:rPr>
        <w:t>D. Kìm tuốt dây điện.</w:t>
      </w:r>
    </w:p>
    <w:p/>
    <w:p>
      <w:r>
        <w:rPr>
          <w:b/>
          <w:sz w:val="24"/>
        </w:rPr>
        <w:t>Câu 40: Bộ phận vỏ của các thiết bị đóng cắt và lấy điện có vai trò chính là gì?</w:t>
      </w:r>
    </w:p>
    <w:p>
      <w:pPr>
        <w:pStyle w:val="ListParagraph"/>
      </w:pPr>
      <w:r>
        <w:rPr>
          <w:sz w:val="22"/>
        </w:rPr>
        <w:t>A. Dẫn điện tốt từ nguồn đến phụ tải.</w:t>
      </w:r>
    </w:p>
    <w:p>
      <w:pPr>
        <w:pStyle w:val="ListParagraph"/>
      </w:pPr>
      <w:r>
        <w:rPr>
          <w:sz w:val="22"/>
        </w:rPr>
        <w:t>B. Bảo vệ cơ học và cách điện đảm bảo an toàn cho người sử dụng.</w:t>
      </w:r>
    </w:p>
    <w:p>
      <w:pPr>
        <w:pStyle w:val="ListParagraph"/>
      </w:pPr>
      <w:r>
        <w:rPr>
          <w:sz w:val="22"/>
        </w:rPr>
        <w:t>C. Đổi chiều dòng điện tự động.</w:t>
      </w:r>
    </w:p>
    <w:p>
      <w:pPr>
        <w:pStyle w:val="ListParagraph"/>
      </w:pPr>
      <w:r>
        <w:rPr>
          <w:sz w:val="22"/>
        </w:rPr>
        <w:t>D. Giảm lượng điện tiêu thụ.</w:t>
      </w:r>
    </w:p>
    <w:p/>
    <w:p>
      <w:r>
        <w:rPr>
          <w:b/>
          <w:sz w:val="24"/>
        </w:rPr>
        <w:t>Câu 41: Tại sao cực tiếp điện của ổ cắm và phích cắm thường làm bằng đồng hoặc hợp kim đồng?</w:t>
      </w:r>
    </w:p>
    <w:p>
      <w:pPr>
        <w:pStyle w:val="ListParagraph"/>
      </w:pPr>
      <w:r>
        <w:rPr>
          <w:sz w:val="22"/>
        </w:rPr>
        <w:t>A. Vì đồng có giá thành rẻ nhất.</w:t>
      </w:r>
    </w:p>
    <w:p>
      <w:pPr>
        <w:pStyle w:val="ListParagraph"/>
      </w:pPr>
      <w:r>
        <w:rPr>
          <w:sz w:val="22"/>
        </w:rPr>
        <w:t>B. Vì đồng dẫn điện tốt và có độ đàn hồi, tiếp xúc điện tin cậy.</w:t>
      </w:r>
    </w:p>
    <w:p>
      <w:pPr>
        <w:pStyle w:val="ListParagraph"/>
      </w:pPr>
      <w:r>
        <w:rPr>
          <w:sz w:val="22"/>
        </w:rPr>
        <w:t>C. Vì đồng là chất cách điện tốt.</w:t>
      </w:r>
    </w:p>
    <w:p>
      <w:pPr>
        <w:pStyle w:val="ListParagraph"/>
      </w:pPr>
      <w:r>
        <w:rPr>
          <w:sz w:val="22"/>
        </w:rPr>
        <w:t>D. Vì đồng nhẹ hơn nhựa.</w:t>
      </w:r>
    </w:p>
    <w:p/>
    <w:p>
      <w:r>
        <w:rPr>
          <w:b/>
          <w:sz w:val="24"/>
        </w:rPr>
        <w:t>Câu 42: Công tắc thông minh (Smart Switch) khác với công tắc cơ học truyền thống ở điểm nổi bật nào?</w:t>
      </w:r>
    </w:p>
    <w:p>
      <w:pPr>
        <w:pStyle w:val="ListParagraph"/>
      </w:pPr>
      <w:r>
        <w:rPr>
          <w:sz w:val="22"/>
        </w:rPr>
        <w:t>A. Không dùng vỏ nhựa.</w:t>
      </w:r>
    </w:p>
    <w:p>
      <w:pPr>
        <w:pStyle w:val="ListParagraph"/>
      </w:pPr>
      <w:r>
        <w:rPr>
          <w:sz w:val="22"/>
        </w:rPr>
        <w:t>B. Có khả năng kết nối không dây (Wi-Fi/Zigbee) để điều khiển từ xa qua điện thoại/giọng nói.</w:t>
      </w:r>
    </w:p>
    <w:p>
      <w:pPr>
        <w:pStyle w:val="ListParagraph"/>
      </w:pPr>
      <w:r>
        <w:rPr>
          <w:sz w:val="22"/>
        </w:rPr>
        <w:t>C. Không thể bật tắt bằng tay.</w:t>
      </w:r>
    </w:p>
    <w:p>
      <w:pPr>
        <w:pStyle w:val="ListParagraph"/>
      </w:pPr>
      <w:r>
        <w:rPr>
          <w:sz w:val="22"/>
        </w:rPr>
        <w:t>D. Dùng cho nguồn điện 1000A.</w:t>
      </w:r>
    </w:p>
    <w:p/>
    <w:p>
      <w:r>
        <w:rPr>
          <w:b/>
          <w:sz w:val="24"/>
        </w:rPr>
        <w:t>Câu 43: Công tơ điện tử thông minh (Smart Meter) ứng dụng công nghệ IoT mang lại lợi ích gì?</w:t>
      </w:r>
    </w:p>
    <w:p>
      <w:pPr>
        <w:pStyle w:val="ListParagraph"/>
      </w:pPr>
      <w:r>
        <w:rPr>
          <w:sz w:val="22"/>
        </w:rPr>
        <w:t>A. Tự động cắt điện khi trời mưa.</w:t>
      </w:r>
    </w:p>
    <w:p>
      <w:pPr>
        <w:pStyle w:val="ListParagraph"/>
      </w:pPr>
      <w:r>
        <w:rPr>
          <w:sz w:val="22"/>
        </w:rPr>
        <w:t>B. Thu thập và truyền dữ liệu chỉ số điện từ xa tự động về trung tâm quản lý.</w:t>
      </w:r>
    </w:p>
    <w:p>
      <w:pPr>
        <w:pStyle w:val="ListParagraph"/>
      </w:pPr>
      <w:r>
        <w:rPr>
          <w:sz w:val="22"/>
        </w:rPr>
        <w:t>C. Tăng công suất của các đồ dùng điện trong nhà.</w:t>
      </w:r>
    </w:p>
    <w:p>
      <w:pPr>
        <w:pStyle w:val="ListParagraph"/>
      </w:pPr>
      <w:r>
        <w:rPr>
          <w:sz w:val="22"/>
        </w:rPr>
        <w:t>D. Thay thế hoàn toàn Aptomat bảo vệ.</w:t>
      </w:r>
    </w:p>
    <w:p/>
    <w:p>
      <w:r>
        <w:rPr>
          <w:b/>
          <w:sz w:val="24"/>
        </w:rPr>
        <w:t>Câu 44: Thiết bị nào sau đây dùng để kết nối đồ dùng điện di động (quạt điện, nồi cơm) vào mạng điện nguồn?</w:t>
      </w:r>
    </w:p>
    <w:p>
      <w:pPr>
        <w:pStyle w:val="ListParagraph"/>
      </w:pPr>
      <w:r>
        <w:rPr>
          <w:sz w:val="22"/>
        </w:rPr>
        <w:t>A. Phích cắm điện kết hợp ổ cắm điện.</w:t>
      </w:r>
    </w:p>
    <w:p>
      <w:pPr>
        <w:pStyle w:val="ListParagraph"/>
      </w:pPr>
      <w:r>
        <w:rPr>
          <w:sz w:val="22"/>
        </w:rPr>
        <w:t>B. Cầu dao 3 pha.</w:t>
      </w:r>
    </w:p>
    <w:p>
      <w:pPr>
        <w:pStyle w:val="ListParagraph"/>
      </w:pPr>
      <w:r>
        <w:rPr>
          <w:sz w:val="22"/>
        </w:rPr>
        <w:t>C. Aptomat nhánh.</w:t>
      </w:r>
    </w:p>
    <w:p>
      <w:pPr>
        <w:pStyle w:val="ListParagraph"/>
      </w:pPr>
      <w:r>
        <w:rPr>
          <w:sz w:val="22"/>
        </w:rPr>
        <w:t>D. Công tắc xoay.</w:t>
      </w:r>
    </w:p>
    <w:p/>
    <w:p>
      <w:r>
        <w:rPr>
          <w:b/>
          <w:sz w:val="24"/>
        </w:rPr>
        <w:t>Câu 45: Khi đo điện áp bằng đồng hồ vạn năng, que đo màu đỏ được cắm vào giắc cắm nào?</w:t>
      </w:r>
    </w:p>
    <w:p>
      <w:pPr>
        <w:pStyle w:val="ListParagraph"/>
      </w:pPr>
      <w:r>
        <w:rPr>
          <w:sz w:val="22"/>
        </w:rPr>
        <w:t>A. COM.</w:t>
      </w:r>
    </w:p>
    <w:p>
      <w:pPr>
        <w:pStyle w:val="ListParagraph"/>
      </w:pPr>
      <w:r>
        <w:rPr>
          <w:sz w:val="22"/>
        </w:rPr>
        <w:t>B. V.</w:t>
      </w:r>
    </w:p>
    <w:p>
      <w:pPr>
        <w:pStyle w:val="ListParagraph"/>
      </w:pPr>
      <w:r>
        <w:rPr>
          <w:sz w:val="22"/>
        </w:rPr>
        <w:t>C. A.</w:t>
      </w:r>
    </w:p>
    <w:p>
      <w:pPr>
        <w:pStyle w:val="ListParagraph"/>
      </w:pPr>
      <w:r>
        <w:rPr>
          <w:sz w:val="22"/>
        </w:rPr>
        <w:t>D. OFF.</w:t>
      </w:r>
    </w:p>
    <w:p/>
    <w:p>
      <w:r>
        <w:rPr>
          <w:b/>
          <w:sz w:val="24"/>
        </w:rPr>
        <w:t>Câu 46: Nguyên tắc an toàn nào quan trọng nhất khi dùng dụng cụ đo điện làm việc trực tiếp với mạng điện 220V?</w:t>
      </w:r>
    </w:p>
    <w:p>
      <w:pPr>
        <w:pStyle w:val="ListParagraph"/>
      </w:pPr>
      <w:r>
        <w:rPr>
          <w:sz w:val="22"/>
        </w:rPr>
        <w:t>A. Đi chân đất để giải phóng điện áp.</w:t>
      </w:r>
    </w:p>
    <w:p>
      <w:pPr>
        <w:pStyle w:val="ListParagraph"/>
      </w:pPr>
      <w:r>
        <w:rPr>
          <w:sz w:val="22"/>
        </w:rPr>
        <w:t>B. Trang bị dụng cụ/đồ bảo hộ cách điện và kiểm tra thiết bị đo trước khi dùng.</w:t>
      </w:r>
    </w:p>
    <w:p>
      <w:pPr>
        <w:pStyle w:val="ListParagraph"/>
      </w:pPr>
      <w:r>
        <w:rPr>
          <w:sz w:val="22"/>
        </w:rPr>
        <w:t>C. Dùng tay trần chạm vào dây dẫn để thử.</w:t>
      </w:r>
    </w:p>
    <w:p>
      <w:pPr>
        <w:pStyle w:val="ListParagraph"/>
      </w:pPr>
      <w:r>
        <w:rPr>
          <w:sz w:val="22"/>
        </w:rPr>
        <w:t>D. Đo trong môi trường ẩm ướt để tản nhiệt.</w:t>
      </w:r>
    </w:p>
    <w:p/>
    <w:p>
      <w:r>
        <w:rPr>
          <w:b/>
          <w:sz w:val="24"/>
        </w:rPr>
        <w:t>Câu 47: Dải đo của thiết bị đo là gì?</w:t>
      </w:r>
    </w:p>
    <w:p>
      <w:pPr>
        <w:pStyle w:val="ListParagraph"/>
      </w:pPr>
      <w:r>
        <w:rPr>
          <w:sz w:val="22"/>
        </w:rPr>
        <w:t>A. Kích thước chiều dài của thiết bị đo.</w:t>
      </w:r>
    </w:p>
    <w:p>
      <w:pPr>
        <w:pStyle w:val="ListParagraph"/>
      </w:pPr>
      <w:r>
        <w:rPr>
          <w:sz w:val="22"/>
        </w:rPr>
        <w:t>B. Phạm vi giá trị đại lượng đo mà thiết bị có thể đo được chính xác.</w:t>
      </w:r>
    </w:p>
    <w:p>
      <w:pPr>
        <w:pStyle w:val="ListParagraph"/>
      </w:pPr>
      <w:r>
        <w:rPr>
          <w:sz w:val="22"/>
        </w:rPr>
        <w:t>C. Khoảng thời gian thiết bị đo hoạt động liên tục.</w:t>
      </w:r>
    </w:p>
    <w:p>
      <w:pPr>
        <w:pStyle w:val="ListParagraph"/>
      </w:pPr>
      <w:r>
        <w:rPr>
          <w:sz w:val="22"/>
        </w:rPr>
        <w:t>D. Số lượng tham số thiết bị đo cùng lúc.</w:t>
      </w:r>
    </w:p>
    <w:p/>
    <w:p>
      <w:r>
        <w:rPr>
          <w:b/>
          <w:sz w:val="24"/>
        </w:rPr>
        <w:t>Câu 48: Bộ phận nào giúp mở hàm kẹp của Ampe kìm khi thực hiện đo?</w:t>
      </w:r>
    </w:p>
    <w:p>
      <w:pPr>
        <w:pStyle w:val="ListParagraph"/>
      </w:pPr>
      <w:r>
        <w:rPr>
          <w:sz w:val="22"/>
        </w:rPr>
        <w:t>A. Núm xoay chọn dải đo.</w:t>
      </w:r>
    </w:p>
    <w:p>
      <w:pPr>
        <w:pStyle w:val="ListParagraph"/>
      </w:pPr>
      <w:r>
        <w:rPr>
          <w:sz w:val="22"/>
        </w:rPr>
        <w:t>B. Lẫy mở hàm kẹp.</w:t>
      </w:r>
    </w:p>
    <w:p>
      <w:pPr>
        <w:pStyle w:val="ListParagraph"/>
      </w:pPr>
      <w:r>
        <w:rPr>
          <w:sz w:val="22"/>
        </w:rPr>
        <w:t>C. Que đo màu đỏ.</w:t>
      </w:r>
    </w:p>
    <w:p>
      <w:pPr>
        <w:pStyle w:val="ListParagraph"/>
      </w:pPr>
      <w:r>
        <w:rPr>
          <w:sz w:val="22"/>
        </w:rPr>
        <w:t>D. Màn hình hiển thị.</w:t>
      </w:r>
    </w:p>
    <w:p/>
    <w:p>
      <w:r>
        <w:rPr>
          <w:b/>
          <w:sz w:val="24"/>
        </w:rPr>
        <w:t>Câu 49: Trên vỏ của phích cắm điện có ghi 15A-220V khi sử dụng phụ tải có dòng điện 18A thì sẽ dẫn đến hiện tượng gì?</w:t>
      </w:r>
    </w:p>
    <w:p>
      <w:pPr>
        <w:pStyle w:val="ListParagraph"/>
      </w:pPr>
      <w:r>
        <w:rPr>
          <w:sz w:val="22"/>
        </w:rPr>
        <w:t>A. Phích cắm hoạt động bình thường và tốt hơn.</w:t>
      </w:r>
    </w:p>
    <w:p>
      <w:pPr>
        <w:pStyle w:val="ListParagraph"/>
      </w:pPr>
      <w:r>
        <w:rPr>
          <w:sz w:val="22"/>
        </w:rPr>
        <w:t>B. Phích cắm bị quá tải, gây phát nhiệt nóng chảy vỏ cách điện và nguy cơ cháy nổ.</w:t>
      </w:r>
    </w:p>
    <w:p>
      <w:pPr>
        <w:pStyle w:val="ListParagraph"/>
      </w:pPr>
      <w:r>
        <w:rPr>
          <w:sz w:val="22"/>
        </w:rPr>
        <w:t>C. Điện áp trong nhà tăng lên 400V.</w:t>
      </w:r>
    </w:p>
    <w:p>
      <w:pPr>
        <w:pStyle w:val="ListParagraph"/>
      </w:pPr>
      <w:r>
        <w:rPr>
          <w:sz w:val="22"/>
        </w:rPr>
        <w:t>D. Công tơ điện ngừng quay.</w:t>
      </w:r>
    </w:p>
    <w:p/>
    <w:p>
      <w:r>
        <w:rPr>
          <w:b/>
          <w:sz w:val="24"/>
        </w:rPr>
        <w:t>Câu 50: Khi không sử dụng đồng hồ vạn năng hoặc Ampe kìm, thao tác đúng quy trình bảo quản là:</w:t>
      </w:r>
    </w:p>
    <w:p>
      <w:pPr>
        <w:pStyle w:val="ListParagraph"/>
      </w:pPr>
      <w:r>
        <w:rPr>
          <w:sz w:val="22"/>
        </w:rPr>
        <w:t>A. Tắt nguồn (chuyển về vị trí OFF) và cất giữ nơi khô ráo.</w:t>
      </w:r>
    </w:p>
    <w:p>
      <w:pPr>
        <w:pStyle w:val="ListParagraph"/>
      </w:pPr>
      <w:r>
        <w:rPr>
          <w:sz w:val="22"/>
        </w:rPr>
        <w:t>B. Để nguyên núm xoay ở thang đo nhỏ nhất.</w:t>
      </w:r>
    </w:p>
    <w:p>
      <w:pPr>
        <w:pStyle w:val="ListParagraph"/>
      </w:pPr>
      <w:r>
        <w:rPr>
          <w:sz w:val="22"/>
        </w:rPr>
        <w:t>C. Cắm chặt hai que đo vào nguồn điện sinh hoạt.</w:t>
      </w:r>
    </w:p>
    <w:p>
      <w:pPr>
        <w:pStyle w:val="ListParagraph"/>
      </w:pPr>
      <w:r>
        <w:rPr>
          <w:sz w:val="22"/>
        </w:rPr>
        <w:t>D. Tháo rời màn hình LCD.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C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D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B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B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B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