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ôn kiểm tra 15 phút tin học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Thông tin là gì?</w:t>
      </w:r>
    </w:p>
    <w:p>
      <w:pPr>
        <w:pStyle w:val="ListParagraph"/>
      </w:pPr>
      <w:r>
        <w:rPr>
          <w:sz w:val="22"/>
        </w:rPr>
        <w:t>A. Là những gì con người thu nhận được từ thế giới xung quanh và về chính mình.</w:t>
      </w:r>
    </w:p>
    <w:p>
      <w:pPr>
        <w:pStyle w:val="ListParagraph"/>
      </w:pPr>
      <w:r>
        <w:rPr>
          <w:sz w:val="22"/>
        </w:rPr>
        <w:t>B. Là dữ liệu được lưu trữ trong máy tính.</w:t>
      </w:r>
    </w:p>
    <w:p>
      <w:pPr>
        <w:pStyle w:val="ListParagraph"/>
      </w:pPr>
      <w:r>
        <w:rPr>
          <w:sz w:val="22"/>
        </w:rPr>
        <w:t>C. Là các chương trình chạy trên máy tính.</w:t>
      </w:r>
    </w:p>
    <w:p>
      <w:pPr>
        <w:pStyle w:val="ListParagraph"/>
      </w:pPr>
      <w:r>
        <w:rPr>
          <w:sz w:val="22"/>
        </w:rPr>
        <w:t>D. Là các thiết bị phần cứng của máy tính.</w:t>
      </w:r>
    </w:p>
    <w:p/>
    <w:p>
      <w:r>
        <w:rPr>
          <w:b/>
          <w:sz w:val="24"/>
        </w:rPr>
        <w:t>Câu 2: Vật mang tin là gì?</w:t>
      </w:r>
    </w:p>
    <w:p>
      <w:pPr>
        <w:pStyle w:val="ListParagraph"/>
      </w:pPr>
      <w:r>
        <w:rPr>
          <w:sz w:val="22"/>
        </w:rPr>
        <w:t>A. Là phương tiện được dùng để lưu trữ và truyền tải thông tin.</w:t>
      </w:r>
    </w:p>
    <w:p>
      <w:pPr>
        <w:pStyle w:val="ListParagraph"/>
      </w:pPr>
      <w:r>
        <w:rPr>
          <w:sz w:val="22"/>
        </w:rPr>
        <w:t>B. Là thông tin được ghi lại trên giấy.</w:t>
      </w:r>
    </w:p>
    <w:p>
      <w:pPr>
        <w:pStyle w:val="ListParagraph"/>
      </w:pPr>
      <w:r>
        <w:rPr>
          <w:sz w:val="22"/>
        </w:rPr>
        <w:t>C. Là các con số và văn bản.</w:t>
      </w:r>
    </w:p>
    <w:p>
      <w:pPr>
        <w:pStyle w:val="ListParagraph"/>
      </w:pPr>
      <w:r>
        <w:rPr>
          <w:sz w:val="22"/>
        </w:rPr>
        <w:t>D. Là các thiết bị nhập dữ liệu.</w:t>
      </w:r>
    </w:p>
    <w:p/>
    <w:p>
      <w:r>
        <w:rPr>
          <w:b/>
          <w:sz w:val="24"/>
        </w:rPr>
        <w:t>Câu 3: Đơn vị đo dung lượng thông tin nhỏ nhất là gì?</w:t>
      </w:r>
    </w:p>
    <w:p>
      <w:pPr>
        <w:pStyle w:val="ListParagraph"/>
      </w:pPr>
      <w:r>
        <w:rPr>
          <w:sz w:val="22"/>
        </w:rPr>
        <w:t>A. Byte</w:t>
      </w:r>
    </w:p>
    <w:p>
      <w:pPr>
        <w:pStyle w:val="ListParagraph"/>
      </w:pPr>
      <w:r>
        <w:rPr>
          <w:sz w:val="22"/>
        </w:rPr>
        <w:t>B. Bit</w:t>
      </w:r>
    </w:p>
    <w:p>
      <w:pPr>
        <w:pStyle w:val="ListParagraph"/>
      </w:pPr>
      <w:r>
        <w:rPr>
          <w:sz w:val="22"/>
        </w:rPr>
        <w:t>C. Kilobyte</w:t>
      </w:r>
    </w:p>
    <w:p>
      <w:pPr>
        <w:pStyle w:val="ListParagraph"/>
      </w:pPr>
      <w:r>
        <w:rPr>
          <w:sz w:val="22"/>
        </w:rPr>
        <w:t>D. Megabyte</w:t>
      </w:r>
    </w:p>
    <w:p/>
    <w:p>
      <w:r>
        <w:rPr>
          <w:b/>
          <w:sz w:val="24"/>
        </w:rPr>
        <w:t>Câu 4: Một byte bằng bao nhiêu bit?</w:t>
      </w:r>
    </w:p>
    <w:p>
      <w:pPr>
        <w:pStyle w:val="ListParagraph"/>
      </w:pPr>
      <w:r>
        <w:rPr>
          <w:sz w:val="22"/>
        </w:rPr>
        <w:t>A. 8 bit</w:t>
      </w:r>
    </w:p>
    <w:p>
      <w:pPr>
        <w:pStyle w:val="ListParagraph"/>
      </w:pPr>
      <w:r>
        <w:rPr>
          <w:sz w:val="22"/>
        </w:rPr>
        <w:t>B. 16 bit</w:t>
      </w:r>
    </w:p>
    <w:p>
      <w:pPr>
        <w:pStyle w:val="ListParagraph"/>
      </w:pPr>
      <w:r>
        <w:rPr>
          <w:sz w:val="22"/>
        </w:rPr>
        <w:t>C. 32 bit</w:t>
      </w:r>
    </w:p>
    <w:p>
      <w:pPr>
        <w:pStyle w:val="ListParagraph"/>
      </w:pPr>
      <w:r>
        <w:rPr>
          <w:sz w:val="22"/>
        </w:rPr>
        <w:t>D. 64 bit</w:t>
      </w:r>
    </w:p>
    <w:p/>
    <w:p>
      <w:r>
        <w:rPr>
          <w:b/>
          <w:sz w:val="24"/>
        </w:rPr>
        <w:t>Câu 5: Thiết bị nào sau đây là thiết bị vào?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6: Thiết bị nào sau đây là thiết bị ra?</w:t>
      </w:r>
    </w:p>
    <w:p>
      <w:pPr>
        <w:pStyle w:val="ListParagraph"/>
      </w:pPr>
      <w:r>
        <w:rPr>
          <w:sz w:val="22"/>
        </w:rPr>
        <w:t>A. Chuột</w:t>
      </w:r>
    </w:p>
    <w:p>
      <w:pPr>
        <w:pStyle w:val="ListParagraph"/>
      </w:pPr>
      <w:r>
        <w:rPr>
          <w:sz w:val="22"/>
        </w:rPr>
        <w:t>B. Máy quét</w:t>
      </w:r>
    </w:p>
    <w:p>
      <w:pPr>
        <w:pStyle w:val="ListParagraph"/>
      </w:pPr>
      <w:r>
        <w:rPr>
          <w:sz w:val="22"/>
        </w:rPr>
        <w:t>C. Màn hình</w:t>
      </w:r>
    </w:p>
    <w:p>
      <w:pPr>
        <w:pStyle w:val="ListParagraph"/>
      </w:pPr>
      <w:r>
        <w:rPr>
          <w:sz w:val="22"/>
        </w:rPr>
        <w:t>D. Bàn phím</w:t>
      </w:r>
    </w:p>
    <w:p/>
    <w:p>
      <w:r>
        <w:rPr>
          <w:b/>
          <w:sz w:val="24"/>
        </w:rPr>
        <w:t>Câu 7: Phát biểu nào sau đây là đúng về Internet?</w:t>
      </w:r>
    </w:p>
    <w:p>
      <w:pPr>
        <w:pStyle w:val="ListParagraph"/>
      </w:pPr>
      <w:r>
        <w:rPr>
          <w:sz w:val="22"/>
        </w:rPr>
        <w:t>A. Internet là mạng máy tính toàn cầu.</w:t>
      </w:r>
    </w:p>
    <w:p>
      <w:pPr>
        <w:pStyle w:val="ListParagraph"/>
      </w:pPr>
      <w:r>
        <w:rPr>
          <w:sz w:val="22"/>
        </w:rPr>
        <w:t>B. Internet là mạng máy tính cục bộ.</w:t>
      </w:r>
    </w:p>
    <w:p>
      <w:pPr>
        <w:pStyle w:val="ListParagraph"/>
      </w:pPr>
      <w:r>
        <w:rPr>
          <w:sz w:val="22"/>
        </w:rPr>
        <w:t>C. Internet là một phần mềm ứng dụng.</w:t>
      </w:r>
    </w:p>
    <w:p>
      <w:pPr>
        <w:pStyle w:val="ListParagraph"/>
      </w:pPr>
      <w:r>
        <w:rPr>
          <w:sz w:val="22"/>
        </w:rPr>
        <w:t>D. Internet là một thiết bị phần cứng.</w:t>
      </w:r>
    </w:p>
    <w:p/>
    <w:p>
      <w:r>
        <w:rPr>
          <w:b/>
          <w:sz w:val="24"/>
        </w:rPr>
        <w:t>Câu 8: Để truy cập Internet, máy tính cần có gì?</w:t>
      </w:r>
    </w:p>
    <w:p>
      <w:pPr>
        <w:pStyle w:val="ListParagraph"/>
      </w:pPr>
      <w:r>
        <w:rPr>
          <w:sz w:val="22"/>
        </w:rPr>
        <w:t>A. Phần mềm diệt virus</w:t>
      </w:r>
    </w:p>
    <w:p>
      <w:pPr>
        <w:pStyle w:val="ListParagraph"/>
      </w:pPr>
      <w:r>
        <w:rPr>
          <w:sz w:val="22"/>
        </w:rPr>
        <w:t>B. Trình duyệt web</w:t>
      </w:r>
    </w:p>
    <w:p>
      <w:pPr>
        <w:pStyle w:val="ListParagraph"/>
      </w:pPr>
      <w:r>
        <w:rPr>
          <w:sz w:val="22"/>
        </w:rPr>
        <w:t>C. Máy in</w:t>
      </w:r>
    </w:p>
    <w:p>
      <w:pPr>
        <w:pStyle w:val="ListParagraph"/>
      </w:pPr>
      <w:r>
        <w:rPr>
          <w:sz w:val="22"/>
        </w:rPr>
        <w:t>D. Webcam</w:t>
      </w:r>
    </w:p>
    <w:p/>
    <w:p>
      <w:r>
        <w:rPr>
          <w:b/>
          <w:sz w:val="24"/>
        </w:rPr>
        <w:t>Câu 9: Khi sử dụng Internet, em nên làm gì để bảo vệ thông tin cá nhân?</w:t>
      </w:r>
    </w:p>
    <w:p>
      <w:pPr>
        <w:pStyle w:val="ListParagraph"/>
      </w:pPr>
      <w:r>
        <w:rPr>
          <w:sz w:val="22"/>
        </w:rPr>
        <w:t>A. Chia sẻ mật khẩu với bạn bè.</w:t>
      </w:r>
    </w:p>
    <w:p>
      <w:pPr>
        <w:pStyle w:val="ListParagraph"/>
      </w:pPr>
      <w:r>
        <w:rPr>
          <w:sz w:val="22"/>
        </w:rPr>
        <w:t>B. Đăng tải thông tin cá nhân lên mạng xã hội.</w:t>
      </w:r>
    </w:p>
    <w:p>
      <w:pPr>
        <w:pStyle w:val="ListParagraph"/>
      </w:pPr>
      <w:r>
        <w:rPr>
          <w:sz w:val="22"/>
        </w:rPr>
        <w:t>C. Không cung cấp thông tin cá nhân cho người lạ.</w:t>
      </w:r>
    </w:p>
    <w:p>
      <w:pPr>
        <w:pStyle w:val="ListParagraph"/>
      </w:pPr>
      <w:r>
        <w:rPr>
          <w:sz w:val="22"/>
        </w:rPr>
        <w:t>D. Sử dụng cùng một mật khẩu cho tất cả tài khoản.</w:t>
      </w:r>
    </w:p>
    <w:p/>
    <w:p>
      <w:r>
        <w:rPr>
          <w:b/>
          <w:sz w:val="24"/>
        </w:rPr>
        <w:t>Câu 10: Hành động nào sau đây là an toàn khi giao tiếp qua mạng?</w:t>
      </w:r>
    </w:p>
    <w:p>
      <w:pPr>
        <w:pStyle w:val="ListParagraph"/>
      </w:pPr>
      <w:r>
        <w:rPr>
          <w:sz w:val="22"/>
        </w:rPr>
        <w:t>A. Gặp gỡ người lạ quen qua mạng một mình.</w:t>
      </w:r>
    </w:p>
    <w:p>
      <w:pPr>
        <w:pStyle w:val="ListParagraph"/>
      </w:pPr>
      <w:r>
        <w:rPr>
          <w:sz w:val="22"/>
        </w:rPr>
        <w:t>B. Chia sẻ thông tin cá nhân cho người mới quen.</w:t>
      </w:r>
    </w:p>
    <w:p>
      <w:pPr>
        <w:pStyle w:val="ListParagraph"/>
      </w:pPr>
      <w:r>
        <w:rPr>
          <w:sz w:val="22"/>
        </w:rPr>
        <w:t>C. Không trả lời tin nhắn từ người lạ có nội dung không phù hợp.</w:t>
      </w:r>
    </w:p>
    <w:p>
      <w:pPr>
        <w:pStyle w:val="ListParagraph"/>
      </w:pPr>
      <w:r>
        <w:rPr>
          <w:sz w:val="22"/>
        </w:rPr>
        <w:t>D. Gửi ảnh cá nhân cho người lạ.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