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Lịch sử - tạo 50 câu trắc nghiệm môn giáo dục quốc phòng và</w:t>
      </w:r>
    </w:p>
    <w:p>
      <w:pPr>
        <w:jc w:val="center"/>
      </w:pPr>
      <w:r>
        <w:rPr>
          <w:sz w:val="22"/>
        </w:rPr>
        <w:t>Số câu: 49    Thời gian: _____ phút    Họ và tên: _________________________</w:t>
      </w:r>
    </w:p>
    <w:p/>
    <w:p>
      <w:r>
        <w:rPr>
          <w:b/>
          <w:sz w:val="24"/>
        </w:rPr>
        <w:t>Câu 1: Mục tiêu của môn Giáo dục quốc phòng và an ninh ở trường trung học phổ thông là gì?</w:t>
      </w:r>
    </w:p>
    <w:p>
      <w:pPr>
        <w:pStyle w:val="ListParagraph"/>
      </w:pPr>
      <w:r>
        <w:rPr>
          <w:sz w:val="22"/>
        </w:rPr>
        <w:t>A. Giáo dục cho học sinh lòng yêu nước, truyền thống dân tộc</w:t>
      </w:r>
    </w:p>
    <w:p>
      <w:pPr>
        <w:pStyle w:val="ListParagraph"/>
      </w:pPr>
      <w:r>
        <w:rPr>
          <w:sz w:val="22"/>
        </w:rPr>
        <w:t>B. Rèn luyện kỹ năng quân sự cơ bản</w:t>
      </w:r>
    </w:p>
    <w:p>
      <w:pPr>
        <w:pStyle w:val="ListParagraph"/>
      </w:pPr>
      <w:r>
        <w:rPr>
          <w:sz w:val="22"/>
        </w:rPr>
        <w:t>C. Nâng cao ý thức trách nhiệm bảo vệ Tổ quốc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2: Đối tượng nào phải học môn Giáo dục quốc phòng và an ninh?</w:t>
      </w:r>
    </w:p>
    <w:p>
      <w:pPr>
        <w:pStyle w:val="ListParagraph"/>
      </w:pPr>
      <w:r>
        <w:rPr>
          <w:sz w:val="22"/>
        </w:rPr>
        <w:t>A. Học sinh trung học phổ thông</w:t>
      </w:r>
    </w:p>
    <w:p>
      <w:pPr>
        <w:pStyle w:val="ListParagraph"/>
      </w:pPr>
      <w:r>
        <w:rPr>
          <w:sz w:val="22"/>
        </w:rPr>
        <w:t>B. Sinh viên các trường đại học, cao đẳng</w:t>
      </w:r>
    </w:p>
    <w:p>
      <w:pPr>
        <w:pStyle w:val="ListParagraph"/>
      </w:pPr>
      <w:r>
        <w:rPr>
          <w:sz w:val="22"/>
        </w:rPr>
        <w:t>C. Học viên các trường quân đội, công an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3: Môn Giáo dục quốc phòng và an ninh góp phần hình thành phẩm chất nào cho học sinh?</w:t>
      </w:r>
    </w:p>
    <w:p>
      <w:pPr>
        <w:pStyle w:val="ListParagraph"/>
      </w:pPr>
      <w:r>
        <w:rPr>
          <w:sz w:val="22"/>
        </w:rPr>
        <w:t>A. Lòng yêu nước, tự hào dân tộc</w:t>
      </w:r>
    </w:p>
    <w:p>
      <w:pPr>
        <w:pStyle w:val="ListParagraph"/>
      </w:pPr>
      <w:r>
        <w:rPr>
          <w:sz w:val="22"/>
        </w:rPr>
        <w:t>B. Ý thức tổ chức kỷ luật</w:t>
      </w:r>
    </w:p>
    <w:p>
      <w:pPr>
        <w:pStyle w:val="ListParagraph"/>
      </w:pPr>
      <w:r>
        <w:rPr>
          <w:sz w:val="22"/>
        </w:rPr>
        <w:t>C. Tinh thần đoàn kết, tương trợ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4: Nội dung nào không thuộc chương trình Giáo dục quốc phòng và an ninh lớp 12?</w:t>
      </w:r>
    </w:p>
    <w:p>
      <w:pPr>
        <w:pStyle w:val="ListParagraph"/>
      </w:pPr>
      <w:r>
        <w:rPr>
          <w:sz w:val="22"/>
        </w:rPr>
        <w:t>A. Một số hiểu biết về nền quốc phòng toàn dân, an ninh nhân dân</w:t>
      </w:r>
    </w:p>
    <w:p>
      <w:pPr>
        <w:pStyle w:val="ListParagraph"/>
      </w:pPr>
      <w:r>
        <w:rPr>
          <w:sz w:val="22"/>
        </w:rPr>
        <w:t>B. Tổ chức Quân đội nhân dân Việt Nam và Công an nhân dân Việt Nam</w:t>
      </w:r>
    </w:p>
    <w:p>
      <w:pPr>
        <w:pStyle w:val="ListParagraph"/>
      </w:pPr>
      <w:r>
        <w:rPr>
          <w:sz w:val="22"/>
        </w:rPr>
        <w:t>C. Kỹ thuật bắn súng tiểu liên AK</w:t>
      </w:r>
    </w:p>
    <w:p>
      <w:pPr>
        <w:pStyle w:val="ListParagraph"/>
      </w:pPr>
      <w:r>
        <w:rPr>
          <w:sz w:val="22"/>
        </w:rPr>
        <w:t>D. Phòng chống tệ nạn xã hội</w:t>
      </w:r>
    </w:p>
    <w:p/>
    <w:p>
      <w:r>
        <w:rPr>
          <w:b/>
          <w:sz w:val="24"/>
        </w:rPr>
        <w:t>Câu 5: Một trong những nguyên tắc xây dựng nền quốc phòng toàn dân là gì?</w:t>
      </w:r>
    </w:p>
    <w:p>
      <w:pPr>
        <w:pStyle w:val="ListParagraph"/>
      </w:pPr>
      <w:r>
        <w:rPr>
          <w:sz w:val="22"/>
        </w:rPr>
        <w:t>A. Xây dựng nền quốc phòng toàn dân gắn với nền an ninh nhân dân</w:t>
      </w:r>
    </w:p>
    <w:p>
      <w:pPr>
        <w:pStyle w:val="ListParagraph"/>
      </w:pPr>
      <w:r>
        <w:rPr>
          <w:sz w:val="22"/>
        </w:rPr>
        <w:t>B. Xây dựng nền quốc phòng toàn dân chỉ do lực lượng vũ trang đảm nhiệm</w:t>
      </w:r>
    </w:p>
    <w:p>
      <w:pPr>
        <w:pStyle w:val="ListParagraph"/>
      </w:pPr>
      <w:r>
        <w:rPr>
          <w:sz w:val="22"/>
        </w:rPr>
        <w:t>C. Xây dựng nền quốc phòng toàn dân chỉ tập trung ở biên giới, hải đảo</w:t>
      </w:r>
    </w:p>
    <w:p>
      <w:pPr>
        <w:pStyle w:val="ListParagraph"/>
      </w:pPr>
      <w:r>
        <w:rPr>
          <w:sz w:val="22"/>
        </w:rPr>
        <w:t>D. Xây dựng nền quốc phòng toàn dân chỉ dựa vào ngân sách nhà nước</w:t>
      </w:r>
    </w:p>
    <w:p/>
    <w:p>
      <w:r>
        <w:rPr>
          <w:b/>
          <w:sz w:val="24"/>
        </w:rPr>
        <w:t>Câu 6: Nền quốc phòng toàn dân là gì?</w:t>
      </w:r>
    </w:p>
    <w:p>
      <w:pPr>
        <w:pStyle w:val="ListParagraph"/>
      </w:pPr>
      <w:r>
        <w:rPr>
          <w:sz w:val="22"/>
        </w:rPr>
        <w:t>A. Là nền quốc phòng do toàn dân xây dựng, nhằm bảo vệ Tổ quốc</w:t>
      </w:r>
    </w:p>
    <w:p>
      <w:pPr>
        <w:pStyle w:val="ListParagraph"/>
      </w:pPr>
      <w:r>
        <w:rPr>
          <w:sz w:val="22"/>
        </w:rPr>
        <w:t>B. Là nền quốc phòng chỉ do quân đội xây dựng</w:t>
      </w:r>
    </w:p>
    <w:p>
      <w:pPr>
        <w:pStyle w:val="ListParagraph"/>
      </w:pPr>
      <w:r>
        <w:rPr>
          <w:sz w:val="22"/>
        </w:rPr>
        <w:t>C. Là nền quốc phòng chỉ do công an xây dựng</w:t>
      </w:r>
    </w:p>
    <w:p>
      <w:pPr>
        <w:pStyle w:val="ListParagraph"/>
      </w:pPr>
      <w:r>
        <w:rPr>
          <w:sz w:val="22"/>
        </w:rPr>
        <w:t>D. Là nền quốc phòng chỉ do chính phủ xây dựng</w:t>
      </w:r>
    </w:p>
    <w:p/>
    <w:p>
      <w:r>
        <w:rPr>
          <w:b/>
          <w:sz w:val="24"/>
        </w:rPr>
        <w:t>Câu 7: Đặc trưng của nền quốc phòng toàn dân là gì?</w:t>
      </w:r>
    </w:p>
    <w:p>
      <w:pPr>
        <w:pStyle w:val="ListParagraph"/>
      </w:pPr>
      <w:r>
        <w:rPr>
          <w:sz w:val="22"/>
        </w:rPr>
        <w:t>A. Là nền quốc phòng mang tính chất chính nghĩa, do toàn dân xây dựng</w:t>
      </w:r>
    </w:p>
    <w:p>
      <w:pPr>
        <w:pStyle w:val="ListParagraph"/>
      </w:pPr>
      <w:r>
        <w:rPr>
          <w:sz w:val="22"/>
        </w:rPr>
        <w:t>B. Là nền quốc phòng chỉ tập trung vào quân sự</w:t>
      </w:r>
    </w:p>
    <w:p>
      <w:pPr>
        <w:pStyle w:val="ListParagraph"/>
      </w:pPr>
      <w:r>
        <w:rPr>
          <w:sz w:val="22"/>
        </w:rPr>
        <w:t>C. Là nền quốc phòng chỉ bảo vệ lãnh thổ</w:t>
      </w:r>
    </w:p>
    <w:p>
      <w:pPr>
        <w:pStyle w:val="ListParagraph"/>
      </w:pPr>
      <w:r>
        <w:rPr>
          <w:sz w:val="22"/>
        </w:rPr>
        <w:t>D. Là nền quốc phòng chỉ dựa vào lực lượng vũ trang</w:t>
      </w:r>
    </w:p>
    <w:p/>
    <w:p>
      <w:r>
        <w:rPr>
          <w:b/>
          <w:sz w:val="24"/>
        </w:rPr>
        <w:t>Câu 8: Một trong những biện pháp xây dựng nền quốc phòng toàn dân là gì?</w:t>
      </w:r>
    </w:p>
    <w:p>
      <w:pPr>
        <w:pStyle w:val="ListParagraph"/>
      </w:pPr>
      <w:r>
        <w:rPr>
          <w:sz w:val="22"/>
        </w:rPr>
        <w:t>A. Tăng cường giáo dục quốc phòng và an ninh cho toàn dân</w:t>
      </w:r>
    </w:p>
    <w:p>
      <w:pPr>
        <w:pStyle w:val="ListParagraph"/>
      </w:pPr>
      <w:r>
        <w:rPr>
          <w:sz w:val="22"/>
        </w:rPr>
        <w:t>B. Chỉ xây dựng lực lượng quân đội chính quy</w:t>
      </w:r>
    </w:p>
    <w:p>
      <w:pPr>
        <w:pStyle w:val="ListParagraph"/>
      </w:pPr>
      <w:r>
        <w:rPr>
          <w:sz w:val="22"/>
        </w:rPr>
        <w:t>C. Chỉ phát triển kinh tế</w:t>
      </w:r>
    </w:p>
    <w:p>
      <w:pPr>
        <w:pStyle w:val="ListParagraph"/>
      </w:pPr>
      <w:r>
        <w:rPr>
          <w:sz w:val="22"/>
        </w:rPr>
        <w:t>D. Chỉ mở rộng quan hệ đối ngoại</w:t>
      </w:r>
    </w:p>
    <w:p/>
    <w:p>
      <w:r>
        <w:rPr>
          <w:b/>
          <w:sz w:val="24"/>
        </w:rPr>
        <w:t>Câu 9: Nền an ninh nhân dân là gì?</w:t>
      </w:r>
    </w:p>
    <w:p>
      <w:pPr>
        <w:pStyle w:val="ListParagraph"/>
      </w:pPr>
      <w:r>
        <w:rPr>
          <w:sz w:val="22"/>
        </w:rPr>
        <w:t>A. Là nền an ninh do nhân dân xây dựng, nhằm bảo vệ an ninh quốc gia</w:t>
      </w:r>
    </w:p>
    <w:p>
      <w:pPr>
        <w:pStyle w:val="ListParagraph"/>
      </w:pPr>
      <w:r>
        <w:rPr>
          <w:sz w:val="22"/>
        </w:rPr>
        <w:t>B. Là nền an ninh chỉ do công an xây dựng</w:t>
      </w:r>
    </w:p>
    <w:p>
      <w:pPr>
        <w:pStyle w:val="ListParagraph"/>
      </w:pPr>
      <w:r>
        <w:rPr>
          <w:sz w:val="22"/>
        </w:rPr>
        <w:t>C. Là nền an ninh chỉ do quân đội xây dựng</w:t>
      </w:r>
    </w:p>
    <w:p>
      <w:pPr>
        <w:pStyle w:val="ListParagraph"/>
      </w:pPr>
      <w:r>
        <w:rPr>
          <w:sz w:val="22"/>
        </w:rPr>
        <w:t>D. Là nền an ninh chỉ do chính phủ xây dựng</w:t>
      </w:r>
    </w:p>
    <w:p/>
    <w:p>
      <w:r>
        <w:rPr>
          <w:b/>
          <w:sz w:val="24"/>
        </w:rPr>
        <w:t>Câu 10: Mục tiêu của nền an ninh nhân dân là gì?</w:t>
      </w:r>
    </w:p>
    <w:p>
      <w:pPr>
        <w:pStyle w:val="ListParagraph"/>
      </w:pPr>
      <w:r>
        <w:rPr>
          <w:sz w:val="22"/>
        </w:rPr>
        <w:t>A. Bảo vệ an ninh quốc gia, trật tự an toàn xã hội</w:t>
      </w:r>
    </w:p>
    <w:p>
      <w:pPr>
        <w:pStyle w:val="ListParagraph"/>
      </w:pPr>
      <w:r>
        <w:rPr>
          <w:sz w:val="22"/>
        </w:rPr>
        <w:t>B. Bảo vệ chủ quyền lãnh thổ</w:t>
      </w:r>
    </w:p>
    <w:p>
      <w:pPr>
        <w:pStyle w:val="ListParagraph"/>
      </w:pPr>
      <w:r>
        <w:rPr>
          <w:sz w:val="22"/>
        </w:rPr>
        <w:t>C. Bảo vệ Đảng, Nhà nước, nhân dân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11: Quân đội nhân dân Việt Nam có chức năng gì?</w:t>
      </w:r>
    </w:p>
    <w:p>
      <w:pPr>
        <w:pStyle w:val="ListParagraph"/>
      </w:pPr>
      <w:r>
        <w:rPr>
          <w:sz w:val="22"/>
        </w:rPr>
        <w:t>A. Chiến đấu bảo vệ Tổ quốc</w:t>
      </w:r>
    </w:p>
    <w:p>
      <w:pPr>
        <w:pStyle w:val="ListParagraph"/>
      </w:pPr>
      <w:r>
        <w:rPr>
          <w:sz w:val="22"/>
        </w:rPr>
        <w:t>B. Xây dựng đất nước</w:t>
      </w:r>
    </w:p>
    <w:p>
      <w:pPr>
        <w:pStyle w:val="ListParagraph"/>
      </w:pPr>
      <w:r>
        <w:rPr>
          <w:sz w:val="22"/>
        </w:rPr>
        <w:t>C. Tham gia lao động sản xuất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12: Quân đội nhân dân Việt Nam có những thành phần nào?</w:t>
      </w:r>
    </w:p>
    <w:p>
      <w:pPr>
        <w:pStyle w:val="ListParagraph"/>
      </w:pPr>
      <w:r>
        <w:rPr>
          <w:sz w:val="22"/>
        </w:rPr>
        <w:t>A. Lục quân, Hải quân, Phòng không - Không quân</w:t>
      </w:r>
    </w:p>
    <w:p>
      <w:pPr>
        <w:pStyle w:val="ListParagraph"/>
      </w:pPr>
      <w:r>
        <w:rPr>
          <w:sz w:val="22"/>
        </w:rPr>
        <w:t>B. Bộ đội Biên phòng, Cảnh sát biển</w:t>
      </w:r>
    </w:p>
    <w:p>
      <w:pPr>
        <w:pStyle w:val="ListParagraph"/>
      </w:pPr>
      <w:r>
        <w:rPr>
          <w:sz w:val="22"/>
        </w:rPr>
        <w:t>C. Lực lượng dự bị động viên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13: Công an nhân dân Việt Nam có chức năng gì?</w:t>
      </w:r>
    </w:p>
    <w:p>
      <w:pPr>
        <w:pStyle w:val="ListParagraph"/>
      </w:pPr>
      <w:r>
        <w:rPr>
          <w:sz w:val="22"/>
        </w:rPr>
        <w:t>A. Bảo vệ an ninh quốc gia</w:t>
      </w:r>
    </w:p>
    <w:p>
      <w:pPr>
        <w:pStyle w:val="ListParagraph"/>
      </w:pPr>
      <w:r>
        <w:rPr>
          <w:sz w:val="22"/>
        </w:rPr>
        <w:t>B. Bảo vệ trật tự an toàn xã hội</w:t>
      </w:r>
    </w:p>
    <w:p>
      <w:pPr>
        <w:pStyle w:val="ListParagraph"/>
      </w:pPr>
      <w:r>
        <w:rPr>
          <w:sz w:val="22"/>
        </w:rPr>
        <w:t>C. Đấu tranh phòng chống tội phạm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14: Công an nhân dân Việt Nam có những lực lượng nào?</w:t>
      </w:r>
    </w:p>
    <w:p>
      <w:pPr>
        <w:pStyle w:val="ListParagraph"/>
      </w:pPr>
      <w:r>
        <w:rPr>
          <w:sz w:val="22"/>
        </w:rPr>
        <w:t>A. Cảnh sát, An ninh</w:t>
      </w:r>
    </w:p>
    <w:p>
      <w:pPr>
        <w:pStyle w:val="ListParagraph"/>
      </w:pPr>
      <w:r>
        <w:rPr>
          <w:sz w:val="22"/>
        </w:rPr>
        <w:t>B. Cảnh vệ, Cơ động</w:t>
      </w:r>
    </w:p>
    <w:p>
      <w:pPr>
        <w:pStyle w:val="ListParagraph"/>
      </w:pPr>
      <w:r>
        <w:rPr>
          <w:sz w:val="22"/>
        </w:rPr>
        <w:t>C. Công an xã, phường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15: Hệ thống tổ chức của Quân đội nhân dân Việt Nam gồm mấy cấp?</w:t>
      </w:r>
    </w:p>
    <w:p>
      <w:pPr>
        <w:pStyle w:val="ListParagraph"/>
      </w:pPr>
      <w:r>
        <w:rPr>
          <w:sz w:val="22"/>
        </w:rPr>
        <w:t>A. 2 cấp</w:t>
      </w:r>
    </w:p>
    <w:p>
      <w:pPr>
        <w:pStyle w:val="ListParagraph"/>
      </w:pPr>
      <w:r>
        <w:rPr>
          <w:sz w:val="22"/>
        </w:rPr>
        <w:t>B. 3 cấp</w:t>
      </w:r>
    </w:p>
    <w:p>
      <w:pPr>
        <w:pStyle w:val="ListParagraph"/>
      </w:pPr>
      <w:r>
        <w:rPr>
          <w:sz w:val="22"/>
        </w:rPr>
        <w:t>C. 4 cấp</w:t>
      </w:r>
    </w:p>
    <w:p>
      <w:pPr>
        <w:pStyle w:val="ListParagraph"/>
      </w:pPr>
      <w:r>
        <w:rPr>
          <w:sz w:val="22"/>
        </w:rPr>
        <w:t>D. 5 cấp</w:t>
      </w:r>
    </w:p>
    <w:p/>
    <w:p>
      <w:r>
        <w:rPr>
          <w:b/>
          <w:sz w:val="24"/>
        </w:rPr>
        <w:t>Câu 16: Hệ thống tổ chức của Công an nhân dân Việt Nam gồm mấy cấp?</w:t>
      </w:r>
    </w:p>
    <w:p>
      <w:pPr>
        <w:pStyle w:val="ListParagraph"/>
      </w:pPr>
      <w:r>
        <w:rPr>
          <w:sz w:val="22"/>
        </w:rPr>
        <w:t>A. 2 cấp</w:t>
      </w:r>
    </w:p>
    <w:p>
      <w:pPr>
        <w:pStyle w:val="ListParagraph"/>
      </w:pPr>
      <w:r>
        <w:rPr>
          <w:sz w:val="22"/>
        </w:rPr>
        <w:t>B. 3 cấp</w:t>
      </w:r>
    </w:p>
    <w:p>
      <w:pPr>
        <w:pStyle w:val="ListParagraph"/>
      </w:pPr>
      <w:r>
        <w:rPr>
          <w:sz w:val="22"/>
        </w:rPr>
        <w:t>C. 4 cấp</w:t>
      </w:r>
    </w:p>
    <w:p>
      <w:pPr>
        <w:pStyle w:val="ListParagraph"/>
      </w:pPr>
      <w:r>
        <w:rPr>
          <w:sz w:val="22"/>
        </w:rPr>
        <w:t>D. 5 cấp</w:t>
      </w:r>
    </w:p>
    <w:p/>
    <w:p>
      <w:r>
        <w:rPr>
          <w:b/>
          <w:sz w:val="24"/>
        </w:rPr>
        <w:t>Câu 17: Quân đội nhân dân Việt Nam đặt dưới sự lãnh đạo của ai?</w:t>
      </w:r>
    </w:p>
    <w:p>
      <w:pPr>
        <w:pStyle w:val="ListParagraph"/>
      </w:pPr>
      <w:r>
        <w:rPr>
          <w:sz w:val="22"/>
        </w:rPr>
        <w:t>A. Đảng Cộng sản Việt Nam</w:t>
      </w:r>
    </w:p>
    <w:p>
      <w:pPr>
        <w:pStyle w:val="ListParagraph"/>
      </w:pPr>
      <w:r>
        <w:rPr>
          <w:sz w:val="22"/>
        </w:rPr>
        <w:t>B. Chính phủ</w:t>
      </w:r>
    </w:p>
    <w:p>
      <w:pPr>
        <w:pStyle w:val="ListParagraph"/>
      </w:pPr>
      <w:r>
        <w:rPr>
          <w:sz w:val="22"/>
        </w:rPr>
        <w:t>C. Quốc hội</w:t>
      </w:r>
    </w:p>
    <w:p>
      <w:pPr>
        <w:pStyle w:val="ListParagraph"/>
      </w:pPr>
      <w:r>
        <w:rPr>
          <w:sz w:val="22"/>
        </w:rPr>
        <w:t>D. Nhà nước</w:t>
      </w:r>
    </w:p>
    <w:p/>
    <w:p>
      <w:r>
        <w:rPr>
          <w:b/>
          <w:sz w:val="24"/>
        </w:rPr>
        <w:t>Câu 18: Công an nhân dân Việt Nam đặt dưới sự lãnh đạo của ai?</w:t>
      </w:r>
    </w:p>
    <w:p>
      <w:pPr>
        <w:pStyle w:val="ListParagraph"/>
      </w:pPr>
      <w:r>
        <w:rPr>
          <w:sz w:val="22"/>
        </w:rPr>
        <w:t>A. Đảng Cộng sản Việt Nam</w:t>
      </w:r>
    </w:p>
    <w:p>
      <w:pPr>
        <w:pStyle w:val="ListParagraph"/>
      </w:pPr>
      <w:r>
        <w:rPr>
          <w:sz w:val="22"/>
        </w:rPr>
        <w:t>B. Chính phủ</w:t>
      </w:r>
    </w:p>
    <w:p>
      <w:pPr>
        <w:pStyle w:val="ListParagraph"/>
      </w:pPr>
      <w:r>
        <w:rPr>
          <w:sz w:val="22"/>
        </w:rPr>
        <w:t>C. Quốc hội</w:t>
      </w:r>
    </w:p>
    <w:p>
      <w:pPr>
        <w:pStyle w:val="ListParagraph"/>
      </w:pPr>
      <w:r>
        <w:rPr>
          <w:sz w:val="22"/>
        </w:rPr>
        <w:t>D. Nhà nước</w:t>
      </w:r>
    </w:p>
    <w:p/>
    <w:p>
      <w:r>
        <w:rPr>
          <w:b/>
          <w:sz w:val="24"/>
        </w:rPr>
        <w:t>Câu 19: Một trong những truyền thống của Quân đội nhân dân Việt Nam là gì?</w:t>
      </w:r>
    </w:p>
    <w:p>
      <w:pPr>
        <w:pStyle w:val="ListParagraph"/>
      </w:pPr>
      <w:r>
        <w:rPr>
          <w:sz w:val="22"/>
        </w:rPr>
        <w:t>A. Trung thành vô hạn với Tổ quốc, với Đảng, với nhân dân</w:t>
      </w:r>
    </w:p>
    <w:p>
      <w:pPr>
        <w:pStyle w:val="ListParagraph"/>
      </w:pPr>
      <w:r>
        <w:rPr>
          <w:sz w:val="22"/>
        </w:rPr>
        <w:t>B. Chiến đấu anh dũng, mưu trí, sáng tạo</w:t>
      </w:r>
    </w:p>
    <w:p>
      <w:pPr>
        <w:pStyle w:val="ListParagraph"/>
      </w:pPr>
      <w:r>
        <w:rPr>
          <w:sz w:val="22"/>
        </w:rPr>
        <w:t>C. Đoàn kết nội bộ, gắn bó với nhân dân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20: Một trong những truyền thống của Công an nhân dân Việt Nam là gì?</w:t>
      </w:r>
    </w:p>
    <w:p>
      <w:pPr>
        <w:pStyle w:val="ListParagraph"/>
      </w:pPr>
      <w:r>
        <w:rPr>
          <w:sz w:val="22"/>
        </w:rPr>
        <w:t>A. Trung thành với Đảng, Nhà nước và nhân dân</w:t>
      </w:r>
    </w:p>
    <w:p>
      <w:pPr>
        <w:pStyle w:val="ListParagraph"/>
      </w:pPr>
      <w:r>
        <w:rPr>
          <w:sz w:val="22"/>
        </w:rPr>
        <w:t>B. Tận tụy với công việc, dũng cảm, mưu trí</w:t>
      </w:r>
    </w:p>
    <w:p>
      <w:pPr>
        <w:pStyle w:val="ListParagraph"/>
      </w:pPr>
      <w:r>
        <w:rPr>
          <w:sz w:val="22"/>
        </w:rPr>
        <w:t>C. Đoàn kết, gắn bó với nhân dân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21: Nội dung nào không phải là truyền thống của Quân đội nhân dân Việt Nam?</w:t>
      </w:r>
    </w:p>
    <w:p>
      <w:pPr>
        <w:pStyle w:val="ListParagraph"/>
      </w:pPr>
      <w:r>
        <w:rPr>
          <w:sz w:val="22"/>
        </w:rPr>
        <w:t>A. Trung thành vô hạn với Tổ quốc, với Đảng, với nhân dân</w:t>
      </w:r>
    </w:p>
    <w:p>
      <w:pPr>
        <w:pStyle w:val="ListParagraph"/>
      </w:pPr>
      <w:r>
        <w:rPr>
          <w:sz w:val="22"/>
        </w:rPr>
        <w:t>B. Chiến đấu anh dũng, mưu trí, sáng tạo</w:t>
      </w:r>
    </w:p>
    <w:p>
      <w:pPr>
        <w:pStyle w:val="ListParagraph"/>
      </w:pPr>
      <w:r>
        <w:rPr>
          <w:sz w:val="22"/>
        </w:rPr>
        <w:t>C. Đoàn kết nội bộ, gắn bó với nhân dân</w:t>
      </w:r>
    </w:p>
    <w:p>
      <w:pPr>
        <w:pStyle w:val="ListParagraph"/>
      </w:pPr>
      <w:r>
        <w:rPr>
          <w:sz w:val="22"/>
        </w:rPr>
        <w:t>D. Chỉ tập trung phát triển kinh tế</w:t>
      </w:r>
    </w:p>
    <w:p/>
    <w:p>
      <w:r>
        <w:rPr>
          <w:b/>
          <w:sz w:val="24"/>
        </w:rPr>
        <w:t>Câu 22: Nội dung nào không phải là truyền thống của Công an nhân dân Việt Nam?</w:t>
      </w:r>
    </w:p>
    <w:p>
      <w:pPr>
        <w:pStyle w:val="ListParagraph"/>
      </w:pPr>
      <w:r>
        <w:rPr>
          <w:sz w:val="22"/>
        </w:rPr>
        <w:t>A. Trung thành với Đảng, Nhà nước và nhân dân</w:t>
      </w:r>
    </w:p>
    <w:p>
      <w:pPr>
        <w:pStyle w:val="ListParagraph"/>
      </w:pPr>
      <w:r>
        <w:rPr>
          <w:sz w:val="22"/>
        </w:rPr>
        <w:t>B. Tận tụy với công việc, dũng cảm, mưu trí</w:t>
      </w:r>
    </w:p>
    <w:p>
      <w:pPr>
        <w:pStyle w:val="ListParagraph"/>
      </w:pPr>
      <w:r>
        <w:rPr>
          <w:sz w:val="22"/>
        </w:rPr>
        <w:t>C. Đoàn kết, gắn bó với nhân dân</w:t>
      </w:r>
    </w:p>
    <w:p>
      <w:pPr>
        <w:pStyle w:val="ListParagraph"/>
      </w:pPr>
      <w:r>
        <w:rPr>
          <w:sz w:val="22"/>
        </w:rPr>
        <w:t>D. Chỉ tập trung vào nhiệm vụ quân sự</w:t>
      </w:r>
    </w:p>
    <w:p/>
    <w:p>
      <w:r>
        <w:rPr>
          <w:b/>
          <w:sz w:val="24"/>
        </w:rPr>
        <w:t>Câu 23: Một trong những nguyên tắc tổ chức và hoạt động của Quân đội nhân dân Việt Nam là gì?</w:t>
      </w:r>
    </w:p>
    <w:p>
      <w:pPr>
        <w:pStyle w:val="ListParagraph"/>
      </w:pPr>
      <w:r>
        <w:rPr>
          <w:sz w:val="22"/>
        </w:rPr>
        <w:t>A. Đảng lãnh đạo tuyệt đối, trực tiếp về mọi mặt</w:t>
      </w:r>
    </w:p>
    <w:p>
      <w:pPr>
        <w:pStyle w:val="ListParagraph"/>
      </w:pPr>
      <w:r>
        <w:rPr>
          <w:sz w:val="22"/>
        </w:rPr>
        <w:t>B. Tập trung dân chủ</w:t>
      </w:r>
    </w:p>
    <w:p>
      <w:pPr>
        <w:pStyle w:val="ListParagraph"/>
      </w:pPr>
      <w:r>
        <w:rPr>
          <w:sz w:val="22"/>
        </w:rPr>
        <w:t>C. Kỷ luật tự giác, nghiêm minh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24: Một trong những nguyên tắc tổ chức và hoạt động của Công an nhân dân Việt Nam là gì?</w:t>
      </w:r>
    </w:p>
    <w:p>
      <w:pPr>
        <w:pStyle w:val="ListParagraph"/>
      </w:pPr>
      <w:r>
        <w:rPr>
          <w:sz w:val="22"/>
        </w:rPr>
        <w:t>A. Đảng lãnh đạo tuyệt đối, trực tiếp về mọi mặt</w:t>
      </w:r>
    </w:p>
    <w:p>
      <w:pPr>
        <w:pStyle w:val="ListParagraph"/>
      </w:pPr>
      <w:r>
        <w:rPr>
          <w:sz w:val="22"/>
        </w:rPr>
        <w:t>B. Tập trung dân chủ</w:t>
      </w:r>
    </w:p>
    <w:p>
      <w:pPr>
        <w:pStyle w:val="ListParagraph"/>
      </w:pPr>
      <w:r>
        <w:rPr>
          <w:sz w:val="22"/>
        </w:rPr>
        <w:t>C. Kỷ luật tự giác, nghiêm minh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25: Quân đội nhân dân Việt Nam có nhiệm vụ gì?</w:t>
      </w:r>
    </w:p>
    <w:p>
      <w:pPr>
        <w:pStyle w:val="ListParagraph"/>
      </w:pPr>
      <w:r>
        <w:rPr>
          <w:sz w:val="22"/>
        </w:rPr>
        <w:t>A. Sẵn sàng chiến đấu, bảo vệ Tổ quốc</w:t>
      </w:r>
    </w:p>
    <w:p>
      <w:pPr>
        <w:pStyle w:val="ListParagraph"/>
      </w:pPr>
      <w:r>
        <w:rPr>
          <w:sz w:val="22"/>
        </w:rPr>
        <w:t>B. Xây dựng đất nước</w:t>
      </w:r>
    </w:p>
    <w:p>
      <w:pPr>
        <w:pStyle w:val="ListParagraph"/>
      </w:pPr>
      <w:r>
        <w:rPr>
          <w:sz w:val="22"/>
        </w:rPr>
        <w:t>C. Tham gia phòng chống thiên tai, dịch bệnh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26: Công an nhân dân Việt Nam có nhiệm vụ gì?</w:t>
      </w:r>
    </w:p>
    <w:p>
      <w:pPr>
        <w:pStyle w:val="ListParagraph"/>
      </w:pPr>
      <w:r>
        <w:rPr>
          <w:sz w:val="22"/>
        </w:rPr>
        <w:t>A. Bảo vệ an ninh quốc gia</w:t>
      </w:r>
    </w:p>
    <w:p>
      <w:pPr>
        <w:pStyle w:val="ListParagraph"/>
      </w:pPr>
      <w:r>
        <w:rPr>
          <w:sz w:val="22"/>
        </w:rPr>
        <w:t>B. Bảo vệ trật tự an toàn xã hội</w:t>
      </w:r>
    </w:p>
    <w:p>
      <w:pPr>
        <w:pStyle w:val="ListParagraph"/>
      </w:pPr>
      <w:r>
        <w:rPr>
          <w:sz w:val="22"/>
        </w:rPr>
        <w:t>C. Đấu tranh phòng chống tội phạm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27: Một trong những biện pháp xây dựng Quân đội nhân dân Việt Nam là gì?</w:t>
      </w:r>
    </w:p>
    <w:p>
      <w:pPr>
        <w:pStyle w:val="ListParagraph"/>
      </w:pPr>
      <w:r>
        <w:rPr>
          <w:sz w:val="22"/>
        </w:rPr>
        <w:t>A. Tăng cường huấn luyện, sẵn sàng chiến đấu</w:t>
      </w:r>
    </w:p>
    <w:p>
      <w:pPr>
        <w:pStyle w:val="ListParagraph"/>
      </w:pPr>
      <w:r>
        <w:rPr>
          <w:sz w:val="22"/>
        </w:rPr>
        <w:t>B. Xây dựng đội ngũ cán bộ vững mạnh</w:t>
      </w:r>
    </w:p>
    <w:p>
      <w:pPr>
        <w:pStyle w:val="ListParagraph"/>
      </w:pPr>
      <w:r>
        <w:rPr>
          <w:sz w:val="22"/>
        </w:rPr>
        <w:t>C. Hiện đại hóa vũ khí, trang bị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28: Một trong những biện pháp xây dựng Công an nhân dân Việt Nam là gì?</w:t>
      </w:r>
    </w:p>
    <w:p>
      <w:pPr>
        <w:pStyle w:val="ListParagraph"/>
      </w:pPr>
      <w:r>
        <w:rPr>
          <w:sz w:val="22"/>
        </w:rPr>
        <w:t>A. Tăng cường huấn luyện, nâng cao trình độ</w:t>
      </w:r>
    </w:p>
    <w:p>
      <w:pPr>
        <w:pStyle w:val="ListParagraph"/>
      </w:pPr>
      <w:r>
        <w:rPr>
          <w:sz w:val="22"/>
        </w:rPr>
        <w:t>B. Xây dựng đội ngũ cán bộ vững mạnh</w:t>
      </w:r>
    </w:p>
    <w:p>
      <w:pPr>
        <w:pStyle w:val="ListParagraph"/>
      </w:pPr>
      <w:r>
        <w:rPr>
          <w:sz w:val="22"/>
        </w:rPr>
        <w:t>C. Hiện đại hóa trang bị, phương tiện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29: Một trong những nội dung xây dựng nền quốc phòng toàn dân là gì?</w:t>
      </w:r>
    </w:p>
    <w:p>
      <w:pPr>
        <w:pStyle w:val="ListParagraph"/>
      </w:pPr>
      <w:r>
        <w:rPr>
          <w:sz w:val="22"/>
        </w:rPr>
        <w:t>A. Xây dựng lực lượng vũ trang nhân dân vững mạnh</w:t>
      </w:r>
    </w:p>
    <w:p>
      <w:pPr>
        <w:pStyle w:val="ListParagraph"/>
      </w:pPr>
      <w:r>
        <w:rPr>
          <w:sz w:val="22"/>
        </w:rPr>
        <w:t>B. Xây dựng thế trận quốc phòng toàn dân</w:t>
      </w:r>
    </w:p>
    <w:p>
      <w:pPr>
        <w:pStyle w:val="ListParagraph"/>
      </w:pPr>
      <w:r>
        <w:rPr>
          <w:sz w:val="22"/>
        </w:rPr>
        <w:t>C. Xây dựng nền kinh tế quốc phòng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30: Một trong những nội dung xây dựng nền an ninh nhân dân là gì?</w:t>
      </w:r>
    </w:p>
    <w:p>
      <w:pPr>
        <w:pStyle w:val="ListParagraph"/>
      </w:pPr>
      <w:r>
        <w:rPr>
          <w:sz w:val="22"/>
        </w:rPr>
        <w:t>A. Xây dựng lực lượng công an nhân dân vững mạnh</w:t>
      </w:r>
    </w:p>
    <w:p>
      <w:pPr>
        <w:pStyle w:val="ListParagraph"/>
      </w:pPr>
      <w:r>
        <w:rPr>
          <w:sz w:val="22"/>
        </w:rPr>
        <w:t>B. Xây dựng thế trận an ninh nhân dân</w:t>
      </w:r>
    </w:p>
    <w:p>
      <w:pPr>
        <w:pStyle w:val="ListParagraph"/>
      </w:pPr>
      <w:r>
        <w:rPr>
          <w:sz w:val="22"/>
        </w:rPr>
        <w:t>C. Xây dựng phong trào toàn dân bảo vệ an ninh Tổ quốc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31: Mối quan hệ giữa nền quốc phòng toàn dân và nền an ninh nhân dân là gì?</w:t>
      </w:r>
    </w:p>
    <w:p>
      <w:pPr>
        <w:pStyle w:val="ListParagraph"/>
      </w:pPr>
      <w:r>
        <w:rPr>
          <w:sz w:val="22"/>
        </w:rPr>
        <w:t>A. Gắn bó chặt chẽ, hỗ trợ lẫn nhau</w:t>
      </w:r>
    </w:p>
    <w:p>
      <w:pPr>
        <w:pStyle w:val="ListParagraph"/>
      </w:pPr>
      <w:r>
        <w:rPr>
          <w:sz w:val="22"/>
        </w:rPr>
        <w:t>B. Độc lập, không liên quan</w:t>
      </w:r>
    </w:p>
    <w:p>
      <w:pPr>
        <w:pStyle w:val="ListParagraph"/>
      </w:pPr>
      <w:r>
        <w:rPr>
          <w:sz w:val="22"/>
        </w:rPr>
        <w:t>C. Đối lập nhau</w:t>
      </w:r>
    </w:p>
    <w:p>
      <w:pPr>
        <w:pStyle w:val="ListParagraph"/>
      </w:pPr>
      <w:r>
        <w:rPr>
          <w:sz w:val="22"/>
        </w:rPr>
        <w:t>D. Chỉ có quốc phòng quan trọng hơn</w:t>
      </w:r>
    </w:p>
    <w:p/>
    <w:p>
      <w:r>
        <w:rPr>
          <w:b/>
          <w:sz w:val="24"/>
        </w:rPr>
        <w:t>Câu 32: Một trong những đặc điểm của nền quốc phòng toàn dân là gì?</w:t>
      </w:r>
    </w:p>
    <w:p>
      <w:pPr>
        <w:pStyle w:val="ListParagraph"/>
      </w:pPr>
      <w:r>
        <w:rPr>
          <w:sz w:val="22"/>
        </w:rPr>
        <w:t>A. Mang tính chất chính nghĩa</w:t>
      </w:r>
    </w:p>
    <w:p>
      <w:pPr>
        <w:pStyle w:val="ListParagraph"/>
      </w:pPr>
      <w:r>
        <w:rPr>
          <w:sz w:val="22"/>
        </w:rPr>
        <w:t>B. Mang tính chất nhân dân</w:t>
      </w:r>
    </w:p>
    <w:p>
      <w:pPr>
        <w:pStyle w:val="ListParagraph"/>
      </w:pPr>
      <w:r>
        <w:rPr>
          <w:sz w:val="22"/>
        </w:rPr>
        <w:t>C. Mang tính chất toàn diện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33: Một trong những đặc điểm của nền an ninh nhân dân là gì?</w:t>
      </w:r>
    </w:p>
    <w:p>
      <w:pPr>
        <w:pStyle w:val="ListParagraph"/>
      </w:pPr>
      <w:r>
        <w:rPr>
          <w:sz w:val="22"/>
        </w:rPr>
        <w:t>A. Mang tính chất nhân dân</w:t>
      </w:r>
    </w:p>
    <w:p>
      <w:pPr>
        <w:pStyle w:val="ListParagraph"/>
      </w:pPr>
      <w:r>
        <w:rPr>
          <w:sz w:val="22"/>
        </w:rPr>
        <w:t>B. Mang tính chất toàn diện</w:t>
      </w:r>
    </w:p>
    <w:p>
      <w:pPr>
        <w:pStyle w:val="ListParagraph"/>
      </w:pPr>
      <w:r>
        <w:rPr>
          <w:sz w:val="22"/>
        </w:rPr>
        <w:t>C. Mang tính chất chính nghĩa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34: Một trong những phương thức xây dựng nền quốc phòng toàn dân là gì?</w:t>
      </w:r>
    </w:p>
    <w:p>
      <w:pPr>
        <w:pStyle w:val="ListParagraph"/>
      </w:pPr>
      <w:r>
        <w:rPr>
          <w:sz w:val="22"/>
        </w:rPr>
        <w:t>A. Kết hợp xây dựng và bảo vệ Tổ quốc</w:t>
      </w:r>
    </w:p>
    <w:p>
      <w:pPr>
        <w:pStyle w:val="ListParagraph"/>
      </w:pPr>
      <w:r>
        <w:rPr>
          <w:sz w:val="22"/>
        </w:rPr>
        <w:t>B. Kết hợp phát triển kinh tế với tăng cường quốc phòng</w:t>
      </w:r>
    </w:p>
    <w:p>
      <w:pPr>
        <w:pStyle w:val="ListParagraph"/>
      </w:pPr>
      <w:r>
        <w:rPr>
          <w:sz w:val="22"/>
        </w:rPr>
        <w:t>C. Kết hợp sức mạnh dân tộc với sức mạnh thời đại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35: Một trong những phương thức xây dựng nền an ninh nhân dân là gì?</w:t>
      </w:r>
    </w:p>
    <w:p>
      <w:pPr>
        <w:pStyle w:val="ListParagraph"/>
      </w:pPr>
      <w:r>
        <w:rPr>
          <w:sz w:val="22"/>
        </w:rPr>
        <w:t>A. Kết hợp xây dựng và bảo vệ Tổ quốc</w:t>
      </w:r>
    </w:p>
    <w:p>
      <w:pPr>
        <w:pStyle w:val="ListParagraph"/>
      </w:pPr>
      <w:r>
        <w:rPr>
          <w:sz w:val="22"/>
        </w:rPr>
        <w:t>B. Kết hợp phát triển kinh tế với tăng cường an ninh</w:t>
      </w:r>
    </w:p>
    <w:p>
      <w:pPr>
        <w:pStyle w:val="ListParagraph"/>
      </w:pPr>
      <w:r>
        <w:rPr>
          <w:sz w:val="22"/>
        </w:rPr>
        <w:t>C. Kết hợp sức mạnh dân tộc với sức mạnh thời đại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36: Một trong những nhiệm vụ xây dựng nền quốc phòng toàn dân là gì?</w:t>
      </w:r>
    </w:p>
    <w:p>
      <w:pPr>
        <w:pStyle w:val="ListParagraph"/>
      </w:pPr>
      <w:r>
        <w:rPr>
          <w:sz w:val="22"/>
        </w:rPr>
        <w:t>A. Xây dựng lực lượng vũ trang nhân dân vững mạnh</w:t>
      </w:r>
    </w:p>
    <w:p>
      <w:pPr>
        <w:pStyle w:val="ListParagraph"/>
      </w:pPr>
      <w:r>
        <w:rPr>
          <w:sz w:val="22"/>
        </w:rPr>
        <w:t>B. Xây dựng thế trận quốc phòng toàn dân</w:t>
      </w:r>
    </w:p>
    <w:p>
      <w:pPr>
        <w:pStyle w:val="ListParagraph"/>
      </w:pPr>
      <w:r>
        <w:rPr>
          <w:sz w:val="22"/>
        </w:rPr>
        <w:t>C. Xây dựng nền kinh tế quốc phòng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37: Một trong những nhiệm vụ xây dựng nền an ninh nhân dân là gì?</w:t>
      </w:r>
    </w:p>
    <w:p>
      <w:pPr>
        <w:pStyle w:val="ListParagraph"/>
      </w:pPr>
      <w:r>
        <w:rPr>
          <w:sz w:val="22"/>
        </w:rPr>
        <w:t>A. Xây dựng lực lượng công an nhân dân vững mạnh</w:t>
      </w:r>
    </w:p>
    <w:p>
      <w:pPr>
        <w:pStyle w:val="ListParagraph"/>
      </w:pPr>
      <w:r>
        <w:rPr>
          <w:sz w:val="22"/>
        </w:rPr>
        <w:t>B. Xây dựng thế trận an ninh nhân dân</w:t>
      </w:r>
    </w:p>
    <w:p>
      <w:pPr>
        <w:pStyle w:val="ListParagraph"/>
      </w:pPr>
      <w:r>
        <w:rPr>
          <w:sz w:val="22"/>
        </w:rPr>
        <w:t>C. Xây dựng phong trào toàn dân bảo vệ an ninh Tổ quốc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38: Một trong những biện pháp xây dựng nền an ninh nhân dân là gì?</w:t>
      </w:r>
    </w:p>
    <w:p>
      <w:pPr>
        <w:pStyle w:val="ListParagraph"/>
      </w:pPr>
      <w:r>
        <w:rPr>
          <w:sz w:val="22"/>
        </w:rPr>
        <w:t>A. Tăng cường giáo dục an ninh cho toàn dân</w:t>
      </w:r>
    </w:p>
    <w:p>
      <w:pPr>
        <w:pStyle w:val="ListParagraph"/>
      </w:pPr>
      <w:r>
        <w:rPr>
          <w:sz w:val="22"/>
        </w:rPr>
        <w:t>B. Xây dựng lực lượng công an vững mạnh</w:t>
      </w:r>
    </w:p>
    <w:p>
      <w:pPr>
        <w:pStyle w:val="ListParagraph"/>
      </w:pPr>
      <w:r>
        <w:rPr>
          <w:sz w:val="22"/>
        </w:rPr>
        <w:t>C. Đẩy mạnh phong trào toàn dân bảo vệ an ninh Tổ quốc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39: Một trong những nguyên tắc xây dựng nền an ninh nhân dân là gì?</w:t>
      </w:r>
    </w:p>
    <w:p>
      <w:pPr>
        <w:pStyle w:val="ListParagraph"/>
      </w:pPr>
      <w:r>
        <w:rPr>
          <w:sz w:val="22"/>
        </w:rPr>
        <w:t>A. Đặt dưới sự lãnh đạo của Đảng</w:t>
      </w:r>
    </w:p>
    <w:p>
      <w:pPr>
        <w:pStyle w:val="ListParagraph"/>
      </w:pPr>
      <w:r>
        <w:rPr>
          <w:sz w:val="22"/>
        </w:rPr>
        <w:t>B. Kết hợp chặt chẽ với quốc phòng toàn dân</w:t>
      </w:r>
    </w:p>
    <w:p>
      <w:pPr>
        <w:pStyle w:val="ListParagraph"/>
      </w:pPr>
      <w:r>
        <w:rPr>
          <w:sz w:val="22"/>
        </w:rPr>
        <w:t>C. Dựa vào sức mạnh của nhân dân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40: Một trong những đặc trưng của nền quốc phòng toàn dân là gì?</w:t>
      </w:r>
    </w:p>
    <w:p>
      <w:pPr>
        <w:pStyle w:val="ListParagraph"/>
      </w:pPr>
      <w:r>
        <w:rPr>
          <w:sz w:val="22"/>
        </w:rPr>
        <w:t>A. Là nền quốc phòng mang tính chất chính nghĩa</w:t>
      </w:r>
    </w:p>
    <w:p>
      <w:pPr>
        <w:pStyle w:val="ListParagraph"/>
      </w:pPr>
      <w:r>
        <w:rPr>
          <w:sz w:val="22"/>
        </w:rPr>
        <w:t>B. Là nền quốc phòng do toàn dân xây dựng</w:t>
      </w:r>
    </w:p>
    <w:p>
      <w:pPr>
        <w:pStyle w:val="ListParagraph"/>
      </w:pPr>
      <w:r>
        <w:rPr>
          <w:sz w:val="22"/>
        </w:rPr>
        <w:t>C. Là nền quốc phòng toàn diện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41: Một trong những đặc trưng của nền an ninh nhân dân là gì?</w:t>
      </w:r>
    </w:p>
    <w:p>
      <w:pPr>
        <w:pStyle w:val="ListParagraph"/>
      </w:pPr>
      <w:r>
        <w:rPr>
          <w:sz w:val="22"/>
        </w:rPr>
        <w:t>A. Là nền an ninh mang tính chất nhân dân</w:t>
      </w:r>
    </w:p>
    <w:p>
      <w:pPr>
        <w:pStyle w:val="ListParagraph"/>
      </w:pPr>
      <w:r>
        <w:rPr>
          <w:sz w:val="22"/>
        </w:rPr>
        <w:t>B. Là nền an ninh toàn diện</w:t>
      </w:r>
    </w:p>
    <w:p>
      <w:pPr>
        <w:pStyle w:val="ListParagraph"/>
      </w:pPr>
      <w:r>
        <w:rPr>
          <w:sz w:val="22"/>
        </w:rPr>
        <w:t>C. Là nền an ninh chính nghĩa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42: Một trong những nội dung giáo dục quốc phòng và an ninh cho học sinh lớp 12 là gì?</w:t>
      </w:r>
    </w:p>
    <w:p>
      <w:pPr>
        <w:pStyle w:val="ListParagraph"/>
      </w:pPr>
      <w:r>
        <w:rPr>
          <w:sz w:val="22"/>
        </w:rPr>
        <w:t>A. Một số hiểu biết về nền quốc phòng toàn dân, an ninh nhân dân</w:t>
      </w:r>
    </w:p>
    <w:p>
      <w:pPr>
        <w:pStyle w:val="ListParagraph"/>
      </w:pPr>
      <w:r>
        <w:rPr>
          <w:sz w:val="22"/>
        </w:rPr>
        <w:t>B. Tổ chức Quân đội nhân dân Việt Nam và Công an nhân dân Việt Nam</w:t>
      </w:r>
    </w:p>
    <w:p>
      <w:pPr>
        <w:pStyle w:val="ListParagraph"/>
      </w:pPr>
      <w:r>
        <w:rPr>
          <w:sz w:val="22"/>
        </w:rPr>
        <w:t>C. Kỹ thuật bắn súng tiểu liên AK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43: Một trong những mục tiêu của môn Giáo dục quốc phòng và an ninh là gì?</w:t>
      </w:r>
    </w:p>
    <w:p>
      <w:pPr>
        <w:pStyle w:val="ListParagraph"/>
      </w:pPr>
      <w:r>
        <w:rPr>
          <w:sz w:val="22"/>
        </w:rPr>
        <w:t>A. Giáo dục lòng yêu nước, truyền thống dân tộc</w:t>
      </w:r>
    </w:p>
    <w:p>
      <w:pPr>
        <w:pStyle w:val="ListParagraph"/>
      </w:pPr>
      <w:r>
        <w:rPr>
          <w:sz w:val="22"/>
        </w:rPr>
        <w:t>B. Rèn luyện kỹ năng quân sự cơ bản</w:t>
      </w:r>
    </w:p>
    <w:p>
      <w:pPr>
        <w:pStyle w:val="ListParagraph"/>
      </w:pPr>
      <w:r>
        <w:rPr>
          <w:sz w:val="22"/>
        </w:rPr>
        <w:t>C. Nâng cao ý thức trách nhiệm bảo vệ Tổ quốc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44: Một trong những yêu cầu của môn Giáo dục quốc phòng và an ninh là gì?</w:t>
      </w:r>
    </w:p>
    <w:p>
      <w:pPr>
        <w:pStyle w:val="ListParagraph"/>
      </w:pPr>
      <w:r>
        <w:rPr>
          <w:sz w:val="22"/>
        </w:rPr>
        <w:t>A. Học sinh phải học đầy đủ các nội dung</w:t>
      </w:r>
    </w:p>
    <w:p>
      <w:pPr>
        <w:pStyle w:val="ListParagraph"/>
      </w:pPr>
      <w:r>
        <w:rPr>
          <w:sz w:val="22"/>
        </w:rPr>
        <w:t>B. Tham gia các hoạt động ngoại khóa</w:t>
      </w:r>
    </w:p>
    <w:p>
      <w:pPr>
        <w:pStyle w:val="ListParagraph"/>
      </w:pPr>
      <w:r>
        <w:rPr>
          <w:sz w:val="22"/>
        </w:rPr>
        <w:t>C. Rèn luyện ý thức tổ chức kỷ luật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45: Một trong những nhiệm vụ của học sinh trong học tập môn Giáo dục quốc phòng và an ninh là gì?</w:t>
      </w:r>
    </w:p>
    <w:p>
      <w:pPr>
        <w:pStyle w:val="ListParagraph"/>
      </w:pPr>
      <w:r>
        <w:rPr>
          <w:sz w:val="22"/>
        </w:rPr>
        <w:t>A. Học tập tốt các nội dung</w:t>
      </w:r>
    </w:p>
    <w:p>
      <w:pPr>
        <w:pStyle w:val="ListParagraph"/>
      </w:pPr>
      <w:r>
        <w:rPr>
          <w:sz w:val="22"/>
        </w:rPr>
        <w:t>B. Tham gia các hoạt động ngoại khóa</w:t>
      </w:r>
    </w:p>
    <w:p>
      <w:pPr>
        <w:pStyle w:val="ListParagraph"/>
      </w:pPr>
      <w:r>
        <w:rPr>
          <w:sz w:val="22"/>
        </w:rPr>
        <w:t>C. Rèn luyện ý thức tổ chức kỷ luật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46: Một trong những biện pháp nâng cao chất lượng môn Giáo dục quốc phòng và an ninh là gì?</w:t>
      </w:r>
    </w:p>
    <w:p>
      <w:pPr>
        <w:pStyle w:val="ListParagraph"/>
      </w:pPr>
      <w:r>
        <w:rPr>
          <w:sz w:val="22"/>
        </w:rPr>
        <w:t>A. Đổi mới phương pháp dạy học</w:t>
      </w:r>
    </w:p>
    <w:p>
      <w:pPr>
        <w:pStyle w:val="ListParagraph"/>
      </w:pPr>
      <w:r>
        <w:rPr>
          <w:sz w:val="22"/>
        </w:rPr>
        <w:t>B. Tăng cường cơ sở vật chất</w:t>
      </w:r>
    </w:p>
    <w:p>
      <w:pPr>
        <w:pStyle w:val="ListParagraph"/>
      </w:pPr>
      <w:r>
        <w:rPr>
          <w:sz w:val="22"/>
        </w:rPr>
        <w:t>C. Bồi dưỡng đội ngũ giáo viên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47: Một trong những nội dung của bài 1 Giáo dục quốc phòng và an ninh lớp 12 là gì?</w:t>
      </w:r>
    </w:p>
    <w:p>
      <w:pPr>
        <w:pStyle w:val="ListParagraph"/>
      </w:pPr>
      <w:r>
        <w:rPr>
          <w:sz w:val="22"/>
        </w:rPr>
        <w:t>A. Một số hiểu biết về nền quốc phòng toàn dân</w:t>
      </w:r>
    </w:p>
    <w:p>
      <w:pPr>
        <w:pStyle w:val="ListParagraph"/>
      </w:pPr>
      <w:r>
        <w:rPr>
          <w:sz w:val="22"/>
        </w:rPr>
        <w:t>B. Một số hiểu biết về nền an ninh nhân dân</w:t>
      </w:r>
    </w:p>
    <w:p>
      <w:pPr>
        <w:pStyle w:val="ListParagraph"/>
      </w:pPr>
      <w:r>
        <w:rPr>
          <w:sz w:val="22"/>
        </w:rPr>
        <w:t>C. Mối quan hệ giữa quốc phòng và an ninh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48: Một trong những nội dung của bài 2 Giáo dục quốc phòng và an ninh lớp 12 là gì?</w:t>
      </w:r>
    </w:p>
    <w:p>
      <w:pPr>
        <w:pStyle w:val="ListParagraph"/>
      </w:pPr>
      <w:r>
        <w:rPr>
          <w:sz w:val="22"/>
        </w:rPr>
        <w:t>A. Tổ chức Quân đội nhân dân Việt Nam</w:t>
      </w:r>
    </w:p>
    <w:p>
      <w:pPr>
        <w:pStyle w:val="ListParagraph"/>
      </w:pPr>
      <w:r>
        <w:rPr>
          <w:sz w:val="22"/>
        </w:rPr>
        <w:t>B. Tổ chức Công an nhân dân Việt Nam</w:t>
      </w:r>
    </w:p>
    <w:p>
      <w:pPr>
        <w:pStyle w:val="ListParagraph"/>
      </w:pPr>
      <w:r>
        <w:rPr>
          <w:sz w:val="22"/>
        </w:rPr>
        <w:t>C. Chức năng, nhiệm vụ của Quân đội và Công an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49: Một trong những nội dung của bài 3 Giáo dục quốc phòng và an ninh lớp 12 là gì?</w:t>
      </w:r>
    </w:p>
    <w:p>
      <w:pPr>
        <w:pStyle w:val="ListParagraph"/>
      </w:pPr>
      <w:r>
        <w:rPr>
          <w:sz w:val="22"/>
        </w:rPr>
        <w:t>A. Truyền thống của Quân đội nhân dân Việt Nam</w:t>
      </w:r>
    </w:p>
    <w:p>
      <w:pPr>
        <w:pStyle w:val="ListParagraph"/>
      </w:pPr>
      <w:r>
        <w:rPr>
          <w:sz w:val="22"/>
        </w:rPr>
        <w:t>B. Truyền thống của Công an nhân dân Việt Nam</w:t>
      </w:r>
    </w:p>
    <w:p>
      <w:pPr>
        <w:pStyle w:val="ListParagraph"/>
      </w:pPr>
      <w:r>
        <w:rPr>
          <w:sz w:val="22"/>
        </w:rPr>
        <w:t>C. Nguyên tắc tổ chức và hoạt động của Quân đội và Công an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D</w:t>
      </w:r>
    </w:p>
    <w:p>
      <w:r>
        <w:rPr>
          <w:b/>
        </w:rPr>
        <w:t>Câu 21: Đáp án đúng: D</w:t>
      </w:r>
    </w:p>
    <w:p>
      <w:r>
        <w:rPr>
          <w:b/>
        </w:rPr>
        <w:t>Câu 22: Đáp án đúng: D</w:t>
      </w:r>
    </w:p>
    <w:p>
      <w:r>
        <w:rPr>
          <w:b/>
        </w:rPr>
        <w:t>Câu 23: Đáp án đúng: D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D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D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D</w:t>
      </w:r>
    </w:p>
    <w:p>
      <w:r>
        <w:rPr>
          <w:b/>
        </w:rPr>
        <w:t>Câu 30: Đáp án đúng: D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D</w:t>
      </w:r>
    </w:p>
    <w:p>
      <w:r>
        <w:rPr>
          <w:b/>
        </w:rPr>
        <w:t>Câu 33: Đáp án đúng: D</w:t>
      </w:r>
    </w:p>
    <w:p>
      <w:r>
        <w:rPr>
          <w:b/>
        </w:rPr>
        <w:t>Câu 34: Đáp án đúng: D</w:t>
      </w:r>
    </w:p>
    <w:p>
      <w:r>
        <w:rPr>
          <w:b/>
        </w:rPr>
        <w:t>Câu 35: Đáp án đúng: D</w:t>
      </w:r>
    </w:p>
    <w:p>
      <w:r>
        <w:rPr>
          <w:b/>
        </w:rPr>
        <w:t>Câu 36: Đáp án đúng: D</w:t>
      </w:r>
    </w:p>
    <w:p>
      <w:r>
        <w:rPr>
          <w:b/>
        </w:rPr>
        <w:t>Câu 37: Đáp án đúng: D</w:t>
      </w:r>
    </w:p>
    <w:p>
      <w:r>
        <w:rPr>
          <w:b/>
        </w:rPr>
        <w:t>Câu 38: Đáp án đúng: D</w:t>
      </w:r>
    </w:p>
    <w:p>
      <w:r>
        <w:rPr>
          <w:b/>
        </w:rPr>
        <w:t>Câu 39: Đáp án đúng: D</w:t>
      </w:r>
    </w:p>
    <w:p>
      <w:r>
        <w:rPr>
          <w:b/>
        </w:rPr>
        <w:t>Câu 40: Đáp án đúng: D</w:t>
      </w:r>
    </w:p>
    <w:p>
      <w:r>
        <w:rPr>
          <w:b/>
        </w:rPr>
        <w:t>Câu 41: Đáp án đúng: D</w:t>
      </w:r>
    </w:p>
    <w:p>
      <w:r>
        <w:rPr>
          <w:b/>
        </w:rPr>
        <w:t>Câu 42: Đáp án đúng: D</w:t>
      </w:r>
    </w:p>
    <w:p>
      <w:r>
        <w:rPr>
          <w:b/>
        </w:rPr>
        <w:t>Câu 43: Đáp án đúng: D</w:t>
      </w:r>
    </w:p>
    <w:p>
      <w:r>
        <w:rPr>
          <w:b/>
        </w:rPr>
        <w:t>Câu 44: Đáp án đúng: D</w:t>
      </w:r>
    </w:p>
    <w:p>
      <w:r>
        <w:rPr>
          <w:b/>
        </w:rPr>
        <w:t>Câu 45: Đáp án đúng: D</w:t>
      </w:r>
    </w:p>
    <w:p>
      <w:r>
        <w:rPr>
          <w:b/>
        </w:rPr>
        <w:t>Câu 46: Đáp án đúng: D</w:t>
      </w:r>
    </w:p>
    <w:p>
      <w:r>
        <w:rPr>
          <w:b/>
        </w:rPr>
        <w:t>Câu 47: Đáp án đúng: D</w:t>
      </w:r>
    </w:p>
    <w:p>
      <w:r>
        <w:rPr>
          <w:b/>
        </w:rPr>
        <w:t>Câu 48: Đáp án đúng: D</w:t>
      </w:r>
    </w:p>
    <w:p>
      <w:r>
        <w:rPr>
          <w:b/>
        </w:rPr>
        <w:t>Câu 49: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