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Địa lý - Đề trắc nghiệm Tài chính – Chương 1</w:t>
      </w:r>
    </w:p>
    <w:p>
      <w:pPr>
        <w:jc w:val="center"/>
      </w:pPr>
      <w:r>
        <w:rPr>
          <w:sz w:val="22"/>
        </w:rPr>
        <w:t>Số câu: 32    Thời gian: _____ phút    Họ và tên: _________________________</w:t>
      </w:r>
    </w:p>
    <w:p/>
    <w:p>
      <w:r>
        <w:rPr>
          <w:b/>
          <w:sz w:val="24"/>
        </w:rPr>
        <w:t>Câu 1: Tài chính là công cụ phân phối…</w:t>
      </w:r>
    </w:p>
    <w:p>
      <w:pPr>
        <w:pStyle w:val="ListParagraph"/>
      </w:pPr>
      <w:r>
        <w:rPr>
          <w:sz w:val="22"/>
        </w:rPr>
        <w:t>A. GNP</w:t>
      </w:r>
    </w:p>
    <w:p>
      <w:pPr>
        <w:pStyle w:val="ListParagraph"/>
      </w:pPr>
      <w:r>
        <w:rPr>
          <w:sz w:val="22"/>
        </w:rPr>
        <w:t>B. GDP</w:t>
      </w:r>
    </w:p>
    <w:p>
      <w:pPr>
        <w:pStyle w:val="ListParagraph"/>
      </w:pPr>
      <w:r>
        <w:rPr>
          <w:sz w:val="22"/>
        </w:rPr>
        <w:t>C. GNP và GDP</w:t>
      </w:r>
    </w:p>
    <w:p>
      <w:pPr>
        <w:pStyle w:val="ListParagraph"/>
      </w:pPr>
      <w:r>
        <w:rPr>
          <w:sz w:val="22"/>
        </w:rPr>
        <w:t>D. GNP và 1 phần GDP</w:t>
      </w:r>
    </w:p>
    <w:p/>
    <w:p>
      <w:r>
        <w:rPr>
          <w:b/>
          <w:sz w:val="24"/>
        </w:rPr>
        <w:t>Câu 2: Tài chính là công cụ…</w:t>
      </w:r>
    </w:p>
    <w:p>
      <w:pPr>
        <w:pStyle w:val="ListParagraph"/>
      </w:pPr>
      <w:r>
        <w:rPr>
          <w:sz w:val="22"/>
        </w:rPr>
        <w:t>A. Điều tiết thu nhập</w:t>
      </w:r>
    </w:p>
    <w:p>
      <w:pPr>
        <w:pStyle w:val="ListParagraph"/>
      </w:pPr>
      <w:r>
        <w:rPr>
          <w:sz w:val="22"/>
        </w:rPr>
        <w:t>B. Điều tiết vĩ mô nền kinh tế</w:t>
      </w:r>
    </w:p>
    <w:p>
      <w:pPr>
        <w:pStyle w:val="ListParagraph"/>
      </w:pPr>
      <w:r>
        <w:rPr>
          <w:sz w:val="22"/>
        </w:rPr>
        <w:t>C. Điều tiết cân cân ngân sách</w:t>
      </w:r>
    </w:p>
    <w:p>
      <w:pPr>
        <w:pStyle w:val="ListParagraph"/>
      </w:pPr>
      <w:r>
        <w:rPr>
          <w:sz w:val="22"/>
        </w:rPr>
        <w:t>D. Điều tiết lạm phát</w:t>
      </w:r>
    </w:p>
    <w:p/>
    <w:p>
      <w:r>
        <w:rPr>
          <w:b/>
          <w:sz w:val="24"/>
        </w:rPr>
        <w:t>Câu 3: Tài chính ra đời và phát triển dựa trên các tiền đề:</w:t>
      </w:r>
    </w:p>
    <w:p>
      <w:pPr>
        <w:pStyle w:val="ListParagraph"/>
      </w:pPr>
      <w:r>
        <w:rPr>
          <w:sz w:val="22"/>
        </w:rPr>
        <w:t>A. Sản xuất hàng hóa - tiền tệ</w:t>
      </w:r>
    </w:p>
    <w:p>
      <w:pPr>
        <w:pStyle w:val="ListParagraph"/>
      </w:pPr>
      <w:r>
        <w:rPr>
          <w:sz w:val="22"/>
        </w:rPr>
        <w:t>B. Nhà nước</w:t>
      </w:r>
    </w:p>
    <w:p>
      <w:pPr>
        <w:pStyle w:val="ListParagraph"/>
      </w:pPr>
      <w:r>
        <w:rPr>
          <w:sz w:val="22"/>
        </w:rPr>
        <w:t>C. Cả a và b</w:t>
      </w:r>
    </w:p>
    <w:p>
      <w:pPr>
        <w:pStyle w:val="ListParagraph"/>
      </w:pPr>
      <w:r>
        <w:rPr>
          <w:sz w:val="22"/>
        </w:rPr>
        <w:t>D. Sản xuất hàng hóa và nhà nước</w:t>
      </w:r>
    </w:p>
    <w:p/>
    <w:p>
      <w:r>
        <w:rPr>
          <w:b/>
          <w:sz w:val="24"/>
        </w:rPr>
        <w:t>Câu 4: Bản chất của tài chính thể hiện qua:</w:t>
      </w:r>
    </w:p>
    <w:p>
      <w:pPr>
        <w:pStyle w:val="ListParagraph"/>
      </w:pPr>
      <w:r>
        <w:rPr>
          <w:sz w:val="22"/>
        </w:rPr>
        <w:t>A. Biểu hiện bên ngoài của tài chính</w:t>
      </w:r>
    </w:p>
    <w:p>
      <w:pPr>
        <w:pStyle w:val="ListParagraph"/>
      </w:pPr>
      <w:r>
        <w:rPr>
          <w:sz w:val="22"/>
        </w:rPr>
        <w:t>B. Biểu hiện bên trong của tài chính</w:t>
      </w:r>
    </w:p>
    <w:p>
      <w:pPr>
        <w:pStyle w:val="ListParagraph"/>
      </w:pPr>
      <w:r>
        <w:rPr>
          <w:sz w:val="22"/>
        </w:rPr>
        <w:t>C. Cả a và b</w:t>
      </w:r>
    </w:p>
    <w:p>
      <w:pPr>
        <w:pStyle w:val="ListParagraph"/>
      </w:pPr>
      <w:r>
        <w:rPr>
          <w:sz w:val="22"/>
        </w:rPr>
        <w:t>D. Hệ thống các quan hệ kinh tế</w:t>
      </w:r>
    </w:p>
    <w:p/>
    <w:p>
      <w:r>
        <w:rPr>
          <w:b/>
          <w:sz w:val="24"/>
        </w:rPr>
        <w:t>Câu 5: Các quan hệ kinh tế chủ yếu trong quá trình phân phối tổng sản phẩm xã hội bao gồm:</w:t>
      </w:r>
    </w:p>
    <w:p>
      <w:pPr>
        <w:pStyle w:val="ListParagraph"/>
      </w:pPr>
      <w:r>
        <w:rPr>
          <w:sz w:val="22"/>
        </w:rPr>
        <w:t>A. Quan hệ kinh tế giữa Nhà nước với các doanh nghiệp; Quan hệ kinh tế giữa Nhà nước với các cơ quan quản lý Nhà nước; quan hệ kinh tế giữa Nhà nước với dân cư</w:t>
      </w:r>
    </w:p>
    <w:p>
      <w:pPr>
        <w:pStyle w:val="ListParagraph"/>
      </w:pPr>
      <w:r>
        <w:rPr>
          <w:sz w:val="22"/>
        </w:rPr>
        <w:t>B. Quan hệ kinh tế giữa các doanh nghiệp và thị trường; quan hệ kinh tế trong nội bộ doanh nghiệp</w:t>
      </w:r>
    </w:p>
    <w:p>
      <w:pPr>
        <w:pStyle w:val="ListParagraph"/>
      </w:pPr>
      <w:r>
        <w:rPr>
          <w:sz w:val="22"/>
        </w:rPr>
        <w:t>C. Quan hệ kinh tế giữa các chủ thể trong nước và ngoài nước</w:t>
      </w:r>
    </w:p>
    <w:p>
      <w:pPr>
        <w:pStyle w:val="ListParagraph"/>
      </w:pPr>
      <w:r>
        <w:rPr>
          <w:sz w:val="22"/>
        </w:rPr>
        <w:t>D. Tất cả các câu trên</w:t>
      </w:r>
    </w:p>
    <w:p/>
    <w:p>
      <w:r>
        <w:rPr>
          <w:b/>
          <w:sz w:val="24"/>
        </w:rPr>
        <w:t>Câu 6: Chức năng của tài chính bao gồm:</w:t>
      </w:r>
    </w:p>
    <w:p>
      <w:pPr>
        <w:pStyle w:val="ListParagraph"/>
      </w:pPr>
      <w:r>
        <w:rPr>
          <w:sz w:val="22"/>
        </w:rPr>
        <w:t>A. Phân phối và kiểm soát</w:t>
      </w:r>
    </w:p>
    <w:p>
      <w:pPr>
        <w:pStyle w:val="ListParagraph"/>
      </w:pPr>
      <w:r>
        <w:rPr>
          <w:sz w:val="22"/>
        </w:rPr>
        <w:t>B. Phân phối và giám đốc</w:t>
      </w:r>
    </w:p>
    <w:p>
      <w:pPr>
        <w:pStyle w:val="ListParagraph"/>
      </w:pPr>
      <w:r>
        <w:rPr>
          <w:sz w:val="22"/>
        </w:rPr>
        <w:t>C. Giám sát và đôn đốc</w:t>
      </w:r>
    </w:p>
    <w:p>
      <w:pPr>
        <w:pStyle w:val="ListParagraph"/>
      </w:pPr>
      <w:r>
        <w:rPr>
          <w:sz w:val="22"/>
        </w:rPr>
        <w:t>D. Tất cả các câu trên đều sai</w:t>
      </w:r>
    </w:p>
    <w:p/>
    <w:p>
      <w:r>
        <w:rPr>
          <w:b/>
          <w:sz w:val="24"/>
        </w:rPr>
        <w:t>Câu 7: Phân phối của tài chính bao gồm quá trình:</w:t>
      </w:r>
    </w:p>
    <w:p>
      <w:pPr>
        <w:pStyle w:val="ListParagraph"/>
      </w:pPr>
      <w:r>
        <w:rPr>
          <w:sz w:val="22"/>
        </w:rPr>
        <w:t>A. Phân phối lần đầu và phân phối lại</w:t>
      </w:r>
    </w:p>
    <w:p/>
    <w:p>
      <w:r>
        <w:rPr>
          <w:b/>
          <w:sz w:val="24"/>
        </w:rPr>
        <w:t>Câu 8: Mục đích của giám đốc tài chính nhằm:</w:t>
      </w:r>
    </w:p>
    <w:p>
      <w:pPr>
        <w:pStyle w:val="ListParagraph"/>
      </w:pPr>
      <w:r>
        <w:rPr>
          <w:sz w:val="22"/>
        </w:rPr>
        <w:t>A. Thúc đẩy phân phối cân đối và hợp lý</w:t>
      </w:r>
    </w:p>
    <w:p>
      <w:pPr>
        <w:pStyle w:val="ListParagraph"/>
      </w:pPr>
      <w:r>
        <w:rPr>
          <w:sz w:val="22"/>
        </w:rPr>
        <w:t>B. Thúc đẩy phân phối cân đối và hợp lý, thúc đẩy việc tạo lập và sử dụng các quỹ tiền tệ theo mục đích đã định với hiệu quả cao</w:t>
      </w:r>
    </w:p>
    <w:p>
      <w:pPr>
        <w:pStyle w:val="ListParagraph"/>
      </w:pPr>
      <w:r>
        <w:rPr>
          <w:sz w:val="22"/>
        </w:rPr>
        <w:t>C. Thúc đẩy việc tạo lập và sử dụng các quỹ tiền tệ theo mục đích đã định</w:t>
      </w:r>
    </w:p>
    <w:p>
      <w:pPr>
        <w:pStyle w:val="ListParagraph"/>
      </w:pPr>
      <w:r>
        <w:rPr>
          <w:sz w:val="22"/>
        </w:rPr>
        <w:t>D. Thúc đẩy phân phối hợp lý, tạo lập và sử dụng các quỹ tiền tệ theo mục đích đã định</w:t>
      </w:r>
    </w:p>
    <w:p/>
    <w:p>
      <w:r>
        <w:rPr>
          <w:b/>
          <w:sz w:val="24"/>
        </w:rPr>
        <w:t>Câu 9: Hệ thống tài chính bao gồm:</w:t>
      </w:r>
    </w:p>
    <w:p>
      <w:pPr>
        <w:pStyle w:val="ListParagraph"/>
      </w:pPr>
      <w:r>
        <w:rPr>
          <w:sz w:val="22"/>
        </w:rPr>
        <w:t>A. Tài chính nhà nước, thị trường tài chính</w:t>
      </w:r>
    </w:p>
    <w:p>
      <w:pPr>
        <w:pStyle w:val="ListParagraph"/>
      </w:pPr>
      <w:r>
        <w:rPr>
          <w:sz w:val="22"/>
        </w:rPr>
        <w:t>B. Tài chính nhà nước, tài chính doanh nghiệp, tài chính dân cư và tổ chức xã hội, thị trường tài chính và ngân sách nhà nước, tài chính quốc tế</w:t>
      </w:r>
    </w:p>
    <w:p>
      <w:pPr>
        <w:pStyle w:val="ListParagraph"/>
      </w:pPr>
      <w:r>
        <w:rPr>
          <w:sz w:val="22"/>
        </w:rPr>
        <w:t>C. Tài chính dân cư và tổ chức xã hội, thị trường tài chính và các định chế tài chính trung gian</w:t>
      </w:r>
    </w:p>
    <w:p>
      <w:pPr>
        <w:pStyle w:val="ListParagraph"/>
      </w:pPr>
      <w:r>
        <w:rPr>
          <w:sz w:val="22"/>
        </w:rPr>
        <w:t>D. Tài chính nhà nước, tài chính doanh nghiệp, tài chính dân cư và tổ chức xã hội, thị trường tài chính và các định chế tài chính trung gian, tài chính quốc tế</w:t>
      </w:r>
    </w:p>
    <w:p/>
    <w:p>
      <w:r>
        <w:rPr>
          <w:b/>
          <w:sz w:val="24"/>
        </w:rPr>
        <w:t>Câu 10: Tài chính Nhà nước giữ vị trí… trong hệ thống tài chính quốc gia.</w:t>
      </w:r>
    </w:p>
    <w:p>
      <w:pPr>
        <w:pStyle w:val="ListParagraph"/>
      </w:pPr>
      <w:r>
        <w:rPr>
          <w:sz w:val="22"/>
        </w:rPr>
        <w:t>A. Hỗ trợ</w:t>
      </w:r>
    </w:p>
    <w:p>
      <w:pPr>
        <w:pStyle w:val="ListParagraph"/>
      </w:pPr>
      <w:r>
        <w:rPr>
          <w:sz w:val="22"/>
        </w:rPr>
        <w:t>B. Bổ sung</w:t>
      </w:r>
    </w:p>
    <w:p>
      <w:pPr>
        <w:pStyle w:val="ListParagraph"/>
      </w:pPr>
      <w:r>
        <w:rPr>
          <w:sz w:val="22"/>
        </w:rPr>
        <w:t>C. Chủ đạo</w:t>
      </w:r>
    </w:p>
    <w:p>
      <w:pPr>
        <w:pStyle w:val="ListParagraph"/>
      </w:pPr>
      <w:r>
        <w:rPr>
          <w:sz w:val="22"/>
        </w:rPr>
        <w:t>D. Rất quan trọng</w:t>
      </w:r>
    </w:p>
    <w:p/>
    <w:p>
      <w:r>
        <w:rPr>
          <w:b/>
          <w:sz w:val="24"/>
        </w:rPr>
        <w:t>Câu 11: Vai trò của tài chính trong nền kinh tế thị trường:</w:t>
      </w:r>
    </w:p>
    <w:p>
      <w:pPr>
        <w:pStyle w:val="ListParagraph"/>
      </w:pPr>
      <w:r>
        <w:rPr>
          <w:sz w:val="22"/>
        </w:rPr>
        <w:t>A. Tài chính là công cụ phân phối tổng sản phẩm quốc dân, là công cụ quản lý và điều tiết vĩ mô nền kinh tế</w:t>
      </w:r>
    </w:p>
    <w:p>
      <w:pPr>
        <w:pStyle w:val="ListParagraph"/>
      </w:pPr>
      <w:r>
        <w:rPr>
          <w:sz w:val="22"/>
        </w:rPr>
        <w:t>B. Tài chính là công cụ điều tiết vĩ mô nền kinh tế, là công cụ trong việc sử dụng vốn tiết kiệm và có hiệu quả</w:t>
      </w:r>
    </w:p>
    <w:p>
      <w:pPr>
        <w:pStyle w:val="ListParagraph"/>
      </w:pPr>
      <w:r>
        <w:rPr>
          <w:sz w:val="22"/>
        </w:rPr>
        <w:t>C. Tài chính là công cụ phân phối tổng sản phẩm quốc dân, là công cụ trong việc sử dụng vốn tiết kiệm và có hiệu quả</w:t>
      </w:r>
    </w:p>
    <w:p>
      <w:pPr>
        <w:pStyle w:val="ListParagraph"/>
      </w:pPr>
      <w:r>
        <w:rPr>
          <w:sz w:val="22"/>
        </w:rPr>
        <w:t>D. Tài chính là công cụ điều tiết hoạt động sản xuất kinh doanh của doanh nghiệp</w:t>
      </w:r>
    </w:p>
    <w:p/>
    <w:p>
      <w:r>
        <w:rPr>
          <w:b/>
          <w:sz w:val="24"/>
        </w:rPr>
        <w:t>Câu 12: Tài chính của các tổ chức xã hội và hộ gia đình giữ vị trí… trong hệ thống tài chính Việt Nam.</w:t>
      </w:r>
    </w:p>
    <w:p>
      <w:pPr>
        <w:pStyle w:val="ListParagraph"/>
      </w:pPr>
      <w:r>
        <w:rPr>
          <w:sz w:val="22"/>
        </w:rPr>
        <w:t>A. Chủ đạo</w:t>
      </w:r>
    </w:p>
    <w:p>
      <w:pPr>
        <w:pStyle w:val="ListParagraph"/>
      </w:pPr>
      <w:r>
        <w:rPr>
          <w:sz w:val="22"/>
        </w:rPr>
        <w:t>B. Hỗ trợ</w:t>
      </w:r>
    </w:p>
    <w:p>
      <w:pPr>
        <w:pStyle w:val="ListParagraph"/>
      </w:pPr>
      <w:r>
        <w:rPr>
          <w:sz w:val="22"/>
        </w:rPr>
        <w:t>C. Cơ sở</w:t>
      </w:r>
    </w:p>
    <w:p>
      <w:pPr>
        <w:pStyle w:val="ListParagraph"/>
      </w:pPr>
      <w:r>
        <w:rPr>
          <w:sz w:val="22"/>
        </w:rPr>
        <w:t>D. Bổ sung</w:t>
      </w:r>
    </w:p>
    <w:p/>
    <w:p>
      <w:r>
        <w:rPr>
          <w:b/>
          <w:sz w:val="24"/>
        </w:rPr>
        <w:t>Câu 13: Tài chính của các tổ chức tài chính trung gian giữ vị trí… trong hệ thống tài chính Việt Nam.</w:t>
      </w:r>
    </w:p>
    <w:p>
      <w:pPr>
        <w:pStyle w:val="ListParagraph"/>
      </w:pPr>
      <w:r>
        <w:rPr>
          <w:sz w:val="22"/>
        </w:rPr>
        <w:t>C. Hỗ trợ</w:t>
      </w:r>
    </w:p>
    <w:p/>
    <w:p>
      <w:r>
        <w:rPr>
          <w:b/>
          <w:sz w:val="24"/>
        </w:rPr>
        <w:t>Câu 14: Vận dụng chức năng phân phối của tài chính. Hãy cho biết kết quả của việc phân phối lợi nhuận trong một doanh nghiệp cổ phần.</w:t>
      </w:r>
    </w:p>
    <w:p>
      <w:pPr>
        <w:pStyle w:val="ListParagraph"/>
      </w:pPr>
      <w:r>
        <w:rPr>
          <w:sz w:val="22"/>
        </w:rPr>
        <w:t>A. Lợi nhuận của doanh nghiệp phân phối cho trích lập các quỹ của doanh nghiệp</w:t>
      </w:r>
    </w:p>
    <w:p>
      <w:pPr>
        <w:pStyle w:val="ListParagraph"/>
      </w:pPr>
      <w:r>
        <w:rPr>
          <w:sz w:val="22"/>
        </w:rPr>
        <w:t>B. Lợi nhuận của doanh nghiệp phân phối cho nộp thuế thu nhập doanh nghiệp</w:t>
      </w:r>
    </w:p>
    <w:p>
      <w:pPr>
        <w:pStyle w:val="ListParagraph"/>
      </w:pPr>
      <w:r>
        <w:rPr>
          <w:sz w:val="22"/>
        </w:rPr>
        <w:t>C. Lợi nhuận của doanh nghiệp phân phối cho phân chia cổ tức</w:t>
      </w:r>
    </w:p>
    <w:p>
      <w:pPr>
        <w:pStyle w:val="ListParagraph"/>
      </w:pPr>
      <w:r>
        <w:rPr>
          <w:sz w:val="22"/>
        </w:rPr>
        <w:t>D. Cả a, b, c đều đúng</w:t>
      </w:r>
    </w:p>
    <w:p/>
    <w:p>
      <w:r>
        <w:rPr>
          <w:b/>
          <w:sz w:val="24"/>
        </w:rPr>
        <w:t>Câu 15: Vận dụng chức năng giám đốc của tài chính. Hãy cho biết chủ thể của việc giám đốc lợi nhuận trong một doanh nghiệp cổ phần.</w:t>
      </w:r>
    </w:p>
    <w:p>
      <w:pPr>
        <w:pStyle w:val="ListParagraph"/>
      </w:pPr>
      <w:r>
        <w:rPr>
          <w:sz w:val="22"/>
        </w:rPr>
        <w:t>A. Doanh nghiệp</w:t>
      </w:r>
    </w:p>
    <w:p>
      <w:pPr>
        <w:pStyle w:val="ListParagraph"/>
      </w:pPr>
      <w:r>
        <w:rPr>
          <w:sz w:val="22"/>
        </w:rPr>
        <w:t>B. Người lao động</w:t>
      </w:r>
    </w:p>
    <w:p>
      <w:pPr>
        <w:pStyle w:val="ListParagraph"/>
      </w:pPr>
      <w:r>
        <w:rPr>
          <w:sz w:val="22"/>
        </w:rPr>
        <w:t>C. Cổ đông</w:t>
      </w:r>
    </w:p>
    <w:p>
      <w:pPr>
        <w:pStyle w:val="ListParagraph"/>
      </w:pPr>
      <w:r>
        <w:rPr>
          <w:sz w:val="22"/>
        </w:rPr>
        <w:t>D. Nhà nước</w:t>
      </w:r>
    </w:p>
    <w:p/>
    <w:p>
      <w:r>
        <w:rPr>
          <w:b/>
          <w:sz w:val="24"/>
        </w:rPr>
        <w:t>Câu 16: Vận dụng chức năng giám đốc của tài chính. Hãy cho biết kết quả của việc phân phối lợi nhuận trong một doanh nghiệp cổ phần.</w:t>
      </w:r>
    </w:p>
    <w:p>
      <w:pPr>
        <w:pStyle w:val="ListParagraph"/>
      </w:pPr>
      <w:r>
        <w:rPr>
          <w:sz w:val="22"/>
        </w:rPr>
        <w:t>A. Đảm bảo việc phân phối lợi nhuận của doanh nghiệp cho trích lập các quỹ của doanh nghiệp</w:t>
      </w:r>
    </w:p>
    <w:p>
      <w:pPr>
        <w:pStyle w:val="ListParagraph"/>
      </w:pPr>
      <w:r>
        <w:rPr>
          <w:sz w:val="22"/>
        </w:rPr>
        <w:t>B. Đảm bảo việc phân phối lợi nhuận của doanh nghiệp cho nộp thuế thu nhập doanh nghiệp</w:t>
      </w:r>
    </w:p>
    <w:p>
      <w:pPr>
        <w:pStyle w:val="ListParagraph"/>
      </w:pPr>
      <w:r>
        <w:rPr>
          <w:sz w:val="22"/>
        </w:rPr>
        <w:t>C. Đảm bảo việc phân phối lợi nhuận của doanh nghiệp cho phân chia cổ tức</w:t>
      </w:r>
    </w:p>
    <w:p>
      <w:pPr>
        <w:pStyle w:val="ListParagraph"/>
      </w:pPr>
      <w:r>
        <w:rPr>
          <w:sz w:val="22"/>
        </w:rPr>
        <w:t>D. Đảm bảo việc phân phối lợi nhuận ra các thành phần theo đúng quy định và sử dụng đúng mục đích, tiết kiệm và hiệu quả</w:t>
      </w:r>
    </w:p>
    <w:p/>
    <w:p>
      <w:r>
        <w:rPr>
          <w:b/>
          <w:sz w:val="24"/>
        </w:rPr>
        <w:t>Câu 17: Vận dụng chức năng giám đốc của tài chính. Hãy cho biết chủ thể của việc phân phối vốn kinh doanh trong một doanh nghiệp cổ phần.</w:t>
      </w:r>
    </w:p>
    <w:p>
      <w:pPr>
        <w:pStyle w:val="ListParagraph"/>
      </w:pPr>
      <w:r>
        <w:rPr>
          <w:sz w:val="22"/>
        </w:rPr>
        <w:t>A. Người đứng đầu các quỹ của doanh nghiệp</w:t>
      </w:r>
    </w:p>
    <w:p>
      <w:pPr>
        <w:pStyle w:val="ListParagraph"/>
      </w:pPr>
      <w:r>
        <w:rPr>
          <w:sz w:val="22"/>
        </w:rPr>
        <w:t>B. Chủ tài khoản (giám đốc) doanh nghiệp</w:t>
      </w:r>
    </w:p>
    <w:p>
      <w:pPr>
        <w:pStyle w:val="ListParagraph"/>
      </w:pPr>
      <w:r>
        <w:rPr>
          <w:sz w:val="22"/>
        </w:rPr>
        <w:t>C. Cổ đông</w:t>
      </w:r>
    </w:p>
    <w:p>
      <w:pPr>
        <w:pStyle w:val="ListParagraph"/>
      </w:pPr>
      <w:r>
        <w:rPr>
          <w:sz w:val="22"/>
        </w:rPr>
        <w:t>D. Nhà nước</w:t>
      </w:r>
    </w:p>
    <w:p/>
    <w:p>
      <w:r>
        <w:rPr>
          <w:b/>
          <w:sz w:val="24"/>
        </w:rPr>
        <w:t>Câu 18: Tài chính doanh nghiệp giữ vị trí… trong hệ thống tài chính Việt Nam:</w:t>
      </w:r>
    </w:p>
    <w:p>
      <w:pPr>
        <w:pStyle w:val="ListParagraph"/>
      </w:pPr>
      <w:r>
        <w:rPr>
          <w:sz w:val="22"/>
        </w:rPr>
        <w:t>A. Cơ sở</w:t>
      </w:r>
    </w:p>
    <w:p>
      <w:pPr>
        <w:pStyle w:val="ListParagraph"/>
      </w:pPr>
      <w:r>
        <w:rPr>
          <w:sz w:val="22"/>
        </w:rPr>
        <w:t>B. Chủ đạo</w:t>
      </w:r>
    </w:p>
    <w:p>
      <w:pPr>
        <w:pStyle w:val="ListParagraph"/>
      </w:pPr>
      <w:r>
        <w:rPr>
          <w:sz w:val="22"/>
        </w:rPr>
        <w:t>C. Hỗ trợ</w:t>
      </w:r>
    </w:p>
    <w:p>
      <w:pPr>
        <w:pStyle w:val="ListParagraph"/>
      </w:pPr>
      <w:r>
        <w:rPr>
          <w:sz w:val="22"/>
        </w:rPr>
        <w:t>D. Bổ sung</w:t>
      </w:r>
    </w:p>
    <w:p/>
    <w:p>
      <w:r>
        <w:rPr>
          <w:b/>
          <w:sz w:val="24"/>
        </w:rPr>
        <w:t>Câu 19: Mục đích của chức năng giám đốc tài chính là:</w:t>
      </w:r>
    </w:p>
    <w:p>
      <w:pPr>
        <w:pStyle w:val="ListParagraph"/>
      </w:pPr>
      <w:r>
        <w:rPr>
          <w:sz w:val="22"/>
        </w:rPr>
        <w:t>A. Thúc đẩy phân phối cân đối và hợp lý</w:t>
      </w:r>
    </w:p>
    <w:p>
      <w:pPr>
        <w:pStyle w:val="ListParagraph"/>
      </w:pPr>
      <w:r>
        <w:rPr>
          <w:sz w:val="22"/>
        </w:rPr>
        <w:t>B. Thúc đẩy phân phối cân đối và hợp lý, thúc đẩy việc tạo lập và sử dụng các quỹ tiền tệ theo mục đích đã định với hiệu quả cao</w:t>
      </w:r>
    </w:p>
    <w:p>
      <w:pPr>
        <w:pStyle w:val="ListParagraph"/>
      </w:pPr>
      <w:r>
        <w:rPr>
          <w:sz w:val="22"/>
        </w:rPr>
        <w:t>C. Thúc đẩy việc tạo lập và sử dụng các quỹ tiền tệ theo mục đích đã định</w:t>
      </w:r>
    </w:p>
    <w:p>
      <w:pPr>
        <w:pStyle w:val="ListParagraph"/>
      </w:pPr>
      <w:r>
        <w:rPr>
          <w:sz w:val="22"/>
        </w:rPr>
        <w:t>D. Thúc đẩy phân phối hợp lý, tạo lập và sử dụng các quỹ tiền tệ theo mục đích đã định</w:t>
      </w:r>
    </w:p>
    <w:p/>
    <w:p>
      <w:r>
        <w:rPr>
          <w:b/>
          <w:sz w:val="24"/>
        </w:rPr>
        <w:t>Câu 20: Tài chính Nhà nước giữ vai trò… trong hệ thống tài chính của một quốc gia.</w:t>
      </w:r>
    </w:p>
    <w:p>
      <w:pPr>
        <w:pStyle w:val="ListParagraph"/>
      </w:pPr>
      <w:r>
        <w:rPr>
          <w:sz w:val="22"/>
        </w:rPr>
        <w:t>A. Hỗ trợ</w:t>
      </w:r>
    </w:p>
    <w:p>
      <w:pPr>
        <w:pStyle w:val="ListParagraph"/>
      </w:pPr>
      <w:r>
        <w:rPr>
          <w:sz w:val="22"/>
        </w:rPr>
        <w:t>B. Bổ sung</w:t>
      </w:r>
    </w:p>
    <w:p>
      <w:pPr>
        <w:pStyle w:val="ListParagraph"/>
      </w:pPr>
      <w:r>
        <w:rPr>
          <w:sz w:val="22"/>
        </w:rPr>
        <w:t>C. Chủ đạo</w:t>
      </w:r>
    </w:p>
    <w:p>
      <w:pPr>
        <w:pStyle w:val="ListParagraph"/>
      </w:pPr>
      <w:r>
        <w:rPr>
          <w:sz w:val="22"/>
        </w:rPr>
        <w:t>D. Rất quan trọng</w:t>
      </w:r>
    </w:p>
    <w:p/>
    <w:p>
      <w:r>
        <w:rPr>
          <w:b/>
          <w:sz w:val="24"/>
        </w:rPr>
        <w:t>Câu 21: Để chức năng giám đốc tài chính được tốt cần phải thực hiện giám đốc trong giai đoạn nào:</w:t>
      </w:r>
    </w:p>
    <w:p>
      <w:pPr>
        <w:pStyle w:val="ListParagraph"/>
      </w:pPr>
      <w:r>
        <w:rPr>
          <w:sz w:val="22"/>
        </w:rPr>
        <w:t>A. Trước quá trình phân phối</w:t>
      </w:r>
    </w:p>
    <w:p>
      <w:pPr>
        <w:pStyle w:val="ListParagraph"/>
      </w:pPr>
      <w:r>
        <w:rPr>
          <w:sz w:val="22"/>
        </w:rPr>
        <w:t>B. Trong quá trình phân phối</w:t>
      </w:r>
    </w:p>
    <w:p>
      <w:pPr>
        <w:pStyle w:val="ListParagraph"/>
      </w:pPr>
      <w:r>
        <w:rPr>
          <w:sz w:val="22"/>
        </w:rPr>
        <w:t>C. Sau quá trình phân phối</w:t>
      </w:r>
    </w:p>
    <w:p>
      <w:pPr>
        <w:pStyle w:val="ListParagraph"/>
      </w:pPr>
      <w:r>
        <w:rPr>
          <w:sz w:val="22"/>
        </w:rPr>
        <w:t>D. Cả a, b và c</w:t>
      </w:r>
    </w:p>
    <w:p/>
    <w:p>
      <w:r>
        <w:rPr>
          <w:b/>
          <w:sz w:val="24"/>
        </w:rPr>
        <w:t>Câu 22: Tài chính được hiểu khái quát là gì?</w:t>
      </w:r>
    </w:p>
    <w:p>
      <w:pPr>
        <w:pStyle w:val="ListParagraph"/>
      </w:pPr>
      <w:r>
        <w:rPr>
          <w:sz w:val="22"/>
        </w:rPr>
        <w:t>A. Hệ thống các quan hệ kinh tế phát sinh trong quá trình tạo lập, phân phối và sử dụng các quỹ tiền tệ</w:t>
      </w:r>
    </w:p>
    <w:p>
      <w:pPr>
        <w:pStyle w:val="ListParagraph"/>
      </w:pPr>
      <w:r>
        <w:rPr>
          <w:sz w:val="22"/>
        </w:rPr>
        <w:t>B. Toàn bộ tiền mặt của các chủ thể trong nền kinh tế</w:t>
      </w:r>
    </w:p>
    <w:p>
      <w:pPr>
        <w:pStyle w:val="ListParagraph"/>
      </w:pPr>
      <w:r>
        <w:rPr>
          <w:sz w:val="22"/>
        </w:rPr>
        <w:t>C. Hoạt động mua bán hàng hóa bằng tiền</w:t>
      </w:r>
    </w:p>
    <w:p/>
    <w:p>
      <w:r>
        <w:rPr>
          <w:b/>
          <w:sz w:val="24"/>
        </w:rPr>
        <w:t>Câu 23: Tài chính doanh nghiệp được coi là 'tế bào' có khả năng tái tạo nguồn tài chính vì sao?</w:t>
      </w:r>
    </w:p>
    <w:p>
      <w:pPr>
        <w:pStyle w:val="ListParagraph"/>
      </w:pPr>
      <w:r>
        <w:rPr>
          <w:sz w:val="22"/>
        </w:rPr>
        <w:t>A. Hoạt động tài chính doanh nghiệp liên hệ với các bộ phận khác của hệ thống tài chính và có khả năng tạo lập, sử dụng các quỹ tiền tệ</w:t>
      </w:r>
    </w:p>
    <w:p>
      <w:pPr>
        <w:pStyle w:val="ListParagraph"/>
      </w:pPr>
      <w:r>
        <w:rPr>
          <w:sz w:val="22"/>
        </w:rPr>
        <w:t>B. Doanh nghiệp luôn được Nhà nước cấp vốn</w:t>
      </w:r>
    </w:p>
    <w:p>
      <w:pPr>
        <w:pStyle w:val="ListParagraph"/>
      </w:pPr>
      <w:r>
        <w:rPr>
          <w:sz w:val="22"/>
        </w:rPr>
        <w:t>C. Doanh nghiệp không chịu rủi ro</w:t>
      </w:r>
    </w:p>
    <w:p>
      <w:pPr>
        <w:pStyle w:val="ListParagraph"/>
      </w:pPr>
      <w:r>
        <w:rPr>
          <w:sz w:val="22"/>
        </w:rPr>
        <w:t>D. Doanh nghiệp chỉ sử dụng vốn chủ sở hữu</w:t>
      </w:r>
    </w:p>
    <w:p/>
    <w:p>
      <w:r>
        <w:rPr>
          <w:b/>
          <w:sz w:val="24"/>
        </w:rPr>
        <w:t>Câu 24: Doanh nghiệp sử dụng phần mềm kế toán, ERP, hóa đơn điện tử và chữ ký số để theo dõi dòng tiền theo thời gian thực. Doanh nghiệp đang thực hiện hoạt động nào dưới đây?</w:t>
      </w:r>
    </w:p>
    <w:p>
      <w:pPr>
        <w:pStyle w:val="ListParagraph"/>
      </w:pPr>
      <w:r>
        <w:rPr>
          <w:sz w:val="22"/>
        </w:rPr>
        <w:t>A. Chuyển đổi số trong quản lý tài chính doanh nghiệp</w:t>
      </w:r>
    </w:p>
    <w:p>
      <w:pPr>
        <w:pStyle w:val="ListParagraph"/>
      </w:pPr>
      <w:r>
        <w:rPr>
          <w:sz w:val="22"/>
        </w:rPr>
        <w:t>B. Phân phối lần đầu</w:t>
      </w:r>
    </w:p>
    <w:p>
      <w:pPr>
        <w:pStyle w:val="ListParagraph"/>
      </w:pPr>
      <w:r>
        <w:rPr>
          <w:sz w:val="22"/>
        </w:rPr>
        <w:t>C. Thị trường tiền tệ</w:t>
      </w:r>
    </w:p>
    <w:p>
      <w:pPr>
        <w:pStyle w:val="ListParagraph"/>
      </w:pPr>
      <w:r>
        <w:rPr>
          <w:sz w:val="22"/>
        </w:rPr>
        <w:t>D. Chính sách tài khóa</w:t>
      </w:r>
    </w:p>
    <w:p/>
    <w:p>
      <w:r>
        <w:rPr>
          <w:b/>
          <w:sz w:val="24"/>
        </w:rPr>
        <w:t>Câu 25: Một khách hàng thanh toán bằng QR, tiền được chuyển từ tài khoản khách hàng đến tài khoản người bán gần như tức thời. Ví dụ này thể hiện rõ nhất đặc điểm nào của tài chính số?</w:t>
      </w:r>
    </w:p>
    <w:p>
      <w:pPr>
        <w:pStyle w:val="ListParagraph"/>
      </w:pPr>
      <w:r>
        <w:rPr>
          <w:sz w:val="22"/>
        </w:rPr>
        <w:t>A. Xử lý giao dịch nhanh và tự động trên nền tảng số</w:t>
      </w:r>
    </w:p>
    <w:p>
      <w:pPr>
        <w:pStyle w:val="ListParagraph"/>
      </w:pPr>
      <w:r>
        <w:rPr>
          <w:sz w:val="22"/>
        </w:rPr>
        <w:t>B. Phân phối không cần tiền</w:t>
      </w:r>
    </w:p>
    <w:p>
      <w:pPr>
        <w:pStyle w:val="ListParagraph"/>
      </w:pPr>
      <w:r>
        <w:rPr>
          <w:sz w:val="22"/>
        </w:rPr>
        <w:t>C. Loại bỏ hoàn toàn rủi ro tài chính</w:t>
      </w:r>
    </w:p>
    <w:p>
      <w:pPr>
        <w:pStyle w:val="ListParagraph"/>
      </w:pPr>
      <w:r>
        <w:rPr>
          <w:sz w:val="22"/>
        </w:rPr>
        <w:t>D. Thay thế toàn bộ hệ thống tài chính</w:t>
      </w:r>
    </w:p>
    <w:p/>
    <w:p>
      <w:r>
        <w:rPr>
          <w:b/>
          <w:sz w:val="24"/>
        </w:rPr>
        <w:t>Câu 26: Phân phối lại là quá trình nào?</w:t>
      </w:r>
    </w:p>
    <w:p>
      <w:pPr>
        <w:pStyle w:val="ListParagraph"/>
      </w:pPr>
      <w:r>
        <w:rPr>
          <w:sz w:val="22"/>
        </w:rPr>
        <w:t>A. Tiếp tục phân phối những phần thu nhập cơ bản hình thành trong phân phối lần đầu ra phạm vi toàn xã hội</w:t>
      </w:r>
    </w:p>
    <w:p>
      <w:pPr>
        <w:pStyle w:val="ListParagraph"/>
      </w:pPr>
      <w:r>
        <w:rPr>
          <w:sz w:val="22"/>
        </w:rPr>
        <w:t>B. Phân phối lần đầu trong lĩnh vực sản xuất</w:t>
      </w:r>
    </w:p>
    <w:p>
      <w:pPr>
        <w:pStyle w:val="ListParagraph"/>
      </w:pPr>
      <w:r>
        <w:rPr>
          <w:sz w:val="22"/>
        </w:rPr>
        <w:t>C. Trao đổi hàng hóa lấy tiền</w:t>
      </w:r>
    </w:p>
    <w:p>
      <w:pPr>
        <w:pStyle w:val="ListParagraph"/>
      </w:pPr>
      <w:r>
        <w:rPr>
          <w:sz w:val="22"/>
        </w:rPr>
        <w:t>D. Chuyển tiền giữa hai tài khoản cá nhân</w:t>
      </w:r>
    </w:p>
    <w:p/>
    <w:p>
      <w:r>
        <w:rPr>
          <w:b/>
          <w:sz w:val="24"/>
        </w:rPr>
        <w:t>Câu 27: Khi doanh nghiệp trả lương cho người lao động, hoạt động này làm phát sinh quan hệ nào?</w:t>
      </w:r>
    </w:p>
    <w:p>
      <w:pPr>
        <w:pStyle w:val="ListParagraph"/>
      </w:pPr>
      <w:r>
        <w:rPr>
          <w:sz w:val="22"/>
        </w:rPr>
        <w:t>A. Quan hệ tài chính</w:t>
      </w:r>
    </w:p>
    <w:p>
      <w:pPr>
        <w:pStyle w:val="ListParagraph"/>
      </w:pPr>
      <w:r>
        <w:rPr>
          <w:sz w:val="22"/>
        </w:rPr>
        <w:t>B. Quan hệ thương mại thuần túy</w:t>
      </w:r>
    </w:p>
    <w:p>
      <w:pPr>
        <w:pStyle w:val="ListParagraph"/>
      </w:pPr>
      <w:r>
        <w:rPr>
          <w:sz w:val="22"/>
        </w:rPr>
        <w:t>C. Quan hệ lao động không liên quan tài chính</w:t>
      </w:r>
    </w:p>
    <w:p>
      <w:pPr>
        <w:pStyle w:val="ListParagraph"/>
      </w:pPr>
      <w:r>
        <w:rPr>
          <w:sz w:val="22"/>
        </w:rPr>
        <w:t>D. Quan hệ tiền tệ quốc tế</w:t>
      </w:r>
    </w:p>
    <w:p/>
    <w:p>
      <w:r>
        <w:rPr>
          <w:b/>
          <w:sz w:val="24"/>
        </w:rPr>
        <w:t>Câu 28: Tài chính có hai chức năng cơ bản nào?</w:t>
      </w:r>
    </w:p>
    <w:p>
      <w:pPr>
        <w:pStyle w:val="ListParagraph"/>
      </w:pPr>
      <w:r>
        <w:rPr>
          <w:sz w:val="22"/>
        </w:rPr>
        <w:t>A. Phân phối và giám đốc</w:t>
      </w:r>
    </w:p>
    <w:p>
      <w:pPr>
        <w:pStyle w:val="ListParagraph"/>
      </w:pPr>
      <w:r>
        <w:rPr>
          <w:sz w:val="22"/>
        </w:rPr>
        <w:t>B. Sản xuất và tiêu dùng</w:t>
      </w:r>
    </w:p>
    <w:p>
      <w:pPr>
        <w:pStyle w:val="ListParagraph"/>
      </w:pPr>
      <w:r>
        <w:rPr>
          <w:sz w:val="22"/>
        </w:rPr>
        <w:t>C. Trao đổi và lưu thông</w:t>
      </w:r>
    </w:p>
    <w:p>
      <w:pPr>
        <w:pStyle w:val="ListParagraph"/>
      </w:pPr>
      <w:r>
        <w:rPr>
          <w:sz w:val="22"/>
        </w:rPr>
        <w:t>D. Tích lũy và đầu tư</w:t>
      </w:r>
    </w:p>
    <w:p/>
    <w:p>
      <w:r>
        <w:rPr>
          <w:b/>
          <w:sz w:val="24"/>
        </w:rPr>
        <w:t>Câu 29: Một hệ sinh thái tài chính số khác mô hình tài chính truyền thống chủ yếu ở điểm nào?</w:t>
      </w:r>
    </w:p>
    <w:p>
      <w:pPr>
        <w:pStyle w:val="ListParagraph"/>
      </w:pPr>
      <w:r>
        <w:rPr>
          <w:sz w:val="22"/>
        </w:rPr>
        <w:t>A. Có sự kết nối của ngân hàng, Fintech, thương mại điện tử, thanh toán, viễn thông, cơ quan quản lý và khách hàng trên nền tảng số</w:t>
      </w:r>
    </w:p>
    <w:p>
      <w:pPr>
        <w:pStyle w:val="ListParagraph"/>
      </w:pPr>
      <w:r>
        <w:rPr>
          <w:sz w:val="22"/>
        </w:rPr>
        <w:t>B. Chỉ có ngân hàng tham gia</w:t>
      </w:r>
    </w:p>
    <w:p>
      <w:pPr>
        <w:pStyle w:val="ListParagraph"/>
      </w:pPr>
      <w:r>
        <w:rPr>
          <w:sz w:val="22"/>
        </w:rPr>
        <w:t>C. Chỉ sử dụng tiền mặt</w:t>
      </w:r>
    </w:p>
    <w:p>
      <w:pPr>
        <w:pStyle w:val="ListParagraph"/>
      </w:pPr>
      <w:r>
        <w:rPr>
          <w:sz w:val="22"/>
        </w:rPr>
        <w:t>D. Không cần cơ sở dữ liệu</w:t>
      </w:r>
    </w:p>
    <w:p/>
    <w:p>
      <w:r>
        <w:rPr>
          <w:b/>
          <w:sz w:val="24"/>
        </w:rPr>
        <w:t>Câu 30: Chuyển đổi số trong tài chính doanh nghiệp giúp doanh nghiệp theo dõi doanh thu, chi phí và dòng tiền như thế nào?</w:t>
      </w:r>
    </w:p>
    <w:p>
      <w:pPr>
        <w:pStyle w:val="ListParagraph"/>
      </w:pPr>
      <w:r>
        <w:rPr>
          <w:sz w:val="22"/>
        </w:rPr>
        <w:t>A. Nhanh hơn, có thể theo dõi gần thời gian thực và hỗ trợ ra quyết định</w:t>
      </w:r>
    </w:p>
    <w:p>
      <w:pPr>
        <w:pStyle w:val="ListParagraph"/>
      </w:pPr>
      <w:r>
        <w:rPr>
          <w:sz w:val="22"/>
        </w:rPr>
        <w:t>B. Chậm hơn do tăng hồ sơ giấy</w:t>
      </w:r>
    </w:p>
    <w:p>
      <w:pPr>
        <w:pStyle w:val="ListParagraph"/>
      </w:pPr>
      <w:r>
        <w:rPr>
          <w:sz w:val="22"/>
        </w:rPr>
        <w:t>C. Chỉ theo dõi được tiền mặt</w:t>
      </w:r>
    </w:p>
    <w:p>
      <w:pPr>
        <w:pStyle w:val="ListParagraph"/>
      </w:pPr>
      <w:r>
        <w:rPr>
          <w:sz w:val="22"/>
        </w:rPr>
        <w:t>D. Không hỗ trợ báo cáo tài chính</w:t>
      </w:r>
    </w:p>
    <w:p/>
    <w:p>
      <w:r>
        <w:rPr>
          <w:b/>
          <w:sz w:val="24"/>
        </w:rPr>
        <w:t>Câu 31: Doanh nghiệp triển khai ERP, hóa đơn điện tử, chữ ký số và dữ liệu tài chính tích hợp. Điểm cốt lõi của chuyển đổi số trong trường hợp này là gì?</w:t>
      </w:r>
    </w:p>
    <w:p>
      <w:pPr>
        <w:pStyle w:val="ListParagraph"/>
      </w:pPr>
      <w:r>
        <w:rPr>
          <w:sz w:val="22"/>
        </w:rPr>
        <w:t>A. Đổi mới quy trình và phương thức quản trị tài chính dựa trên công nghệ số, không chỉ số hóa hồ sơ</w:t>
      </w:r>
    </w:p>
    <w:p>
      <w:pPr>
        <w:pStyle w:val="ListParagraph"/>
      </w:pPr>
      <w:r>
        <w:rPr>
          <w:sz w:val="22"/>
        </w:rPr>
        <w:t>B. Chỉ thay giấy bằng file PDF</w:t>
      </w:r>
    </w:p>
    <w:p>
      <w:pPr>
        <w:pStyle w:val="ListParagraph"/>
      </w:pPr>
      <w:r>
        <w:rPr>
          <w:sz w:val="22"/>
        </w:rPr>
        <w:t>C. Chỉ mua thêm máy tính</w:t>
      </w:r>
    </w:p>
    <w:p>
      <w:pPr>
        <w:pStyle w:val="ListParagraph"/>
      </w:pPr>
      <w:r>
        <w:rPr>
          <w:sz w:val="22"/>
        </w:rPr>
        <w:t>D. Chỉ sử dụng mạng xã hội</w:t>
      </w:r>
    </w:p>
    <w:p/>
    <w:p>
      <w:r>
        <w:rPr>
          <w:b/>
          <w:sz w:val="24"/>
        </w:rPr>
        <w:t>Câu 32: Nếu chức năng phân phối tạo ra nhu cầu và khả năng kiểm tra bằng đồng tiền, thì chức năng giám đốc có tác dụng gì?</w:t>
      </w:r>
    </w:p>
    <w:p>
      <w:pPr>
        <w:pStyle w:val="ListParagraph"/>
      </w:pPr>
      <w:r>
        <w:rPr>
          <w:sz w:val="22"/>
        </w:rPr>
        <w:t>A. Bảo đảm phân phối phù hợp quy luật kinh tế khách quan và nâng cao hiệu quả phân phối</w:t>
      </w:r>
    </w:p>
    <w:p>
      <w:pPr>
        <w:pStyle w:val="ListParagraph"/>
      </w:pPr>
      <w:r>
        <w:rPr>
          <w:sz w:val="22"/>
        </w:rPr>
        <w:t>B. Làm tăng mọi khoản chi ngân sách</w:t>
      </w:r>
    </w:p>
    <w:p>
      <w:pPr>
        <w:pStyle w:val="ListParagraph"/>
      </w:pPr>
      <w:r>
        <w:rPr>
          <w:sz w:val="22"/>
        </w:rPr>
        <w:t>C. Thay thế chức năng phân phối</w:t>
      </w:r>
    </w:p>
    <w:p>
      <w:pPr>
        <w:pStyle w:val="ListParagraph"/>
      </w:pPr>
      <w:r>
        <w:rPr>
          <w:sz w:val="22"/>
        </w:rPr>
        <w:t>D. Chỉ kiểm soát sau khi phân phối</w:t>
      </w:r>
    </w:p>
    <w:p/>
    <w:p>
      <w:r>
        <w:t>──────────────────────────────────────────────────</w:t>
      </w:r>
    </w:p>
    <w:p>
      <w:r>
        <w:rPr>
          <w:b/>
        </w:rPr>
        <w:t>BẢNG ĐÁP ÁN &amp; LỜI GIẢI CHI TIẾT</w:t>
      </w:r>
    </w:p>
    <w:p>
      <w:r>
        <w:rPr>
          <w:b/>
        </w:rPr>
        <w:t>Câu 1: Đáp án đúng: C</w:t>
      </w:r>
    </w:p>
    <w:p>
      <w:r>
        <w:rPr>
          <w:b/>
        </w:rPr>
        <w:t>Câu 2: Đáp án đúng: B</w:t>
      </w:r>
    </w:p>
    <w:p>
      <w:r>
        <w:rPr>
          <w:b/>
        </w:rPr>
        <w:t>Câu 3: Đáp án đúng: D</w:t>
      </w:r>
    </w:p>
    <w:p>
      <w:r>
        <w:rPr>
          <w:b/>
        </w:rPr>
        <w:t>Câu 4: Đáp án đúng: D</w:t>
      </w:r>
    </w:p>
    <w:p>
      <w:r>
        <w:rPr>
          <w:b/>
        </w:rPr>
        <w:t>Câu 5: Đáp án đúng: D</w:t>
      </w:r>
    </w:p>
    <w:p>
      <w:r>
        <w:rPr>
          <w:b/>
        </w:rPr>
        <w:t>Câu 6: Đáp án đúng: B</w:t>
      </w:r>
    </w:p>
    <w:p>
      <w:r>
        <w:rPr>
          <w:b/>
        </w:rPr>
        <w:t>Câu 7: Đáp án đúng: A</w:t>
      </w:r>
    </w:p>
    <w:p>
      <w:r>
        <w:rPr>
          <w:b/>
        </w:rPr>
        <w:t>Câu 8: Đáp án đúng: B</w:t>
      </w:r>
    </w:p>
    <w:p>
      <w:r>
        <w:rPr>
          <w:b/>
        </w:rPr>
        <w:t>Câu 9: Đáp án đúng: D</w:t>
      </w:r>
    </w:p>
    <w:p>
      <w:r>
        <w:rPr>
          <w:b/>
        </w:rPr>
        <w:t>Câu 10: Đáp án đúng: C</w:t>
      </w:r>
    </w:p>
    <w:p>
      <w:r>
        <w:rPr>
          <w:b/>
        </w:rPr>
        <w:t>Câu 11: Đáp án đúng: A</w:t>
      </w:r>
    </w:p>
    <w:p>
      <w:r>
        <w:rPr>
          <w:b/>
        </w:rPr>
        <w:t>Câu 12: Đáp án đúng: C</w:t>
      </w:r>
    </w:p>
    <w:p>
      <w:r>
        <w:rPr>
          <w:b/>
        </w:rPr>
        <w:t>Câu 13: Đáp án đúng: C</w:t>
      </w:r>
    </w:p>
    <w:p>
      <w:r>
        <w:rPr>
          <w:b/>
        </w:rPr>
        <w:t>Câu 14: Đáp án đúng: D</w:t>
      </w:r>
    </w:p>
    <w:p>
      <w:r>
        <w:rPr>
          <w:b/>
        </w:rPr>
        <w:t>Câu 15: Đáp án đúng: A</w:t>
      </w:r>
    </w:p>
    <w:p>
      <w:r>
        <w:rPr>
          <w:b/>
        </w:rPr>
        <w:t>Câu 16: Đáp án đúng: D</w:t>
      </w:r>
    </w:p>
    <w:p>
      <w:r>
        <w:rPr>
          <w:b/>
        </w:rPr>
        <w:t>Câu 17: Đáp án đúng: B</w:t>
      </w:r>
    </w:p>
    <w:p>
      <w:r>
        <w:rPr>
          <w:b/>
        </w:rPr>
        <w:t>Câu 18: Đáp án đúng: A</w:t>
      </w:r>
    </w:p>
    <w:p>
      <w:r>
        <w:rPr>
          <w:b/>
        </w:rPr>
        <w:t>Câu 19: Đáp án đúng: B</w:t>
      </w:r>
    </w:p>
    <w:p>
      <w:r>
        <w:rPr>
          <w:b/>
        </w:rPr>
        <w:t>Câu 20: Đáp án đúng: C</w:t>
      </w:r>
    </w:p>
    <w:p>
      <w:r>
        <w:rPr>
          <w:b/>
        </w:rPr>
        <w:t>Câu 21: Đáp án đúng: D</w:t>
      </w:r>
    </w:p>
    <w:p>
      <w:r>
        <w:rPr>
          <w:b/>
        </w:rPr>
        <w:t>Câu 22: Đáp án đúng: A</w:t>
      </w:r>
    </w:p>
    <w:p>
      <w:r>
        <w:rPr>
          <w:b/>
        </w:rPr>
        <w:t>Câu 23: Đáp án đúng: A</w:t>
      </w:r>
    </w:p>
    <w:p>
      <w:r>
        <w:rPr>
          <w:b/>
        </w:rPr>
        <w:t>Câu 24: Đáp án đúng: A</w:t>
      </w:r>
    </w:p>
    <w:p>
      <w:r>
        <w:rPr>
          <w:b/>
        </w:rPr>
        <w:t>Câu 25: Đáp án đúng: A</w:t>
      </w:r>
    </w:p>
    <w:p>
      <w:r>
        <w:rPr>
          <w:b/>
        </w:rPr>
        <w:t>Câu 26: Đáp án đúng: A</w:t>
      </w:r>
    </w:p>
    <w:p>
      <w:r>
        <w:rPr>
          <w:b/>
        </w:rPr>
        <w:t>Câu 27: Đáp án đúng: A</w:t>
      </w:r>
    </w:p>
    <w:p>
      <w:r>
        <w:rPr>
          <w:b/>
        </w:rPr>
        <w:t>Câu 28: Đáp án đúng: A</w:t>
      </w:r>
    </w:p>
    <w:p>
      <w:r>
        <w:rPr>
          <w:b/>
        </w:rPr>
        <w:t>Câu 29: Đáp án đúng: A</w:t>
      </w:r>
    </w:p>
    <w:p>
      <w:r>
        <w:rPr>
          <w:b/>
        </w:rPr>
        <w:t>Câu 30: Đáp án đúng: A</w:t>
      </w:r>
    </w:p>
    <w:p>
      <w:r>
        <w:rPr>
          <w:b/>
        </w:rPr>
        <w:t>Câu 31: Đáp án đúng: A</w:t>
      </w:r>
    </w:p>
    <w:p>
      <w:r>
        <w:rPr>
          <w:b/>
        </w:rPr>
        <w:t>Câu 32: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