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Lịch sử - tạo đề cương ôn tập môn lịch sử 12 từ bài 1 đến bà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Hội nghị Ianta (2-1945) được tổ chức tại quốc gia nào?</w:t>
      </w:r>
    </w:p>
    <w:p>
      <w:pPr>
        <w:pStyle w:val="ListParagraph"/>
      </w:pPr>
      <w:r>
        <w:rPr>
          <w:sz w:val="22"/>
        </w:rPr>
        <w:t>A. Liên Xô</w:t>
      </w:r>
    </w:p>
    <w:p>
      <w:pPr>
        <w:pStyle w:val="ListParagraph"/>
      </w:pPr>
      <w:r>
        <w:rPr>
          <w:sz w:val="22"/>
        </w:rPr>
        <w:t>B. Mỹ</w:t>
      </w:r>
    </w:p>
    <w:p>
      <w:pPr>
        <w:pStyle w:val="ListParagraph"/>
      </w:pPr>
      <w:r>
        <w:rPr>
          <w:sz w:val="22"/>
        </w:rPr>
        <w:t>C. Anh</w:t>
      </w:r>
    </w:p>
    <w:p>
      <w:pPr>
        <w:pStyle w:val="ListParagraph"/>
      </w:pPr>
      <w:r>
        <w:rPr>
          <w:sz w:val="22"/>
        </w:rPr>
        <w:t>D. Pháp</w:t>
      </w:r>
    </w:p>
    <w:p/>
    <w:p>
      <w:r>
        <w:rPr>
          <w:b/>
          <w:sz w:val="24"/>
        </w:rPr>
        <w:t>Câu 2: Theo thỏa thuận của Hội nghị Ianta, quân đội nước nào sẽ chiếm đóng Nhật Bản?</w:t>
      </w:r>
    </w:p>
    <w:p>
      <w:pPr>
        <w:pStyle w:val="ListParagraph"/>
      </w:pPr>
      <w:r>
        <w:rPr>
          <w:sz w:val="22"/>
        </w:rPr>
        <w:t>A. Liên Xô</w:t>
      </w:r>
    </w:p>
    <w:p>
      <w:pPr>
        <w:pStyle w:val="ListParagraph"/>
      </w:pPr>
      <w:r>
        <w:rPr>
          <w:sz w:val="22"/>
        </w:rPr>
        <w:t>B. Mỹ</w:t>
      </w:r>
    </w:p>
    <w:p>
      <w:pPr>
        <w:pStyle w:val="ListParagraph"/>
      </w:pPr>
      <w:r>
        <w:rPr>
          <w:sz w:val="22"/>
        </w:rPr>
        <w:t>C. Anh</w:t>
      </w:r>
    </w:p>
    <w:p>
      <w:pPr>
        <w:pStyle w:val="ListParagraph"/>
      </w:pPr>
      <w:r>
        <w:rPr>
          <w:sz w:val="22"/>
        </w:rPr>
        <w:t>D. Trung Quốc</w:t>
      </w:r>
    </w:p>
    <w:p/>
    <w:p>
      <w:r>
        <w:rPr>
          <w:b/>
          <w:sz w:val="24"/>
        </w:rPr>
        <w:t>Câu 3: Tổ chức Liên hợp quốc được thành lập vào năm nào?</w:t>
      </w:r>
    </w:p>
    <w:p>
      <w:pPr>
        <w:pStyle w:val="ListParagraph"/>
      </w:pPr>
      <w:r>
        <w:rPr>
          <w:sz w:val="22"/>
        </w:rPr>
        <w:t>A. 1944</w:t>
      </w:r>
    </w:p>
    <w:p>
      <w:pPr>
        <w:pStyle w:val="ListParagraph"/>
      </w:pPr>
      <w:r>
        <w:rPr>
          <w:sz w:val="22"/>
        </w:rPr>
        <w:t>B. 1945</w:t>
      </w:r>
    </w:p>
    <w:p>
      <w:pPr>
        <w:pStyle w:val="ListParagraph"/>
      </w:pPr>
      <w:r>
        <w:rPr>
          <w:sz w:val="22"/>
        </w:rPr>
        <w:t>C. 1946</w:t>
      </w:r>
    </w:p>
    <w:p>
      <w:pPr>
        <w:pStyle w:val="ListParagraph"/>
      </w:pPr>
      <w:r>
        <w:rPr>
          <w:sz w:val="22"/>
        </w:rPr>
        <w:t>D. 1947</w:t>
      </w:r>
    </w:p>
    <w:p/>
    <w:p>
      <w:r>
        <w:rPr>
          <w:b/>
          <w:sz w:val="24"/>
        </w:rPr>
        <w:t>Câu 4: Cơ quan nào của Liên hợp quốc có quyền quyết định mọi vấn đề quan trọng?</w:t>
      </w:r>
    </w:p>
    <w:p>
      <w:pPr>
        <w:pStyle w:val="ListParagraph"/>
      </w:pPr>
      <w:r>
        <w:rPr>
          <w:sz w:val="22"/>
        </w:rPr>
        <w:t>A. Đại hội đồng</w:t>
      </w:r>
    </w:p>
    <w:p>
      <w:pPr>
        <w:pStyle w:val="ListParagraph"/>
      </w:pPr>
      <w:r>
        <w:rPr>
          <w:sz w:val="22"/>
        </w:rPr>
        <w:t>B. Hội đồng Bảo an</w:t>
      </w:r>
    </w:p>
    <w:p>
      <w:pPr>
        <w:pStyle w:val="ListParagraph"/>
      </w:pPr>
      <w:r>
        <w:rPr>
          <w:sz w:val="22"/>
        </w:rPr>
        <w:t>C. Hội đồng Kinh tế và Xã hội</w:t>
      </w:r>
    </w:p>
    <w:p>
      <w:pPr>
        <w:pStyle w:val="ListParagraph"/>
      </w:pPr>
      <w:r>
        <w:rPr>
          <w:sz w:val="22"/>
        </w:rPr>
        <w:t>D. Tòa án Quốc tế</w:t>
      </w:r>
    </w:p>
    <w:p/>
    <w:p>
      <w:r>
        <w:rPr>
          <w:b/>
          <w:sz w:val="24"/>
        </w:rPr>
        <w:t>Câu 5: Việt Nam gia nhập Liên hợp quốc vào năm nào?</w:t>
      </w:r>
    </w:p>
    <w:p>
      <w:pPr>
        <w:pStyle w:val="ListParagraph"/>
      </w:pPr>
      <w:r>
        <w:rPr>
          <w:sz w:val="22"/>
        </w:rPr>
        <w:t>A. 1975</w:t>
      </w:r>
    </w:p>
    <w:p>
      <w:pPr>
        <w:pStyle w:val="ListParagraph"/>
      </w:pPr>
      <w:r>
        <w:rPr>
          <w:sz w:val="22"/>
        </w:rPr>
        <w:t>B. 1976</w:t>
      </w:r>
    </w:p>
    <w:p>
      <w:pPr>
        <w:pStyle w:val="ListParagraph"/>
      </w:pPr>
      <w:r>
        <w:rPr>
          <w:sz w:val="22"/>
        </w:rPr>
        <w:t>C. 1977</w:t>
      </w:r>
    </w:p>
    <w:p>
      <w:pPr>
        <w:pStyle w:val="ListParagraph"/>
      </w:pPr>
      <w:r>
        <w:rPr>
          <w:sz w:val="22"/>
        </w:rPr>
        <w:t>D. 1978</w:t>
      </w:r>
    </w:p>
    <w:p/>
    <w:p>
      <w:r>
        <w:rPr>
          <w:b/>
          <w:sz w:val="24"/>
        </w:rPr>
        <w:t>Câu 6: Sau Chiến tranh thế giới thứ hai, Liên Xô chủ trương xây dựng chủ nghĩa xã hội ở phạm vi nào?</w:t>
      </w:r>
    </w:p>
    <w:p>
      <w:pPr>
        <w:pStyle w:val="ListParagraph"/>
      </w:pPr>
      <w:r>
        <w:rPr>
          <w:sz w:val="22"/>
        </w:rPr>
        <w:t>A. Một nước</w:t>
      </w:r>
    </w:p>
    <w:p>
      <w:pPr>
        <w:pStyle w:val="ListParagraph"/>
      </w:pPr>
      <w:r>
        <w:rPr>
          <w:sz w:val="22"/>
        </w:rPr>
        <w:t>B. Nhiều nước</w:t>
      </w:r>
    </w:p>
    <w:p>
      <w:pPr>
        <w:pStyle w:val="ListParagraph"/>
      </w:pPr>
      <w:r>
        <w:rPr>
          <w:sz w:val="22"/>
        </w:rPr>
        <w:t>C. Toàn thế giới</w:t>
      </w:r>
    </w:p>
    <w:p>
      <w:pPr>
        <w:pStyle w:val="ListParagraph"/>
      </w:pPr>
      <w:r>
        <w:rPr>
          <w:sz w:val="22"/>
        </w:rPr>
        <w:t>D. Châu Âu</w:t>
      </w:r>
    </w:p>
    <w:p/>
    <w:p>
      <w:r>
        <w:rPr>
          <w:b/>
          <w:sz w:val="24"/>
        </w:rPr>
        <w:t>Câu 7: Thành tựu nào sau đây không phải của Liên Xô sau Chiến tranh thế giới thứ hai?</w:t>
      </w:r>
    </w:p>
    <w:p>
      <w:pPr>
        <w:pStyle w:val="ListParagraph"/>
      </w:pPr>
      <w:r>
        <w:rPr>
          <w:sz w:val="22"/>
        </w:rPr>
        <w:t>A. Chế tạo thành công bom nguyên tử</w:t>
      </w:r>
    </w:p>
    <w:p>
      <w:pPr>
        <w:pStyle w:val="ListParagraph"/>
      </w:pPr>
      <w:r>
        <w:rPr>
          <w:sz w:val="22"/>
        </w:rPr>
        <w:t>B. Phóng tàu vũ trụ có người lái</w:t>
      </w:r>
    </w:p>
    <w:p>
      <w:pPr>
        <w:pStyle w:val="ListParagraph"/>
      </w:pPr>
      <w:r>
        <w:rPr>
          <w:sz w:val="22"/>
        </w:rPr>
        <w:t>C. Đưa người lên Mặt Trăng</w:t>
      </w:r>
    </w:p>
    <w:p>
      <w:pPr>
        <w:pStyle w:val="ListParagraph"/>
      </w:pPr>
      <w:r>
        <w:rPr>
          <w:sz w:val="22"/>
        </w:rPr>
        <w:t>D. Trở thành cường quốc công nghiệp thứ hai thế giới</w:t>
      </w:r>
    </w:p>
    <w:p/>
    <w:p>
      <w:r>
        <w:rPr>
          <w:b/>
          <w:sz w:val="24"/>
        </w:rPr>
        <w:t>Câu 8: Nguyên nhân chủ yếu dẫn đến sự sụp đổ của chế độ xã hội chủ nghĩa ở Liên Xô và Đông Âu là gì?</w:t>
      </w:r>
    </w:p>
    <w:p>
      <w:pPr>
        <w:pStyle w:val="ListParagraph"/>
      </w:pPr>
      <w:r>
        <w:rPr>
          <w:sz w:val="22"/>
        </w:rPr>
        <w:t>A. Sự chống phá của các thế lực thù địch</w:t>
      </w:r>
    </w:p>
    <w:p>
      <w:pPr>
        <w:pStyle w:val="ListParagraph"/>
      </w:pPr>
      <w:r>
        <w:rPr>
          <w:sz w:val="22"/>
        </w:rPr>
        <w:t>B. Đường lối lãnh đạo chủ quan, duy ý chí</w:t>
      </w:r>
    </w:p>
    <w:p>
      <w:pPr>
        <w:pStyle w:val="ListParagraph"/>
      </w:pPr>
      <w:r>
        <w:rPr>
          <w:sz w:val="22"/>
        </w:rPr>
        <w:t>C. Khủng hoảng kinh tế, chính trị, xã hội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9: Nước nào ở châu Á đi theo con đường xã hội chủ nghĩa sau Chiến tranh thế giới thứ hai?</w:t>
      </w:r>
    </w:p>
    <w:p>
      <w:pPr>
        <w:pStyle w:val="ListParagraph"/>
      </w:pPr>
      <w:r>
        <w:rPr>
          <w:sz w:val="22"/>
        </w:rPr>
        <w:t>A. Trung Quốc</w:t>
      </w:r>
    </w:p>
    <w:p>
      <w:pPr>
        <w:pStyle w:val="ListParagraph"/>
      </w:pPr>
      <w:r>
        <w:rPr>
          <w:sz w:val="22"/>
        </w:rPr>
        <w:t>B. Nhật Bản</w:t>
      </w:r>
    </w:p>
    <w:p>
      <w:pPr>
        <w:pStyle w:val="ListParagraph"/>
      </w:pPr>
      <w:r>
        <w:rPr>
          <w:sz w:val="22"/>
        </w:rPr>
        <w:t>C. Hàn Quốc</w:t>
      </w:r>
    </w:p>
    <w:p>
      <w:pPr>
        <w:pStyle w:val="ListParagraph"/>
      </w:pPr>
      <w:r>
        <w:rPr>
          <w:sz w:val="22"/>
        </w:rPr>
        <w:t>D. Ấn Độ</w:t>
      </w:r>
    </w:p>
    <w:p/>
    <w:p>
      <w:r>
        <w:rPr>
          <w:b/>
          <w:sz w:val="24"/>
        </w:rPr>
        <w:t>Câu 10: Nước Cộng hòa Nhân dân Trung Hoa được thành lập vào ngày tháng năm nào?</w:t>
      </w:r>
    </w:p>
    <w:p>
      <w:pPr>
        <w:pStyle w:val="ListParagraph"/>
      </w:pPr>
      <w:r>
        <w:rPr>
          <w:sz w:val="22"/>
        </w:rPr>
        <w:t>A. 1/10/1949</w:t>
      </w:r>
    </w:p>
    <w:p>
      <w:pPr>
        <w:pStyle w:val="ListParagraph"/>
      </w:pPr>
      <w:r>
        <w:rPr>
          <w:sz w:val="22"/>
        </w:rPr>
        <w:t>B. 1/10/1950</w:t>
      </w:r>
    </w:p>
    <w:p>
      <w:pPr>
        <w:pStyle w:val="ListParagraph"/>
      </w:pPr>
      <w:r>
        <w:rPr>
          <w:sz w:val="22"/>
        </w:rPr>
        <w:t>C. 1/10/1951</w:t>
      </w:r>
    </w:p>
    <w:p>
      <w:pPr>
        <w:pStyle w:val="ListParagraph"/>
      </w:pPr>
      <w:r>
        <w:rPr>
          <w:sz w:val="22"/>
        </w:rPr>
        <w:t>D. 1/10/1952</w:t>
      </w:r>
    </w:p>
    <w:p/>
    <w:p>
      <w:r>
        <w:rPr>
          <w:b/>
          <w:sz w:val="24"/>
        </w:rPr>
        <w:t>Câu 11: Công cuộc cải cách mở cửa ở Trung Quốc được khởi xướng từ năm nào?</w:t>
      </w:r>
    </w:p>
    <w:p>
      <w:pPr>
        <w:pStyle w:val="ListParagraph"/>
      </w:pPr>
      <w:r>
        <w:rPr>
          <w:sz w:val="22"/>
        </w:rPr>
        <w:t>A. 1976</w:t>
      </w:r>
    </w:p>
    <w:p>
      <w:pPr>
        <w:pStyle w:val="ListParagraph"/>
      </w:pPr>
      <w:r>
        <w:rPr>
          <w:sz w:val="22"/>
        </w:rPr>
        <w:t>B. 1978</w:t>
      </w:r>
    </w:p>
    <w:p>
      <w:pPr>
        <w:pStyle w:val="ListParagraph"/>
      </w:pPr>
      <w:r>
        <w:rPr>
          <w:sz w:val="22"/>
        </w:rPr>
        <w:t>C. 1980</w:t>
      </w:r>
    </w:p>
    <w:p>
      <w:pPr>
        <w:pStyle w:val="ListParagraph"/>
      </w:pPr>
      <w:r>
        <w:rPr>
          <w:sz w:val="22"/>
        </w:rPr>
        <w:t>D. 1982</w:t>
      </w:r>
    </w:p>
    <w:p/>
    <w:p>
      <w:r>
        <w:rPr>
          <w:b/>
          <w:sz w:val="24"/>
        </w:rPr>
        <w:t>Câu 12: Các nước Đông Nam Á giành được độc lập trong khoảng thời gian nào?</w:t>
      </w:r>
    </w:p>
    <w:p>
      <w:pPr>
        <w:pStyle w:val="ListParagraph"/>
      </w:pPr>
      <w:r>
        <w:rPr>
          <w:sz w:val="22"/>
        </w:rPr>
        <w:t>A. Sau Chiến tranh thế giới thứ nhất</w:t>
      </w:r>
    </w:p>
    <w:p>
      <w:pPr>
        <w:pStyle w:val="ListParagraph"/>
      </w:pPr>
      <w:r>
        <w:rPr>
          <w:sz w:val="22"/>
        </w:rPr>
        <w:t>B. Sau Chiến tranh thế giới thứ hai</w:t>
      </w:r>
    </w:p>
    <w:p>
      <w:pPr>
        <w:pStyle w:val="ListParagraph"/>
      </w:pPr>
      <w:r>
        <w:rPr>
          <w:sz w:val="22"/>
        </w:rPr>
        <w:t>C. Trong Chiến tranh thế giới thứ hai</w:t>
      </w:r>
    </w:p>
    <w:p>
      <w:pPr>
        <w:pStyle w:val="ListParagraph"/>
      </w:pPr>
      <w:r>
        <w:rPr>
          <w:sz w:val="22"/>
        </w:rPr>
        <w:t>D. Trước Chiến tranh thế giới thứ hai</w:t>
      </w:r>
    </w:p>
    <w:p/>
    <w:p>
      <w:r>
        <w:rPr>
          <w:b/>
          <w:sz w:val="24"/>
        </w:rPr>
        <w:t>Câu 13: Hiệp hội các quốc gia Đông Nam Á (ASEAN) được thành lập vào năm nào?</w:t>
      </w:r>
    </w:p>
    <w:p>
      <w:pPr>
        <w:pStyle w:val="ListParagraph"/>
      </w:pPr>
      <w:r>
        <w:rPr>
          <w:sz w:val="22"/>
        </w:rPr>
        <w:t>A. 1965</w:t>
      </w:r>
    </w:p>
    <w:p>
      <w:pPr>
        <w:pStyle w:val="ListParagraph"/>
      </w:pPr>
      <w:r>
        <w:rPr>
          <w:sz w:val="22"/>
        </w:rPr>
        <w:t>B. 1967</w:t>
      </w:r>
    </w:p>
    <w:p>
      <w:pPr>
        <w:pStyle w:val="ListParagraph"/>
      </w:pPr>
      <w:r>
        <w:rPr>
          <w:sz w:val="22"/>
        </w:rPr>
        <w:t>C. 1969</w:t>
      </w:r>
    </w:p>
    <w:p>
      <w:pPr>
        <w:pStyle w:val="ListParagraph"/>
      </w:pPr>
      <w:r>
        <w:rPr>
          <w:sz w:val="22"/>
        </w:rPr>
        <w:t>D. 1971</w:t>
      </w:r>
    </w:p>
    <w:p/>
    <w:p>
      <w:r>
        <w:rPr>
          <w:b/>
          <w:sz w:val="24"/>
        </w:rPr>
        <w:t>Câu 14: Việt Nam trở thành thành viên chính thức của ASEAN vào năm nào?</w:t>
      </w:r>
    </w:p>
    <w:p>
      <w:pPr>
        <w:pStyle w:val="ListParagraph"/>
      </w:pPr>
      <w:r>
        <w:rPr>
          <w:sz w:val="22"/>
        </w:rPr>
        <w:t>A. 1995</w:t>
      </w:r>
    </w:p>
    <w:p>
      <w:pPr>
        <w:pStyle w:val="ListParagraph"/>
      </w:pPr>
      <w:r>
        <w:rPr>
          <w:sz w:val="22"/>
        </w:rPr>
        <w:t>B. 1996</w:t>
      </w:r>
    </w:p>
    <w:p>
      <w:pPr>
        <w:pStyle w:val="ListParagraph"/>
      </w:pPr>
      <w:r>
        <w:rPr>
          <w:sz w:val="22"/>
        </w:rPr>
        <w:t>C. 1997</w:t>
      </w:r>
    </w:p>
    <w:p>
      <w:pPr>
        <w:pStyle w:val="ListParagraph"/>
      </w:pPr>
      <w:r>
        <w:rPr>
          <w:sz w:val="22"/>
        </w:rPr>
        <w:t>D. 1998</w:t>
      </w:r>
    </w:p>
    <w:p/>
    <w:p>
      <w:r>
        <w:rPr>
          <w:b/>
          <w:sz w:val="24"/>
        </w:rPr>
        <w:t>Câu 15: Nước nào ở Đông Nam Á không bị thực dân phương Tây xâm lược?</w:t>
      </w:r>
    </w:p>
    <w:p>
      <w:pPr>
        <w:pStyle w:val="ListParagraph"/>
      </w:pPr>
      <w:r>
        <w:rPr>
          <w:sz w:val="22"/>
        </w:rPr>
        <w:t>A. Việt Nam</w:t>
      </w:r>
    </w:p>
    <w:p>
      <w:pPr>
        <w:pStyle w:val="ListParagraph"/>
      </w:pPr>
      <w:r>
        <w:rPr>
          <w:sz w:val="22"/>
        </w:rPr>
        <w:t>B. Thái Lan</w:t>
      </w:r>
    </w:p>
    <w:p>
      <w:pPr>
        <w:pStyle w:val="ListParagraph"/>
      </w:pPr>
      <w:r>
        <w:rPr>
          <w:sz w:val="22"/>
        </w:rPr>
        <w:t>C. Campuchia</w:t>
      </w:r>
    </w:p>
    <w:p>
      <w:pPr>
        <w:pStyle w:val="ListParagraph"/>
      </w:pPr>
      <w:r>
        <w:rPr>
          <w:sz w:val="22"/>
        </w:rPr>
        <w:t>D. Lào</w:t>
      </w:r>
    </w:p>
    <w:p/>
    <w:p>
      <w:r>
        <w:rPr>
          <w:b/>
          <w:sz w:val="24"/>
        </w:rPr>
        <w:t>Câu 16: Sự kiện nào đánh dấu sự khởi đầu Chiến tranh lạnh?</w:t>
      </w:r>
    </w:p>
    <w:p>
      <w:pPr>
        <w:pStyle w:val="ListParagraph"/>
      </w:pPr>
      <w:r>
        <w:rPr>
          <w:sz w:val="22"/>
        </w:rPr>
        <w:t>A. Học thuyết Truman</w:t>
      </w:r>
    </w:p>
    <w:p>
      <w:pPr>
        <w:pStyle w:val="ListParagraph"/>
      </w:pPr>
      <w:r>
        <w:rPr>
          <w:sz w:val="22"/>
        </w:rPr>
        <w:t>B. Kế hoạch Marshall</w:t>
      </w:r>
    </w:p>
    <w:p>
      <w:pPr>
        <w:pStyle w:val="ListParagraph"/>
      </w:pPr>
      <w:r>
        <w:rPr>
          <w:sz w:val="22"/>
        </w:rPr>
        <w:t>C. Thành lập NATO</w:t>
      </w:r>
    </w:p>
    <w:p>
      <w:pPr>
        <w:pStyle w:val="ListParagraph"/>
      </w:pPr>
      <w:r>
        <w:rPr>
          <w:sz w:val="22"/>
        </w:rPr>
        <w:t>D. Thành lập Tổ chức Hiệp ước Vácsava</w:t>
      </w:r>
    </w:p>
    <w:p/>
    <w:p>
      <w:r>
        <w:rPr>
          <w:b/>
          <w:sz w:val="24"/>
        </w:rPr>
        <w:t>Câu 17: Tổ chức Hiệp ước Vácsava được thành lập vào năm nào?</w:t>
      </w:r>
    </w:p>
    <w:p>
      <w:pPr>
        <w:pStyle w:val="ListParagraph"/>
      </w:pPr>
      <w:r>
        <w:rPr>
          <w:sz w:val="22"/>
        </w:rPr>
        <w:t>A. 1954</w:t>
      </w:r>
    </w:p>
    <w:p>
      <w:pPr>
        <w:pStyle w:val="ListParagraph"/>
      </w:pPr>
      <w:r>
        <w:rPr>
          <w:sz w:val="22"/>
        </w:rPr>
        <w:t>B. 1955</w:t>
      </w:r>
    </w:p>
    <w:p>
      <w:pPr>
        <w:pStyle w:val="ListParagraph"/>
      </w:pPr>
      <w:r>
        <w:rPr>
          <w:sz w:val="22"/>
        </w:rPr>
        <w:t>C. 1956</w:t>
      </w:r>
    </w:p>
    <w:p>
      <w:pPr>
        <w:pStyle w:val="ListParagraph"/>
      </w:pPr>
      <w:r>
        <w:rPr>
          <w:sz w:val="22"/>
        </w:rPr>
        <w:t>D. 1957</w:t>
      </w:r>
    </w:p>
    <w:p/>
    <w:p>
      <w:r>
        <w:rPr>
          <w:b/>
          <w:sz w:val="24"/>
        </w:rPr>
        <w:t>Câu 18: Chiến tranh lạnh kết thúc vào năm nào?</w:t>
      </w:r>
    </w:p>
    <w:p>
      <w:pPr>
        <w:pStyle w:val="ListParagraph"/>
      </w:pPr>
      <w:r>
        <w:rPr>
          <w:sz w:val="22"/>
        </w:rPr>
        <w:t>A. 1989</w:t>
      </w:r>
    </w:p>
    <w:p>
      <w:pPr>
        <w:pStyle w:val="ListParagraph"/>
      </w:pPr>
      <w:r>
        <w:rPr>
          <w:sz w:val="22"/>
        </w:rPr>
        <w:t>B. 1990</w:t>
      </w:r>
    </w:p>
    <w:p>
      <w:pPr>
        <w:pStyle w:val="ListParagraph"/>
      </w:pPr>
      <w:r>
        <w:rPr>
          <w:sz w:val="22"/>
        </w:rPr>
        <w:t>C. 1991</w:t>
      </w:r>
    </w:p>
    <w:p>
      <w:pPr>
        <w:pStyle w:val="ListParagraph"/>
      </w:pPr>
      <w:r>
        <w:rPr>
          <w:sz w:val="22"/>
        </w:rPr>
        <w:t>D. 1992</w:t>
      </w:r>
    </w:p>
    <w:p/>
    <w:p>
      <w:r>
        <w:rPr>
          <w:b/>
          <w:sz w:val="24"/>
        </w:rPr>
        <w:t>Câu 19: Xu thế phát triển chính của thế giới sau Chiến tranh lạnh là gì?</w:t>
      </w:r>
    </w:p>
    <w:p>
      <w:pPr>
        <w:pStyle w:val="ListParagraph"/>
      </w:pPr>
      <w:r>
        <w:rPr>
          <w:sz w:val="22"/>
        </w:rPr>
        <w:t>A. Hòa bình, hợp tác và phát triển</w:t>
      </w:r>
    </w:p>
    <w:p>
      <w:pPr>
        <w:pStyle w:val="ListParagraph"/>
      </w:pPr>
      <w:r>
        <w:rPr>
          <w:sz w:val="22"/>
        </w:rPr>
        <w:t>B. Đối đầu và căng thẳng</w:t>
      </w:r>
    </w:p>
    <w:p>
      <w:pPr>
        <w:pStyle w:val="ListParagraph"/>
      </w:pPr>
      <w:r>
        <w:rPr>
          <w:sz w:val="22"/>
        </w:rPr>
        <w:t>C. Chạy đua vũ trang</w:t>
      </w:r>
    </w:p>
    <w:p>
      <w:pPr>
        <w:pStyle w:val="ListParagraph"/>
      </w:pPr>
      <w:r>
        <w:rPr>
          <w:sz w:val="22"/>
        </w:rPr>
        <w:t>D. Xung đột sắc tộc</w:t>
      </w:r>
    </w:p>
    <w:p/>
    <w:p>
      <w:r>
        <w:rPr>
          <w:b/>
          <w:sz w:val="24"/>
        </w:rPr>
        <w:t>Câu 20: Thành tựu nào sau đây là của cuộc cách mạng khoa học - kỹ thuật hiện đại?</w:t>
      </w:r>
    </w:p>
    <w:p>
      <w:pPr>
        <w:pStyle w:val="ListParagraph"/>
      </w:pPr>
      <w:r>
        <w:rPr>
          <w:sz w:val="22"/>
        </w:rPr>
        <w:t>A. Máy hơi nước</w:t>
      </w:r>
    </w:p>
    <w:p>
      <w:pPr>
        <w:pStyle w:val="ListParagraph"/>
      </w:pPr>
      <w:r>
        <w:rPr>
          <w:sz w:val="22"/>
        </w:rPr>
        <w:t>B. Động cơ đốt trong</w:t>
      </w:r>
    </w:p>
    <w:p>
      <w:pPr>
        <w:pStyle w:val="ListParagraph"/>
      </w:pPr>
      <w:r>
        <w:rPr>
          <w:sz w:val="22"/>
        </w:rPr>
        <w:t>C. Máy tính điện tử</w:t>
      </w:r>
    </w:p>
    <w:p>
      <w:pPr>
        <w:pStyle w:val="ListParagraph"/>
      </w:pPr>
      <w:r>
        <w:rPr>
          <w:sz w:val="22"/>
        </w:rPr>
        <w:t>D. Điện thoại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D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C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