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Toán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Tổng hai số là 56, hiệu là 14. Tìm số lớn.</w:t>
      </w:r>
    </w:p>
    <w:p>
      <w:pPr>
        <w:pStyle w:val="ListParagraph"/>
      </w:pPr>
      <w:r>
        <w:rPr>
          <w:sz w:val="22"/>
        </w:rPr>
        <w:t>A. 21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28</w:t>
      </w:r>
    </w:p>
    <w:p>
      <w:pPr>
        <w:pStyle w:val="ListParagraph"/>
      </w:pPr>
      <w:r>
        <w:rPr>
          <w:sz w:val="22"/>
        </w:rPr>
        <w:t>D. 42</w:t>
      </w:r>
    </w:p>
    <w:p/>
    <w:p>
      <w:r>
        <w:rPr>
          <w:b/>
          <w:sz w:val="24"/>
        </w:rPr>
        <w:t>Câu 2: Tổng hai số là 80, hiệu là 16. Tìm số bé.</w:t>
      </w:r>
    </w:p>
    <w:p>
      <w:pPr>
        <w:pStyle w:val="ListParagraph"/>
      </w:pPr>
      <w:r>
        <w:rPr>
          <w:sz w:val="22"/>
        </w:rPr>
        <w:t>A. 48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40</w:t>
      </w:r>
    </w:p>
    <w:p/>
    <w:p>
      <w:r>
        <w:rPr>
          <w:b/>
          <w:sz w:val="24"/>
        </w:rPr>
        <w:t>Câu 3: Tổng hai số là 125, hiệu là 25. Tìm hai số.</w:t>
      </w:r>
    </w:p>
    <w:p>
      <w:pPr>
        <w:pStyle w:val="ListParagraph"/>
      </w:pPr>
      <w:r>
        <w:rPr>
          <w:sz w:val="22"/>
        </w:rPr>
        <w:t>A. 75 và 50</w:t>
      </w:r>
    </w:p>
    <w:p>
      <w:pPr>
        <w:pStyle w:val="ListParagraph"/>
      </w:pPr>
      <w:r>
        <w:rPr>
          <w:sz w:val="22"/>
        </w:rPr>
        <w:t>B. 70 và 55</w:t>
      </w:r>
    </w:p>
    <w:p>
      <w:pPr>
        <w:pStyle w:val="ListParagraph"/>
      </w:pPr>
      <w:r>
        <w:rPr>
          <w:sz w:val="22"/>
        </w:rPr>
        <w:t>C. 80 và 45</w:t>
      </w:r>
    </w:p>
    <w:p>
      <w:pPr>
        <w:pStyle w:val="ListParagraph"/>
      </w:pPr>
      <w:r>
        <w:rPr>
          <w:sz w:val="22"/>
        </w:rPr>
        <w:t>D. 65 và 60</w:t>
      </w:r>
    </w:p>
    <w:p/>
    <w:p>
      <w:r>
        <w:rPr>
          <w:b/>
          <w:sz w:val="24"/>
        </w:rPr>
        <w:t>Câu 4: Tổng hai số là 240, hiệu là 60. Tìm số lớn.</w:t>
      </w:r>
    </w:p>
    <w:p>
      <w:pPr>
        <w:pStyle w:val="ListParagraph"/>
      </w:pPr>
      <w:r>
        <w:rPr>
          <w:sz w:val="22"/>
        </w:rPr>
        <w:t>A. 90</w:t>
      </w:r>
    </w:p>
    <w:p>
      <w:pPr>
        <w:pStyle w:val="ListParagraph"/>
      </w:pPr>
      <w:r>
        <w:rPr>
          <w:sz w:val="22"/>
        </w:rPr>
        <w:t>B. 120</w:t>
      </w:r>
    </w:p>
    <w:p>
      <w:pPr>
        <w:pStyle w:val="ListParagraph"/>
      </w:pPr>
      <w:r>
        <w:rPr>
          <w:sz w:val="22"/>
        </w:rPr>
        <w:t>C. 150</w:t>
      </w:r>
    </w:p>
    <w:p>
      <w:pPr>
        <w:pStyle w:val="ListParagraph"/>
      </w:pPr>
      <w:r>
        <w:rPr>
          <w:sz w:val="22"/>
        </w:rPr>
        <w:t>D. 180</w:t>
      </w:r>
    </w:p>
    <w:p/>
    <w:p>
      <w:r>
        <w:rPr>
          <w:b/>
          <w:sz w:val="24"/>
        </w:rPr>
        <w:t>Câu 5: Tổng hai số là 199, hiệu là 99. Tìm số bé.</w:t>
      </w:r>
    </w:p>
    <w:p>
      <w:pPr>
        <w:pStyle w:val="ListParagraph"/>
      </w:pPr>
      <w:r>
        <w:rPr>
          <w:sz w:val="22"/>
        </w:rPr>
        <w:t>A. 50</w:t>
      </w:r>
    </w:p>
    <w:p>
      <w:pPr>
        <w:pStyle w:val="ListParagraph"/>
      </w:pPr>
      <w:r>
        <w:rPr>
          <w:sz w:val="22"/>
        </w:rPr>
        <w:t>B. 99</w:t>
      </w:r>
    </w:p>
    <w:p>
      <w:pPr>
        <w:pStyle w:val="ListParagraph"/>
      </w:pPr>
      <w:r>
        <w:rPr>
          <w:sz w:val="22"/>
        </w:rPr>
        <w:t>C. 100</w:t>
      </w:r>
    </w:p>
    <w:p>
      <w:pPr>
        <w:pStyle w:val="ListParagraph"/>
      </w:pPr>
      <w:r>
        <w:rPr>
          <w:sz w:val="22"/>
        </w:rPr>
        <w:t>D. 149</w:t>
      </w:r>
    </w:p>
    <w:p/>
    <w:p>
      <w:r>
        <w:rPr>
          <w:b/>
          <w:sz w:val="24"/>
        </w:rPr>
        <w:t>Câu 6: Trung bình cộng của hai số là 45, hiệu là 16. Tìm số lớn.</w:t>
      </w:r>
    </w:p>
    <w:p>
      <w:pPr>
        <w:pStyle w:val="ListParagraph"/>
      </w:pPr>
      <w:r>
        <w:rPr>
          <w:sz w:val="22"/>
        </w:rPr>
        <w:t>A. 53</w:t>
      </w:r>
    </w:p>
    <w:p>
      <w:pPr>
        <w:pStyle w:val="ListParagraph"/>
      </w:pPr>
      <w:r>
        <w:rPr>
          <w:sz w:val="22"/>
        </w:rPr>
        <w:t>B. 37</w:t>
      </w:r>
    </w:p>
    <w:p>
      <w:pPr>
        <w:pStyle w:val="ListParagraph"/>
      </w:pPr>
      <w:r>
        <w:rPr>
          <w:sz w:val="22"/>
        </w:rPr>
        <w:t>C. 45</w:t>
      </w:r>
    </w:p>
    <w:p>
      <w:pPr>
        <w:pStyle w:val="ListParagraph"/>
      </w:pPr>
      <w:r>
        <w:rPr>
          <w:sz w:val="22"/>
        </w:rPr>
        <w:t>D. 61</w:t>
      </w:r>
    </w:p>
    <w:p/>
    <w:p>
      <w:r>
        <w:rPr>
          <w:b/>
          <w:sz w:val="24"/>
        </w:rPr>
        <w:t>Câu 7: Hiệu hai số là 18. Nếu thêm vào số bé 10 đơn vị thì tổng hai số là 100. Tìm số lớn.</w:t>
      </w:r>
    </w:p>
    <w:p>
      <w:pPr>
        <w:pStyle w:val="ListParagraph"/>
      </w:pPr>
      <w:r>
        <w:rPr>
          <w:sz w:val="22"/>
        </w:rPr>
        <w:t>A. 36</w:t>
      </w:r>
    </w:p>
    <w:p>
      <w:pPr>
        <w:pStyle w:val="ListParagraph"/>
      </w:pPr>
      <w:r>
        <w:rPr>
          <w:sz w:val="22"/>
        </w:rPr>
        <w:t>B. 54</w:t>
      </w:r>
    </w:p>
    <w:p>
      <w:pPr>
        <w:pStyle w:val="ListParagraph"/>
      </w:pPr>
      <w:r>
        <w:rPr>
          <w:sz w:val="22"/>
        </w:rPr>
        <w:t>C. 45</w:t>
      </w:r>
    </w:p>
    <w:p>
      <w:pPr>
        <w:pStyle w:val="ListParagraph"/>
      </w:pPr>
      <w:r>
        <w:rPr>
          <w:sz w:val="22"/>
        </w:rPr>
        <w:t>D. 63</w:t>
      </w:r>
    </w:p>
    <w:p/>
    <w:p>
      <w:r>
        <w:rPr>
          <w:b/>
          <w:sz w:val="24"/>
        </w:rPr>
        <w:t>Câu 8: Hai số có hiệu là 24. Nếu gấp đôi số bé thì tổng hai số là 150. Tìm số lớn.</w:t>
      </w:r>
    </w:p>
    <w:p>
      <w:pPr>
        <w:pStyle w:val="ListParagraph"/>
      </w:pPr>
      <w:r>
        <w:rPr>
          <w:sz w:val="22"/>
        </w:rPr>
        <w:t>A. 66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54</w:t>
      </w:r>
    </w:p>
    <w:p>
      <w:pPr>
        <w:pStyle w:val="ListParagraph"/>
      </w:pPr>
      <w:r>
        <w:rPr>
          <w:sz w:val="22"/>
        </w:rPr>
        <w:t>D. 72</w:t>
      </w:r>
    </w:p>
    <w:p/>
    <w:p>
      <w:r>
        <w:rPr>
          <w:b/>
          <w:sz w:val="24"/>
        </w:rPr>
        <w:t>Câu 9: Hiệu hai số là 16, trung bình cộng là 40. Tìm số bé.</w:t>
      </w:r>
    </w:p>
    <w:p>
      <w:pPr>
        <w:pStyle w:val="ListParagraph"/>
      </w:pPr>
      <w:r>
        <w:rPr>
          <w:sz w:val="22"/>
        </w:rPr>
        <w:t>A. 48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40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10: Hiệu hai số là 20. Nếu bớt mỗi số 5 đơn vị thì tổng mới là 90. Tìm số lớn.</w:t>
      </w:r>
    </w:p>
    <w:p>
      <w:pPr>
        <w:pStyle w:val="ListParagraph"/>
      </w:pPr>
      <w:r>
        <w:rPr>
          <w:sz w:val="22"/>
        </w:rPr>
        <w:t>A. 40</w:t>
      </w:r>
    </w:p>
    <w:p>
      <w:pPr>
        <w:pStyle w:val="ListParagraph"/>
      </w:pPr>
      <w:r>
        <w:rPr>
          <w:sz w:val="22"/>
        </w:rPr>
        <w:t>B. 50</w:t>
      </w:r>
    </w:p>
    <w:p>
      <w:pPr>
        <w:pStyle w:val="ListParagraph"/>
      </w:pPr>
      <w:r>
        <w:rPr>
          <w:sz w:val="22"/>
        </w:rPr>
        <w:t>C. 60</w:t>
      </w:r>
    </w:p>
    <w:p>
      <w:pPr>
        <w:pStyle w:val="ListParagraph"/>
      </w:pPr>
      <w:r>
        <w:rPr>
          <w:sz w:val="22"/>
        </w:rPr>
        <w:t>D. 70</w:t>
      </w:r>
    </w:p>
    <w:p/>
    <w:p>
      <w:r>
        <w:rPr>
          <w:b/>
          <w:sz w:val="24"/>
        </w:rPr>
        <w:t>Câu 11: Tổng hai số là 100. Số lớn gấp 4 lần số bé. Tìm số lớn.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40</w:t>
      </w:r>
    </w:p>
    <w:p>
      <w:pPr>
        <w:pStyle w:val="ListParagraph"/>
      </w:pPr>
      <w:r>
        <w:rPr>
          <w:sz w:val="22"/>
        </w:rPr>
        <w:t>C. 80</w:t>
      </w:r>
    </w:p>
    <w:p>
      <w:pPr>
        <w:pStyle w:val="ListParagraph"/>
      </w:pPr>
      <w:r>
        <w:rPr>
          <w:sz w:val="22"/>
        </w:rPr>
        <w:t>D. 60</w:t>
      </w:r>
    </w:p>
    <w:p/>
    <w:p>
      <w:r>
        <w:rPr>
          <w:b/>
          <w:sz w:val="24"/>
        </w:rPr>
        <w:t>Câu 12: Tổng hai số là 90. Nếu thêm vào số bé 10 đơn vị thì hai số bằng nhau. Tìm số lớn.</w:t>
      </w:r>
    </w:p>
    <w:p>
      <w:pPr>
        <w:pStyle w:val="ListParagraph"/>
      </w:pPr>
      <w:r>
        <w:rPr>
          <w:sz w:val="22"/>
        </w:rPr>
        <w:t>A. 40</w:t>
      </w:r>
    </w:p>
    <w:p>
      <w:pPr>
        <w:pStyle w:val="ListParagraph"/>
      </w:pPr>
      <w:r>
        <w:rPr>
          <w:sz w:val="22"/>
        </w:rPr>
        <w:t>B. 50</w:t>
      </w:r>
    </w:p>
    <w:p>
      <w:pPr>
        <w:pStyle w:val="ListParagraph"/>
      </w:pPr>
      <w:r>
        <w:rPr>
          <w:sz w:val="22"/>
        </w:rPr>
        <w:t>C. 45</w:t>
      </w:r>
    </w:p>
    <w:p>
      <w:pPr>
        <w:pStyle w:val="ListParagraph"/>
      </w:pPr>
      <w:r>
        <w:rPr>
          <w:sz w:val="22"/>
        </w:rPr>
        <w:t>D. 55</w:t>
      </w:r>
    </w:p>
    <w:p/>
    <w:p>
      <w:r>
        <w:rPr>
          <w:b/>
          <w:sz w:val="24"/>
        </w:rPr>
        <w:t>Câu 13: Tổng hai số là 120. Số lớn bằng 3 lần số bé. Tìm số bé.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40</w:t>
      </w:r>
    </w:p>
    <w:p>
      <w:pPr>
        <w:pStyle w:val="ListParagraph"/>
      </w:pPr>
      <w:r>
        <w:rPr>
          <w:sz w:val="22"/>
        </w:rPr>
        <w:t>C. 90</w:t>
      </w:r>
    </w:p>
    <w:p>
      <w:pPr>
        <w:pStyle w:val="ListParagraph"/>
      </w:pPr>
      <w:r>
        <w:rPr>
          <w:sz w:val="22"/>
        </w:rPr>
        <w:t>D. 60</w:t>
      </w:r>
    </w:p>
    <w:p/>
    <w:p>
      <w:r>
        <w:rPr>
          <w:b/>
          <w:sz w:val="24"/>
        </w:rPr>
        <w:t>Câu 14: Tổng hai số là 150. Nếu bớt số lớn 20 đơn vị thì hai số bằng nhau. Tìm số bé.</w:t>
      </w:r>
    </w:p>
    <w:p>
      <w:pPr>
        <w:pStyle w:val="ListParagraph"/>
      </w:pPr>
      <w:r>
        <w:rPr>
          <w:sz w:val="22"/>
        </w:rPr>
        <w:t>A. 85</w:t>
      </w:r>
    </w:p>
    <w:p>
      <w:pPr>
        <w:pStyle w:val="ListParagraph"/>
      </w:pPr>
      <w:r>
        <w:rPr>
          <w:sz w:val="22"/>
        </w:rPr>
        <w:t>B. 65</w:t>
      </w:r>
    </w:p>
    <w:p>
      <w:pPr>
        <w:pStyle w:val="ListParagraph"/>
      </w:pPr>
      <w:r>
        <w:rPr>
          <w:sz w:val="22"/>
        </w:rPr>
        <w:t>C. 75</w:t>
      </w:r>
    </w:p>
    <w:p>
      <w:pPr>
        <w:pStyle w:val="ListParagraph"/>
      </w:pPr>
      <w:r>
        <w:rPr>
          <w:sz w:val="22"/>
        </w:rPr>
        <w:t>D. 55</w:t>
      </w:r>
    </w:p>
    <w:p/>
    <w:p>
      <w:r>
        <w:rPr>
          <w:b/>
          <w:sz w:val="24"/>
        </w:rPr>
        <w:t>Câu 15: Tổng hai số là 84. Số lớn bằng 5 lần số bé. Tìm hiệu hai số.</w:t>
      </w:r>
    </w:p>
    <w:p>
      <w:pPr>
        <w:pStyle w:val="ListParagraph"/>
      </w:pPr>
      <w:r>
        <w:rPr>
          <w:sz w:val="22"/>
        </w:rPr>
        <w:t>A. 56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70</w:t>
      </w:r>
    </w:p>
    <w:p>
      <w:pPr>
        <w:pStyle w:val="ListParagraph"/>
      </w:pPr>
      <w:r>
        <w:rPr>
          <w:sz w:val="22"/>
        </w:rPr>
        <w:t>D. 28</w:t>
      </w:r>
    </w:p>
    <w:p/>
    <w:p>
      <w:r>
        <w:rPr>
          <w:b/>
          <w:sz w:val="24"/>
        </w:rPr>
        <w:t>Câu 16: Một đoạn đường dài 100m, người ta trồng cây ở cả hai đầu, khoảng cách giữa các cây là 5m. Hỏi trồng được bao nhiêu cây?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21</w:t>
      </w:r>
    </w:p>
    <w:p>
      <w:pPr>
        <w:pStyle w:val="ListParagraph"/>
      </w:pPr>
      <w:r>
        <w:rPr>
          <w:sz w:val="22"/>
        </w:rPr>
        <w:t>C. 22</w:t>
      </w:r>
    </w:p>
    <w:p>
      <w:pPr>
        <w:pStyle w:val="ListParagraph"/>
      </w:pPr>
      <w:r>
        <w:rPr>
          <w:sz w:val="22"/>
        </w:rPr>
        <w:t>D. 19</w:t>
      </w:r>
    </w:p>
    <w:p/>
    <w:p>
      <w:r>
        <w:rPr>
          <w:b/>
          <w:sz w:val="24"/>
        </w:rPr>
        <w:t>Câu 17: Một đoạn đường dài 120m, trồng cây ở một đầu, khoảng cách giữa các cây là 6m. Hỏi trồng được bao nhiêu cây?</w:t>
      </w:r>
    </w:p>
    <w:p>
      <w:pPr>
        <w:pStyle w:val="ListParagraph"/>
      </w:pPr>
      <w:r>
        <w:rPr>
          <w:sz w:val="22"/>
        </w:rPr>
        <w:t>A. 19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21</w:t>
      </w:r>
    </w:p>
    <w:p>
      <w:pPr>
        <w:pStyle w:val="ListParagraph"/>
      </w:pPr>
      <w:r>
        <w:rPr>
          <w:sz w:val="22"/>
        </w:rPr>
        <w:t>D. 22</w:t>
      </w:r>
    </w:p>
    <w:p/>
    <w:p>
      <w:r>
        <w:rPr>
          <w:b/>
          <w:sz w:val="24"/>
        </w:rPr>
        <w:t>Câu 18: Một đoạn đường dài 150m, trồng cây ở cả hai đầu, khoảng cách giữa các cây là 10m. Hỏi có bao nhiêu khoảng cách giữa các cây?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19: Một vườn hình tròn có chu vi 80m, người ta trồng cây xung quanh, khoảng cách giữa các cây là 4m. Hỏi trồng được bao nhiêu cây?</w:t>
      </w:r>
    </w:p>
    <w:p>
      <w:pPr>
        <w:pStyle w:val="ListParagraph"/>
      </w:pPr>
      <w:r>
        <w:rPr>
          <w:sz w:val="22"/>
        </w:rPr>
        <w:t>A. 19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21</w:t>
      </w:r>
    </w:p>
    <w:p>
      <w:pPr>
        <w:pStyle w:val="ListParagraph"/>
      </w:pPr>
      <w:r>
        <w:rPr>
          <w:sz w:val="22"/>
        </w:rPr>
        <w:t>D. 22</w:t>
      </w:r>
    </w:p>
    <w:p/>
    <w:p>
      <w:r>
        <w:rPr>
          <w:b/>
          <w:sz w:val="24"/>
        </w:rPr>
        <w:t>Câu 20: Một đoạn đường dài 200m, người ta trồng cây ở cả hai đầu, khoảng cách giữa các cây là 8m. Hỏi trồng được bao nhiêu cây?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26</w:t>
      </w:r>
    </w:p>
    <w:p>
      <w:pPr>
        <w:pStyle w:val="ListParagraph"/>
      </w:pPr>
      <w:r>
        <w:rPr>
          <w:sz w:val="22"/>
        </w:rPr>
        <w:t>D. 27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