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Địa lý Lớp 12 - Bản đồ và các phương pháp biểu hiện trên bản đồ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Việt Nam nằm ở rìa phía đông của bán đảo Đông Dương, gần trung tâm khu vực nào?</w:t>
      </w:r>
    </w:p>
    <w:p>
      <w:pPr>
        <w:pStyle w:val="ListParagraph"/>
      </w:pPr>
      <w:r>
        <w:rPr>
          <w:sz w:val="22"/>
        </w:rPr>
        <w:t>A. Đông Nam Á</w:t>
      </w:r>
    </w:p>
    <w:p>
      <w:pPr>
        <w:pStyle w:val="ListParagraph"/>
      </w:pPr>
      <w:r>
        <w:rPr>
          <w:sz w:val="22"/>
        </w:rPr>
        <w:t>B. Nam Á</w:t>
      </w:r>
    </w:p>
    <w:p>
      <w:pPr>
        <w:pStyle w:val="ListParagraph"/>
      </w:pPr>
      <w:r>
        <w:rPr>
          <w:sz w:val="22"/>
        </w:rPr>
        <w:t>C. Đông Bắc Á</w:t>
      </w:r>
    </w:p>
    <w:p>
      <w:pPr>
        <w:pStyle w:val="ListParagraph"/>
      </w:pPr>
      <w:r>
        <w:rPr>
          <w:sz w:val="22"/>
        </w:rPr>
        <w:t>D. Tây Á</w:t>
      </w:r>
    </w:p>
    <w:p/>
    <w:p>
      <w:r>
        <w:rPr>
          <w:b/>
          <w:sz w:val="24"/>
        </w:rPr>
        <w:t>Câu 2: Đường biên giới trên đất liền của nước ta dài khoảng bao nhiêu km?</w:t>
      </w:r>
    </w:p>
    <w:p>
      <w:pPr>
        <w:pStyle w:val="ListParagraph"/>
      </w:pPr>
      <w:r>
        <w:rPr>
          <w:sz w:val="22"/>
        </w:rPr>
        <w:t>A. Hơn 4.500 km</w:t>
      </w:r>
    </w:p>
    <w:p>
      <w:pPr>
        <w:pStyle w:val="ListParagraph"/>
      </w:pPr>
      <w:r>
        <w:rPr>
          <w:sz w:val="22"/>
        </w:rPr>
        <w:t>B. Hơn 4.000 km</w:t>
      </w:r>
    </w:p>
    <w:p>
      <w:pPr>
        <w:pStyle w:val="ListParagraph"/>
      </w:pPr>
      <w:r>
        <w:rPr>
          <w:sz w:val="22"/>
        </w:rPr>
        <w:t>C. Hơn 5.000 km</w:t>
      </w:r>
    </w:p>
    <w:p>
      <w:pPr>
        <w:pStyle w:val="ListParagraph"/>
      </w:pPr>
      <w:r>
        <w:rPr>
          <w:sz w:val="22"/>
        </w:rPr>
        <w:t>D. Hơn 3.500 km</w:t>
      </w:r>
    </w:p>
    <w:p/>
    <w:p>
      <w:r>
        <w:rPr>
          <w:b/>
          <w:sz w:val="24"/>
        </w:rPr>
        <w:t>Câu 3: Phần đất liền nước ta kéo dài theo chiều bắc - nam, từ vĩ độ 23°23'B đến vĩ độ nào?</w:t>
      </w:r>
    </w:p>
    <w:p>
      <w:pPr>
        <w:pStyle w:val="ListParagraph"/>
      </w:pPr>
      <w:r>
        <w:rPr>
          <w:sz w:val="22"/>
        </w:rPr>
        <w:t>A. 8°34'B</w:t>
      </w:r>
    </w:p>
    <w:p>
      <w:pPr>
        <w:pStyle w:val="ListParagraph"/>
      </w:pPr>
      <w:r>
        <w:rPr>
          <w:sz w:val="22"/>
        </w:rPr>
        <w:t>B. 8°30'B</w:t>
      </w:r>
    </w:p>
    <w:p>
      <w:pPr>
        <w:pStyle w:val="ListParagraph"/>
      </w:pPr>
      <w:r>
        <w:rPr>
          <w:sz w:val="22"/>
        </w:rPr>
        <w:t>C. 8°40'B</w:t>
      </w:r>
    </w:p>
    <w:p>
      <w:pPr>
        <w:pStyle w:val="ListParagraph"/>
      </w:pPr>
      <w:r>
        <w:rPr>
          <w:sz w:val="22"/>
        </w:rPr>
        <w:t>D. 8°45'B</w:t>
      </w:r>
    </w:p>
    <w:p/>
    <w:p>
      <w:r>
        <w:rPr>
          <w:b/>
          <w:sz w:val="24"/>
        </w:rPr>
        <w:t>Câu 4: Đặc điểm nào sau đây không đúng với vị trí địa lí của nước ta?</w:t>
      </w:r>
    </w:p>
    <w:p>
      <w:pPr>
        <w:pStyle w:val="ListParagraph"/>
      </w:pPr>
      <w:r>
        <w:rPr>
          <w:sz w:val="22"/>
        </w:rPr>
        <w:t>A. Nằm ở trung tâm bán đảo Đông Dương</w:t>
      </w:r>
    </w:p>
    <w:p>
      <w:pPr>
        <w:pStyle w:val="ListParagraph"/>
      </w:pPr>
      <w:r>
        <w:rPr>
          <w:sz w:val="22"/>
        </w:rPr>
        <w:t>B. Nằm ở rìa phía đông bán đảo Đông Dương</w:t>
      </w:r>
    </w:p>
    <w:p>
      <w:pPr>
        <w:pStyle w:val="ListParagraph"/>
      </w:pPr>
      <w:r>
        <w:rPr>
          <w:sz w:val="22"/>
        </w:rPr>
        <w:t>C. Gần trung tâm khu vực Đông Nam Á</w:t>
      </w:r>
    </w:p>
    <w:p>
      <w:pPr>
        <w:pStyle w:val="ListParagraph"/>
      </w:pPr>
      <w:r>
        <w:rPr>
          <w:sz w:val="22"/>
        </w:rPr>
        <w:t>D. Có vùng biển rộng lớn</w:t>
      </w:r>
    </w:p>
    <w:p/>
    <w:p>
      <w:r>
        <w:rPr>
          <w:b/>
          <w:sz w:val="24"/>
        </w:rPr>
        <w:t>Câu 5: Nước ta có đường bờ biển dài khoảng bao nhiêu km?</w:t>
      </w:r>
    </w:p>
    <w:p>
      <w:pPr>
        <w:pStyle w:val="ListParagraph"/>
      </w:pPr>
      <w:r>
        <w:rPr>
          <w:sz w:val="22"/>
        </w:rPr>
        <w:t>A. 3.260 km</w:t>
      </w:r>
    </w:p>
    <w:p>
      <w:pPr>
        <w:pStyle w:val="ListParagraph"/>
      </w:pPr>
      <w:r>
        <w:rPr>
          <w:sz w:val="22"/>
        </w:rPr>
        <w:t>B. 3.360 km</w:t>
      </w:r>
    </w:p>
    <w:p>
      <w:pPr>
        <w:pStyle w:val="ListParagraph"/>
      </w:pPr>
      <w:r>
        <w:rPr>
          <w:sz w:val="22"/>
        </w:rPr>
        <w:t>C. 3.460 km</w:t>
      </w:r>
    </w:p>
    <w:p>
      <w:pPr>
        <w:pStyle w:val="ListParagraph"/>
      </w:pPr>
      <w:r>
        <w:rPr>
          <w:sz w:val="22"/>
        </w:rPr>
        <w:t>D. 3.160 km</w:t>
      </w:r>
    </w:p>
    <w:p/>
    <w:p>
      <w:r>
        <w:rPr>
          <w:b/>
          <w:sz w:val="24"/>
        </w:rPr>
        <w:t>Câu 6: Việt Nam có chung đường biên giới trên đất liền với bao nhiêu quốc gia?</w:t>
      </w:r>
    </w:p>
    <w:p>
      <w:pPr>
        <w:pStyle w:val="ListParagraph"/>
      </w:pPr>
      <w:r>
        <w:rPr>
          <w:sz w:val="22"/>
        </w:rPr>
        <w:t>A. 3 quốc gia</w:t>
      </w:r>
    </w:p>
    <w:p>
      <w:pPr>
        <w:pStyle w:val="ListParagraph"/>
      </w:pPr>
      <w:r>
        <w:rPr>
          <w:sz w:val="22"/>
        </w:rPr>
        <w:t>B. 2 quốc gia</w:t>
      </w:r>
    </w:p>
    <w:p>
      <w:pPr>
        <w:pStyle w:val="ListParagraph"/>
      </w:pPr>
      <w:r>
        <w:rPr>
          <w:sz w:val="22"/>
        </w:rPr>
        <w:t>C. 4 quốc gia</w:t>
      </w:r>
    </w:p>
    <w:p>
      <w:pPr>
        <w:pStyle w:val="ListParagraph"/>
      </w:pPr>
      <w:r>
        <w:rPr>
          <w:sz w:val="22"/>
        </w:rPr>
        <w:t>D. 5 quốc gia</w:t>
      </w:r>
    </w:p>
    <w:p/>
    <w:p>
      <w:r>
        <w:rPr>
          <w:b/>
          <w:sz w:val="24"/>
        </w:rPr>
        <w:t>Câu 7: Đặc điểm nào sau đây là biểu hiện của thiên nhiên nhiệt đới ẩm gió mùa ở nước ta?</w:t>
      </w:r>
    </w:p>
    <w:p>
      <w:pPr>
        <w:pStyle w:val="ListParagraph"/>
      </w:pPr>
      <w:r>
        <w:rPr>
          <w:sz w:val="22"/>
        </w:rPr>
        <w:t>A. Nhiệt độ trung bình năm cao, lượng mưa lớn, độ ẩm cao</w:t>
      </w:r>
    </w:p>
    <w:p>
      <w:pPr>
        <w:pStyle w:val="ListParagraph"/>
      </w:pPr>
      <w:r>
        <w:rPr>
          <w:sz w:val="22"/>
        </w:rPr>
        <w:t>B. Nhiệt độ trung bình năm thấp, mưa ít</w:t>
      </w:r>
    </w:p>
    <w:p>
      <w:pPr>
        <w:pStyle w:val="ListParagraph"/>
      </w:pPr>
      <w:r>
        <w:rPr>
          <w:sz w:val="22"/>
        </w:rPr>
        <w:t>C. Khí hậu khô hạn, phân mùa rõ rệt</w:t>
      </w:r>
    </w:p>
    <w:p>
      <w:pPr>
        <w:pStyle w:val="ListParagraph"/>
      </w:pPr>
      <w:r>
        <w:rPr>
          <w:sz w:val="22"/>
        </w:rPr>
        <w:t>D. Cảnh quan thiên nhiên mang tính chất ôn đới</w:t>
      </w:r>
    </w:p>
    <w:p/>
    <w:p>
      <w:r>
        <w:rPr>
          <w:b/>
          <w:sz w:val="24"/>
        </w:rPr>
        <w:t>Câu 8: Hướng nghiêng chung của địa hình nước ta là</w:t>
      </w:r>
    </w:p>
    <w:p>
      <w:pPr>
        <w:pStyle w:val="ListParagraph"/>
      </w:pPr>
      <w:r>
        <w:rPr>
          <w:sz w:val="22"/>
        </w:rPr>
        <w:t>A. Tây Bắc - Đông Nam</w:t>
      </w:r>
    </w:p>
    <w:p>
      <w:pPr>
        <w:pStyle w:val="ListParagraph"/>
      </w:pPr>
      <w:r>
        <w:rPr>
          <w:sz w:val="22"/>
        </w:rPr>
        <w:t>B. Đông Bắc - Tây Nam</w:t>
      </w:r>
    </w:p>
    <w:p>
      <w:pPr>
        <w:pStyle w:val="ListParagraph"/>
      </w:pPr>
      <w:r>
        <w:rPr>
          <w:sz w:val="22"/>
        </w:rPr>
        <w:t>C. Bắc - Nam</w:t>
      </w:r>
    </w:p>
    <w:p>
      <w:pPr>
        <w:pStyle w:val="ListParagraph"/>
      </w:pPr>
      <w:r>
        <w:rPr>
          <w:sz w:val="22"/>
        </w:rPr>
        <w:t>D. Đông - Tây</w:t>
      </w:r>
    </w:p>
    <w:p/>
    <w:p>
      <w:r>
        <w:rPr>
          <w:b/>
          <w:sz w:val="24"/>
        </w:rPr>
        <w:t>Câu 9: Đồng bằng sông Hồng và đồng bằng sông Cửu Long là hai đồng bằng châu thổ lớn của nước ta, được hình thành chủ yếu do</w:t>
      </w:r>
    </w:p>
    <w:p>
      <w:pPr>
        <w:pStyle w:val="ListParagraph"/>
      </w:pPr>
      <w:r>
        <w:rPr>
          <w:sz w:val="22"/>
        </w:rPr>
        <w:t>A. Phù sa sông bồi đắp</w:t>
      </w:r>
    </w:p>
    <w:p>
      <w:pPr>
        <w:pStyle w:val="ListParagraph"/>
      </w:pPr>
      <w:r>
        <w:rPr>
          <w:sz w:val="22"/>
        </w:rPr>
        <w:t>B. Phù sa biển bồi đắp</w:t>
      </w:r>
    </w:p>
    <w:p>
      <w:pPr>
        <w:pStyle w:val="ListParagraph"/>
      </w:pPr>
      <w:r>
        <w:rPr>
          <w:sz w:val="22"/>
        </w:rPr>
        <w:t>C. Quá trình bóc mòn</w:t>
      </w:r>
    </w:p>
    <w:p>
      <w:pPr>
        <w:pStyle w:val="ListParagraph"/>
      </w:pPr>
      <w:r>
        <w:rPr>
          <w:sz w:val="22"/>
        </w:rPr>
        <w:t>D. Vận động nâng lên của địa hình</w:t>
      </w:r>
    </w:p>
    <w:p/>
    <w:p>
      <w:r>
        <w:rPr>
          <w:b/>
          <w:sz w:val="24"/>
        </w:rPr>
        <w:t>Câu 10: Tính chất nhiệt đới của khí hậu nước ta được quy định bởi</w:t>
      </w:r>
    </w:p>
    <w:p>
      <w:pPr>
        <w:pStyle w:val="ListParagraph"/>
      </w:pPr>
      <w:r>
        <w:rPr>
          <w:sz w:val="22"/>
        </w:rPr>
        <w:t>A. Vị trí địa lí nằm trong vùng nội chí tuyến</w:t>
      </w:r>
    </w:p>
    <w:p>
      <w:pPr>
        <w:pStyle w:val="ListParagraph"/>
      </w:pPr>
      <w:r>
        <w:rPr>
          <w:sz w:val="22"/>
        </w:rPr>
        <w:t>B. Ảnh hưởng của gió mùa Đông Bắc</w:t>
      </w:r>
    </w:p>
    <w:p>
      <w:pPr>
        <w:pStyle w:val="ListParagraph"/>
      </w:pPr>
      <w:r>
        <w:rPr>
          <w:sz w:val="22"/>
        </w:rPr>
        <w:t>C. Địa hình chủ yếu là đồi núi thấp</w:t>
      </w:r>
    </w:p>
    <w:p>
      <w:pPr>
        <w:pStyle w:val="ListParagraph"/>
      </w:pPr>
      <w:r>
        <w:rPr>
          <w:sz w:val="22"/>
        </w:rPr>
        <w:t>D. Tiếp giáp với Biển Đông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