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30 câu trắc nghiệm Tiếng Anh a long and heatl...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The main goal of a healthy lifestyle is to improve your overall ______.</w:t>
      </w:r>
    </w:p>
    <w:p>
      <w:pPr>
        <w:pStyle w:val="ListParagraph"/>
      </w:pPr>
      <w:r>
        <w:rPr>
          <w:sz w:val="22"/>
        </w:rPr>
        <w:t>A. wealth</w:t>
      </w:r>
    </w:p>
    <w:p>
      <w:pPr>
        <w:pStyle w:val="ListParagraph"/>
      </w:pPr>
      <w:r>
        <w:rPr>
          <w:sz w:val="22"/>
        </w:rPr>
        <w:t>B. well-being</w:t>
      </w:r>
    </w:p>
    <w:p>
      <w:pPr>
        <w:pStyle w:val="ListParagraph"/>
      </w:pPr>
      <w:r>
        <w:rPr>
          <w:sz w:val="22"/>
        </w:rPr>
        <w:t>C. appearance</w:t>
      </w:r>
    </w:p>
    <w:p>
      <w:pPr>
        <w:pStyle w:val="ListParagraph"/>
      </w:pPr>
      <w:r>
        <w:rPr>
          <w:sz w:val="22"/>
        </w:rPr>
        <w:t>D. popularity</w:t>
      </w:r>
    </w:p>
    <w:p/>
    <w:p>
      <w:r>
        <w:rPr>
          <w:b/>
          <w:sz w:val="24"/>
        </w:rPr>
        <w:t>Câu 2: A ______ diet includes a variety of foods in the right amounts.</w:t>
      </w:r>
    </w:p>
    <w:p>
      <w:pPr>
        <w:pStyle w:val="ListParagraph"/>
      </w:pPr>
      <w:r>
        <w:rPr>
          <w:sz w:val="22"/>
        </w:rPr>
        <w:t>A. balanced</w:t>
      </w:r>
    </w:p>
    <w:p>
      <w:pPr>
        <w:pStyle w:val="ListParagraph"/>
      </w:pPr>
      <w:r>
        <w:rPr>
          <w:sz w:val="22"/>
        </w:rPr>
        <w:t>B. harmful</w:t>
      </w:r>
    </w:p>
    <w:p>
      <w:pPr>
        <w:pStyle w:val="ListParagraph"/>
      </w:pPr>
      <w:r>
        <w:rPr>
          <w:sz w:val="22"/>
        </w:rPr>
        <w:t>C. strict</w:t>
      </w:r>
    </w:p>
    <w:p>
      <w:pPr>
        <w:pStyle w:val="ListParagraph"/>
      </w:pPr>
      <w:r>
        <w:rPr>
          <w:sz w:val="22"/>
        </w:rPr>
        <w:t>D. fast</w:t>
      </w:r>
    </w:p>
    <w:p/>
    <w:p>
      <w:r>
        <w:rPr>
          <w:b/>
          <w:sz w:val="24"/>
        </w:rPr>
        <w:t>Câu 3: Regular exercise can help you ______ your immune system.</w:t>
      </w:r>
    </w:p>
    <w:p>
      <w:pPr>
        <w:pStyle w:val="ListParagraph"/>
      </w:pPr>
      <w:r>
        <w:rPr>
          <w:sz w:val="22"/>
        </w:rPr>
        <w:t>A. weaken</w:t>
      </w:r>
    </w:p>
    <w:p>
      <w:pPr>
        <w:pStyle w:val="ListParagraph"/>
      </w:pPr>
      <w:r>
        <w:rPr>
          <w:sz w:val="22"/>
        </w:rPr>
        <w:t>B. strengthen</w:t>
      </w:r>
    </w:p>
    <w:p>
      <w:pPr>
        <w:pStyle w:val="ListParagraph"/>
      </w:pPr>
      <w:r>
        <w:rPr>
          <w:sz w:val="22"/>
        </w:rPr>
        <w:t>C. damage</w:t>
      </w:r>
    </w:p>
    <w:p>
      <w:pPr>
        <w:pStyle w:val="ListParagraph"/>
      </w:pPr>
      <w:r>
        <w:rPr>
          <w:sz w:val="22"/>
        </w:rPr>
        <w:t>D. ignore</w:t>
      </w:r>
    </w:p>
    <w:p/>
    <w:p>
      <w:r>
        <w:rPr>
          <w:b/>
          <w:sz w:val="24"/>
        </w:rPr>
        <w:t>Câu 4: People who live to be 100 or more are often called ______.</w:t>
      </w:r>
    </w:p>
    <w:p>
      <w:pPr>
        <w:pStyle w:val="ListParagraph"/>
      </w:pPr>
      <w:r>
        <w:rPr>
          <w:sz w:val="22"/>
        </w:rPr>
        <w:t>A. centenarians</w:t>
      </w:r>
    </w:p>
    <w:p>
      <w:pPr>
        <w:pStyle w:val="ListParagraph"/>
      </w:pPr>
      <w:r>
        <w:rPr>
          <w:sz w:val="22"/>
        </w:rPr>
        <w:t>B. teenagers</w:t>
      </w:r>
    </w:p>
    <w:p>
      <w:pPr>
        <w:pStyle w:val="ListParagraph"/>
      </w:pPr>
      <w:r>
        <w:rPr>
          <w:sz w:val="22"/>
        </w:rPr>
        <w:t>C. patients</w:t>
      </w:r>
    </w:p>
    <w:p>
      <w:pPr>
        <w:pStyle w:val="ListParagraph"/>
      </w:pPr>
      <w:r>
        <w:rPr>
          <w:sz w:val="22"/>
        </w:rPr>
        <w:t>D. customers</w:t>
      </w:r>
    </w:p>
    <w:p/>
    <w:p>
      <w:r>
        <w:rPr>
          <w:b/>
          <w:sz w:val="24"/>
        </w:rPr>
        <w:t>Câu 5: ______ is the length of time a person is expected to live.</w:t>
      </w:r>
    </w:p>
    <w:p>
      <w:pPr>
        <w:pStyle w:val="ListParagraph"/>
      </w:pPr>
      <w:r>
        <w:rPr>
          <w:sz w:val="22"/>
        </w:rPr>
        <w:t>A. Life expectancy</w:t>
      </w:r>
    </w:p>
    <w:p>
      <w:pPr>
        <w:pStyle w:val="ListParagraph"/>
      </w:pPr>
      <w:r>
        <w:rPr>
          <w:sz w:val="22"/>
        </w:rPr>
        <w:t>B. Life story</w:t>
      </w:r>
    </w:p>
    <w:p>
      <w:pPr>
        <w:pStyle w:val="ListParagraph"/>
      </w:pPr>
      <w:r>
        <w:rPr>
          <w:sz w:val="22"/>
        </w:rPr>
        <w:t>C. Life style</w:t>
      </w:r>
    </w:p>
    <w:p>
      <w:pPr>
        <w:pStyle w:val="ListParagraph"/>
      </w:pPr>
      <w:r>
        <w:rPr>
          <w:sz w:val="22"/>
        </w:rPr>
        <w:t>D. Life guard</w:t>
      </w:r>
    </w:p>
    <w:p/>
    <w:p>
      <w:r>
        <w:rPr>
          <w:b/>
          <w:sz w:val="24"/>
        </w:rPr>
        <w:t>Câu 6: Eating too much fast food can lead to ______.</w:t>
      </w:r>
    </w:p>
    <w:p>
      <w:pPr>
        <w:pStyle w:val="ListParagraph"/>
      </w:pPr>
      <w:r>
        <w:rPr>
          <w:sz w:val="22"/>
        </w:rPr>
        <w:t>A. obesity</w:t>
      </w:r>
    </w:p>
    <w:p>
      <w:pPr>
        <w:pStyle w:val="ListParagraph"/>
      </w:pPr>
      <w:r>
        <w:rPr>
          <w:sz w:val="22"/>
        </w:rPr>
        <w:t>B. fitness</w:t>
      </w:r>
    </w:p>
    <w:p>
      <w:pPr>
        <w:pStyle w:val="ListParagraph"/>
      </w:pPr>
      <w:r>
        <w:rPr>
          <w:sz w:val="22"/>
        </w:rPr>
        <w:t>C. energy</w:t>
      </w:r>
    </w:p>
    <w:p>
      <w:pPr>
        <w:pStyle w:val="ListParagraph"/>
      </w:pPr>
      <w:r>
        <w:rPr>
          <w:sz w:val="22"/>
        </w:rPr>
        <w:t>D. longevity</w:t>
      </w:r>
    </w:p>
    <w:p/>
    <w:p>
      <w:r>
        <w:rPr>
          <w:b/>
          <w:sz w:val="24"/>
        </w:rPr>
        <w:t>Câu 7: You should cut down ______ sugary drinks if you want to lose weight.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in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8: My brother has ______ yoga for two years to reduce stress.</w:t>
      </w:r>
    </w:p>
    <w:p>
      <w:pPr>
        <w:pStyle w:val="ListParagraph"/>
      </w:pPr>
      <w:r>
        <w:rPr>
          <w:sz w:val="22"/>
        </w:rPr>
        <w:t>A. taken up</w:t>
      </w:r>
    </w:p>
    <w:p>
      <w:pPr>
        <w:pStyle w:val="ListParagraph"/>
      </w:pPr>
      <w:r>
        <w:rPr>
          <w:sz w:val="22"/>
        </w:rPr>
        <w:t>B. given up</w:t>
      </w:r>
    </w:p>
    <w:p>
      <w:pPr>
        <w:pStyle w:val="ListParagraph"/>
      </w:pPr>
      <w:r>
        <w:rPr>
          <w:sz w:val="22"/>
        </w:rPr>
        <w:t>C. put on</w:t>
      </w:r>
    </w:p>
    <w:p>
      <w:pPr>
        <w:pStyle w:val="ListParagraph"/>
      </w:pPr>
      <w:r>
        <w:rPr>
          <w:sz w:val="22"/>
        </w:rPr>
        <w:t>D. cut down</w:t>
      </w:r>
    </w:p>
    <w:p/>
    <w:p>
      <w:r>
        <w:rPr>
          <w:b/>
          <w:sz w:val="24"/>
        </w:rPr>
        <w:t>Câu 9: Don't ______ up. You can still improve your health.</w:t>
      </w:r>
    </w:p>
    <w:p>
      <w:pPr>
        <w:pStyle w:val="ListParagraph"/>
      </w:pPr>
      <w:r>
        <w:rPr>
          <w:sz w:val="22"/>
        </w:rPr>
        <w:t>A. give</w:t>
      </w:r>
    </w:p>
    <w:p>
      <w:pPr>
        <w:pStyle w:val="ListParagraph"/>
      </w:pPr>
      <w:r>
        <w:rPr>
          <w:sz w:val="22"/>
        </w:rPr>
        <w:t>B. take</w:t>
      </w:r>
    </w:p>
    <w:p>
      <w:pPr>
        <w:pStyle w:val="ListParagraph"/>
      </w:pPr>
      <w:r>
        <w:rPr>
          <w:sz w:val="22"/>
        </w:rPr>
        <w:t>C. put</w:t>
      </w:r>
    </w:p>
    <w:p>
      <w:pPr>
        <w:pStyle w:val="ListParagraph"/>
      </w:pPr>
      <w:r>
        <w:rPr>
          <w:sz w:val="22"/>
        </w:rPr>
        <w:t>D. work</w:t>
      </w:r>
    </w:p>
    <w:p/>
    <w:p>
      <w:r>
        <w:rPr>
          <w:b/>
          <w:sz w:val="24"/>
        </w:rPr>
        <w:t>Câu 10: A ______ lifestyle with little physical activity is bad for your health.</w:t>
      </w:r>
    </w:p>
    <w:p>
      <w:pPr>
        <w:pStyle w:val="ListParagraph"/>
      </w:pPr>
      <w:r>
        <w:rPr>
          <w:sz w:val="22"/>
        </w:rPr>
        <w:t>A. sedentary</w:t>
      </w:r>
    </w:p>
    <w:p>
      <w:pPr>
        <w:pStyle w:val="ListParagraph"/>
      </w:pPr>
      <w:r>
        <w:rPr>
          <w:sz w:val="22"/>
        </w:rPr>
        <w:t>B. active</w:t>
      </w:r>
    </w:p>
    <w:p>
      <w:pPr>
        <w:pStyle w:val="ListParagraph"/>
      </w:pPr>
      <w:r>
        <w:rPr>
          <w:sz w:val="22"/>
        </w:rPr>
        <w:t>C. balanced</w:t>
      </w:r>
    </w:p>
    <w:p>
      <w:pPr>
        <w:pStyle w:val="ListParagraph"/>
      </w:pPr>
      <w:r>
        <w:rPr>
          <w:sz w:val="22"/>
        </w:rPr>
        <w:t>D. nutritious</w:t>
      </w:r>
    </w:p>
    <w:p/>
    <w:p>
      <w:r>
        <w:rPr>
          <w:b/>
          <w:sz w:val="24"/>
        </w:rPr>
        <w:t>Câu 11: I ______ to the gym three times a week.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am going</w:t>
      </w:r>
    </w:p>
    <w:p>
      <w:pPr>
        <w:pStyle w:val="ListParagraph"/>
      </w:pPr>
      <w:r>
        <w:rPr>
          <w:sz w:val="22"/>
        </w:rPr>
        <w:t>C. have gone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12: She ______ a healthy diet since last year.</w:t>
      </w:r>
    </w:p>
    <w:p>
      <w:pPr>
        <w:pStyle w:val="ListParagraph"/>
      </w:pPr>
      <w:r>
        <w:rPr>
          <w:sz w:val="22"/>
        </w:rPr>
        <w:t>A. follows</w:t>
      </w:r>
    </w:p>
    <w:p>
      <w:pPr>
        <w:pStyle w:val="ListParagraph"/>
      </w:pPr>
      <w:r>
        <w:rPr>
          <w:sz w:val="22"/>
        </w:rPr>
        <w:t>B. followed</w:t>
      </w:r>
    </w:p>
    <w:p>
      <w:pPr>
        <w:pStyle w:val="ListParagraph"/>
      </w:pPr>
      <w:r>
        <w:rPr>
          <w:sz w:val="22"/>
        </w:rPr>
        <w:t>C. has followed</w:t>
      </w:r>
    </w:p>
    <w:p>
      <w:pPr>
        <w:pStyle w:val="ListParagraph"/>
      </w:pPr>
      <w:r>
        <w:rPr>
          <w:sz w:val="22"/>
        </w:rPr>
        <w:t>D. is following</w:t>
      </w:r>
    </w:p>
    <w:p/>
    <w:p>
      <w:r>
        <w:rPr>
          <w:b/>
          <w:sz w:val="24"/>
        </w:rPr>
        <w:t>Câu 13: We ______ any fast food last week.</w:t>
      </w:r>
    </w:p>
    <w:p>
      <w:pPr>
        <w:pStyle w:val="ListParagraph"/>
      </w:pPr>
      <w:r>
        <w:rPr>
          <w:sz w:val="22"/>
        </w:rPr>
        <w:t>A. didn't eat</w:t>
      </w:r>
    </w:p>
    <w:p>
      <w:pPr>
        <w:pStyle w:val="ListParagraph"/>
      </w:pPr>
      <w:r>
        <w:rPr>
          <w:sz w:val="22"/>
        </w:rPr>
        <w:t>B. haven't eaten</w:t>
      </w:r>
    </w:p>
    <w:p>
      <w:pPr>
        <w:pStyle w:val="ListParagraph"/>
      </w:pPr>
      <w:r>
        <w:rPr>
          <w:sz w:val="22"/>
        </w:rPr>
        <w:t>C. don't eat</w:t>
      </w:r>
    </w:p>
    <w:p>
      <w:pPr>
        <w:pStyle w:val="ListParagraph"/>
      </w:pPr>
      <w:r>
        <w:rPr>
          <w:sz w:val="22"/>
        </w:rPr>
        <w:t>D. aren't eating</w:t>
      </w:r>
    </w:p>
    <w:p/>
    <w:p>
      <w:r>
        <w:rPr>
          <w:b/>
          <w:sz w:val="24"/>
        </w:rPr>
        <w:t>Câu 14: How long ______ you ______ in this fitness center?</w:t>
      </w:r>
    </w:p>
    <w:p>
      <w:pPr>
        <w:pStyle w:val="ListParagraph"/>
      </w:pPr>
      <w:r>
        <w:rPr>
          <w:sz w:val="22"/>
        </w:rPr>
        <w:t>A. do / train</w:t>
      </w:r>
    </w:p>
    <w:p>
      <w:pPr>
        <w:pStyle w:val="ListParagraph"/>
      </w:pPr>
      <w:r>
        <w:rPr>
          <w:sz w:val="22"/>
        </w:rPr>
        <w:t>B. have / trained</w:t>
      </w:r>
    </w:p>
    <w:p>
      <w:pPr>
        <w:pStyle w:val="ListParagraph"/>
      </w:pPr>
      <w:r>
        <w:rPr>
          <w:sz w:val="22"/>
        </w:rPr>
        <w:t>C. did / train</w:t>
      </w:r>
    </w:p>
    <w:p>
      <w:pPr>
        <w:pStyle w:val="ListParagraph"/>
      </w:pPr>
      <w:r>
        <w:rPr>
          <w:sz w:val="22"/>
        </w:rPr>
        <w:t>D. are / training</w:t>
      </w:r>
    </w:p>
    <w:p/>
    <w:p>
      <w:r>
        <w:rPr>
          <w:b/>
          <w:sz w:val="24"/>
        </w:rPr>
        <w:t>Câu 15: He ______ his homework yet, so he can't go out.</w:t>
      </w:r>
    </w:p>
    <w:p>
      <w:pPr>
        <w:pStyle w:val="ListParagraph"/>
      </w:pPr>
      <w:r>
        <w:rPr>
          <w:sz w:val="22"/>
        </w:rPr>
        <w:t>A. doesn't finish</w:t>
      </w:r>
    </w:p>
    <w:p>
      <w:pPr>
        <w:pStyle w:val="ListParagraph"/>
      </w:pPr>
      <w:r>
        <w:rPr>
          <w:sz w:val="22"/>
        </w:rPr>
        <w:t>B. didn't finish</w:t>
      </w:r>
    </w:p>
    <w:p>
      <w:pPr>
        <w:pStyle w:val="ListParagraph"/>
      </w:pPr>
      <w:r>
        <w:rPr>
          <w:sz w:val="22"/>
        </w:rPr>
        <w:t>C. hasn't finished</w:t>
      </w:r>
    </w:p>
    <w:p>
      <w:pPr>
        <w:pStyle w:val="ListParagraph"/>
      </w:pPr>
      <w:r>
        <w:rPr>
          <w:sz w:val="22"/>
        </w:rPr>
        <w:t>D. isn't finishing</w:t>
      </w:r>
    </w:p>
    <w:p/>
    <w:p>
      <w:r>
        <w:rPr>
          <w:b/>
          <w:sz w:val="24"/>
        </w:rPr>
        <w:t>Câu 16: When I was young, I ______ a lot of sweets.</w:t>
      </w:r>
    </w:p>
    <w:p>
      <w:pPr>
        <w:pStyle w:val="ListParagraph"/>
      </w:pPr>
      <w:r>
        <w:rPr>
          <w:sz w:val="22"/>
        </w:rPr>
        <w:t>A. eat</w:t>
      </w:r>
    </w:p>
    <w:p>
      <w:pPr>
        <w:pStyle w:val="ListParagraph"/>
      </w:pPr>
      <w:r>
        <w:rPr>
          <w:sz w:val="22"/>
        </w:rPr>
        <w:t>B. ate</w:t>
      </w:r>
    </w:p>
    <w:p>
      <w:pPr>
        <w:pStyle w:val="ListParagraph"/>
      </w:pPr>
      <w:r>
        <w:rPr>
          <w:sz w:val="22"/>
        </w:rPr>
        <w:t>C. have eaten</w:t>
      </w:r>
    </w:p>
    <w:p>
      <w:pPr>
        <w:pStyle w:val="ListParagraph"/>
      </w:pPr>
      <w:r>
        <w:rPr>
          <w:sz w:val="22"/>
        </w:rPr>
        <w:t>D. am eating</w:t>
      </w:r>
    </w:p>
    <w:p/>
    <w:p>
      <w:r>
        <w:rPr>
          <w:b/>
          <w:sz w:val="24"/>
        </w:rPr>
        <w:t>Câu 17: They ______ to Australia for a health conference in 2020.</w:t>
      </w:r>
    </w:p>
    <w:p>
      <w:pPr>
        <w:pStyle w:val="ListParagraph"/>
      </w:pPr>
      <w:r>
        <w:rPr>
          <w:sz w:val="22"/>
        </w:rPr>
        <w:t>A. have gone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go</w:t>
      </w:r>
    </w:p>
    <w:p>
      <w:pPr>
        <w:pStyle w:val="ListParagraph"/>
      </w:pPr>
      <w:r>
        <w:rPr>
          <w:sz w:val="22"/>
        </w:rPr>
        <w:t>D. are going</w:t>
      </w:r>
    </w:p>
    <w:p/>
    <w:p>
      <w:r>
        <w:rPr>
          <w:b/>
          <w:sz w:val="24"/>
        </w:rPr>
        <w:t>Câu 18: I ______ this book about longevity twice.</w:t>
      </w:r>
    </w:p>
    <w:p>
      <w:pPr>
        <w:pStyle w:val="ListParagraph"/>
      </w:pPr>
      <w:r>
        <w:rPr>
          <w:sz w:val="22"/>
        </w:rPr>
        <w:t>A. read</w:t>
      </w:r>
    </w:p>
    <w:p>
      <w:pPr>
        <w:pStyle w:val="ListParagraph"/>
      </w:pPr>
      <w:r>
        <w:rPr>
          <w:sz w:val="22"/>
        </w:rPr>
        <w:t>B. have read</w:t>
      </w:r>
    </w:p>
    <w:p>
      <w:pPr>
        <w:pStyle w:val="ListParagraph"/>
      </w:pPr>
      <w:r>
        <w:rPr>
          <w:sz w:val="22"/>
        </w:rPr>
        <w:t>C. am reading</w:t>
      </w:r>
    </w:p>
    <w:p>
      <w:pPr>
        <w:pStyle w:val="ListParagraph"/>
      </w:pPr>
      <w:r>
        <w:rPr>
          <w:sz w:val="22"/>
        </w:rPr>
        <w:t>D. was reading</w:t>
      </w:r>
    </w:p>
    <w:p/>
    <w:p>
      <w:r>
        <w:rPr>
          <w:b/>
          <w:sz w:val="24"/>
        </w:rPr>
        <w:t>Câu 19: You look tired. ______ you ______ enough sleep lately?</w:t>
      </w:r>
    </w:p>
    <w:p>
      <w:pPr>
        <w:pStyle w:val="ListParagraph"/>
      </w:pPr>
      <w:r>
        <w:rPr>
          <w:sz w:val="22"/>
        </w:rPr>
        <w:t>A. Do / get</w:t>
      </w:r>
    </w:p>
    <w:p>
      <w:pPr>
        <w:pStyle w:val="ListParagraph"/>
      </w:pPr>
      <w:r>
        <w:rPr>
          <w:sz w:val="22"/>
        </w:rPr>
        <w:t>B. Did / get</w:t>
      </w:r>
    </w:p>
    <w:p>
      <w:pPr>
        <w:pStyle w:val="ListParagraph"/>
      </w:pPr>
      <w:r>
        <w:rPr>
          <w:sz w:val="22"/>
        </w:rPr>
        <w:t>C. Have / got</w:t>
      </w:r>
    </w:p>
    <w:p>
      <w:pPr>
        <w:pStyle w:val="ListParagraph"/>
      </w:pPr>
      <w:r>
        <w:rPr>
          <w:sz w:val="22"/>
        </w:rPr>
        <w:t>D. Are / getting</w:t>
      </w:r>
    </w:p>
    <w:p/>
    <w:p>
      <w:r>
        <w:rPr>
          <w:b/>
          <w:sz w:val="24"/>
        </w:rPr>
        <w:t>Câu 20: My mother ______ breakfast for us every morning.</w:t>
      </w:r>
    </w:p>
    <w:p>
      <w:pPr>
        <w:pStyle w:val="ListParagraph"/>
      </w:pPr>
      <w:r>
        <w:rPr>
          <w:sz w:val="22"/>
        </w:rPr>
        <w:t>A. prepares</w:t>
      </w:r>
    </w:p>
    <w:p>
      <w:pPr>
        <w:pStyle w:val="ListParagraph"/>
      </w:pPr>
      <w:r>
        <w:rPr>
          <w:sz w:val="22"/>
        </w:rPr>
        <w:t>B. prepared</w:t>
      </w:r>
    </w:p>
    <w:p>
      <w:pPr>
        <w:pStyle w:val="ListParagraph"/>
      </w:pPr>
      <w:r>
        <w:rPr>
          <w:sz w:val="22"/>
        </w:rPr>
        <w:t>C. has prepared</w:t>
      </w:r>
    </w:p>
    <w:p>
      <w:pPr>
        <w:pStyle w:val="ListParagraph"/>
      </w:pPr>
      <w:r>
        <w:rPr>
          <w:sz w:val="22"/>
        </w:rPr>
        <w:t>D. is preparing</w:t>
      </w:r>
    </w:p>
    <w:p/>
    <w:p>
      <w:r>
        <w:rPr>
          <w:b/>
          <w:sz w:val="24"/>
        </w:rPr>
        <w:t>Câu 21: To ______ fit, you should exercise regularly and eat well.</w:t>
      </w:r>
    </w:p>
    <w:p>
      <w:pPr>
        <w:pStyle w:val="ListParagraph"/>
      </w:pPr>
      <w:r>
        <w:rPr>
          <w:sz w:val="22"/>
        </w:rPr>
        <w:t>A. stay</w:t>
      </w:r>
    </w:p>
    <w:p>
      <w:pPr>
        <w:pStyle w:val="ListParagraph"/>
      </w:pPr>
      <w:r>
        <w:rPr>
          <w:sz w:val="22"/>
        </w:rPr>
        <w:t>B. make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take</w:t>
      </w:r>
    </w:p>
    <w:p/>
    <w:p>
      <w:r>
        <w:rPr>
          <w:b/>
          <w:sz w:val="24"/>
        </w:rPr>
        <w:t>Câu 22: You should ______ down on salt to protect your heart.</w:t>
      </w:r>
    </w:p>
    <w:p>
      <w:pPr>
        <w:pStyle w:val="ListParagraph"/>
      </w:pPr>
      <w:r>
        <w:rPr>
          <w:sz w:val="22"/>
        </w:rPr>
        <w:t>A. cut</w:t>
      </w:r>
    </w:p>
    <w:p>
      <w:pPr>
        <w:pStyle w:val="ListParagraph"/>
      </w:pPr>
      <w:r>
        <w:rPr>
          <w:sz w:val="22"/>
        </w:rPr>
        <w:t>B. give</w:t>
      </w:r>
    </w:p>
    <w:p>
      <w:pPr>
        <w:pStyle w:val="ListParagraph"/>
      </w:pPr>
      <w:r>
        <w:rPr>
          <w:sz w:val="22"/>
        </w:rPr>
        <w:t>C. take</w:t>
      </w:r>
    </w:p>
    <w:p>
      <w:pPr>
        <w:pStyle w:val="ListParagraph"/>
      </w:pPr>
      <w:r>
        <w:rPr>
          <w:sz w:val="22"/>
        </w:rPr>
        <w:t>D. put</w:t>
      </w:r>
    </w:p>
    <w:p/>
    <w:p>
      <w:r>
        <w:rPr>
          <w:b/>
          <w:sz w:val="24"/>
        </w:rPr>
        <w:t>Câu 23: He has ______ weight because he eats too much fast food.</w:t>
      </w:r>
    </w:p>
    <w:p>
      <w:pPr>
        <w:pStyle w:val="ListParagraph"/>
      </w:pPr>
      <w:r>
        <w:rPr>
          <w:sz w:val="22"/>
        </w:rPr>
        <w:t>A. put on</w:t>
      </w:r>
    </w:p>
    <w:p>
      <w:pPr>
        <w:pStyle w:val="ListParagraph"/>
      </w:pPr>
      <w:r>
        <w:rPr>
          <w:sz w:val="22"/>
        </w:rPr>
        <w:t>B. lost</w:t>
      </w:r>
    </w:p>
    <w:p>
      <w:pPr>
        <w:pStyle w:val="ListParagraph"/>
      </w:pPr>
      <w:r>
        <w:rPr>
          <w:sz w:val="22"/>
        </w:rPr>
        <w:t>C. taken up</w:t>
      </w:r>
    </w:p>
    <w:p>
      <w:pPr>
        <w:pStyle w:val="ListParagraph"/>
      </w:pPr>
      <w:r>
        <w:rPr>
          <w:sz w:val="22"/>
        </w:rPr>
        <w:t>D. given up</w:t>
      </w:r>
    </w:p>
    <w:p/>
    <w:p>
      <w:r>
        <w:rPr>
          <w:b/>
          <w:sz w:val="24"/>
        </w:rPr>
        <w:t>Câu 24: Doing meditation can help you ______ stress.</w:t>
      </w:r>
    </w:p>
    <w:p>
      <w:pPr>
        <w:pStyle w:val="ListParagraph"/>
      </w:pPr>
      <w:r>
        <w:rPr>
          <w:sz w:val="22"/>
        </w:rPr>
        <w:t>A. reduce</w:t>
      </w:r>
    </w:p>
    <w:p>
      <w:pPr>
        <w:pStyle w:val="ListParagraph"/>
      </w:pPr>
      <w:r>
        <w:rPr>
          <w:sz w:val="22"/>
        </w:rPr>
        <w:t>B. increase</w:t>
      </w:r>
    </w:p>
    <w:p>
      <w:pPr>
        <w:pStyle w:val="ListParagraph"/>
      </w:pPr>
      <w:r>
        <w:rPr>
          <w:sz w:val="22"/>
        </w:rPr>
        <w:t>C. create</w:t>
      </w:r>
    </w:p>
    <w:p>
      <w:pPr>
        <w:pStyle w:val="ListParagraph"/>
      </w:pPr>
      <w:r>
        <w:rPr>
          <w:sz w:val="22"/>
        </w:rPr>
        <w:t>D. cause</w:t>
      </w:r>
    </w:p>
    <w:p/>
    <w:p>
      <w:r>
        <w:rPr>
          <w:b/>
          <w:sz w:val="24"/>
        </w:rPr>
        <w:t>Câu 25: A good way to ______ your health is to walk 10,000 steps a day.</w:t>
      </w:r>
    </w:p>
    <w:p>
      <w:pPr>
        <w:pStyle w:val="ListParagraph"/>
      </w:pPr>
      <w:r>
        <w:rPr>
          <w:sz w:val="22"/>
        </w:rPr>
        <w:t>A. improve</w:t>
      </w:r>
    </w:p>
    <w:p>
      <w:pPr>
        <w:pStyle w:val="ListParagraph"/>
      </w:pPr>
      <w:r>
        <w:rPr>
          <w:sz w:val="22"/>
        </w:rPr>
        <w:t>B. harm</w:t>
      </w:r>
    </w:p>
    <w:p>
      <w:pPr>
        <w:pStyle w:val="ListParagraph"/>
      </w:pPr>
      <w:r>
        <w:rPr>
          <w:sz w:val="22"/>
        </w:rPr>
        <w:t>C. ignore</w:t>
      </w:r>
    </w:p>
    <w:p>
      <w:pPr>
        <w:pStyle w:val="ListParagraph"/>
      </w:pPr>
      <w:r>
        <w:rPr>
          <w:sz w:val="22"/>
        </w:rPr>
        <w:t>D. damage</w:t>
      </w:r>
    </w:p>
    <w:p/>
    <w:p>
      <w:r>
        <w:rPr>
          <w:b/>
          <w:sz w:val="24"/>
        </w:rPr>
        <w:t>Câu 26: She is ______ a healthy lifestyle by eating more vegetables.</w:t>
      </w:r>
    </w:p>
    <w:p>
      <w:pPr>
        <w:pStyle w:val="ListParagraph"/>
      </w:pPr>
      <w:r>
        <w:rPr>
          <w:sz w:val="22"/>
        </w:rPr>
        <w:t>A. leading</w:t>
      </w:r>
    </w:p>
    <w:p>
      <w:pPr>
        <w:pStyle w:val="ListParagraph"/>
      </w:pPr>
      <w:r>
        <w:rPr>
          <w:sz w:val="22"/>
        </w:rPr>
        <w:t>B. making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taking</w:t>
      </w:r>
    </w:p>
    <w:p/>
    <w:p>
      <w:r>
        <w:rPr>
          <w:b/>
          <w:sz w:val="24"/>
        </w:rPr>
        <w:t>Câu 27: You should have a medical ______ twice a year.</w:t>
      </w:r>
    </w:p>
    <w:p>
      <w:pPr>
        <w:pStyle w:val="ListParagraph"/>
      </w:pPr>
      <w:r>
        <w:rPr>
          <w:sz w:val="22"/>
        </w:rPr>
        <w:t>A. check-up</w:t>
      </w:r>
    </w:p>
    <w:p>
      <w:pPr>
        <w:pStyle w:val="ListParagraph"/>
      </w:pPr>
      <w:r>
        <w:rPr>
          <w:sz w:val="22"/>
        </w:rPr>
        <w:t>B. check-in</w:t>
      </w:r>
    </w:p>
    <w:p>
      <w:pPr>
        <w:pStyle w:val="ListParagraph"/>
      </w:pPr>
      <w:r>
        <w:rPr>
          <w:sz w:val="22"/>
        </w:rPr>
        <w:t>C. check-out</w:t>
      </w:r>
    </w:p>
    <w:p>
      <w:pPr>
        <w:pStyle w:val="ListParagraph"/>
      </w:pPr>
      <w:r>
        <w:rPr>
          <w:sz w:val="22"/>
        </w:rPr>
        <w:t>D. check-point</w:t>
      </w:r>
    </w:p>
    <w:p/>
    <w:p>
      <w:r>
        <w:rPr>
          <w:b/>
          <w:sz w:val="24"/>
        </w:rPr>
        <w:t>Câu 28: ______ food contains a lot of vitamins and minerals.</w:t>
      </w:r>
    </w:p>
    <w:p>
      <w:pPr>
        <w:pStyle w:val="ListParagraph"/>
      </w:pPr>
      <w:r>
        <w:rPr>
          <w:sz w:val="22"/>
        </w:rPr>
        <w:t>A. Nutritious</w:t>
      </w:r>
    </w:p>
    <w:p>
      <w:pPr>
        <w:pStyle w:val="ListParagraph"/>
      </w:pPr>
      <w:r>
        <w:rPr>
          <w:sz w:val="22"/>
        </w:rPr>
        <w:t>B. Junk</w:t>
      </w:r>
    </w:p>
    <w:p>
      <w:pPr>
        <w:pStyle w:val="ListParagraph"/>
      </w:pPr>
      <w:r>
        <w:rPr>
          <w:sz w:val="22"/>
        </w:rPr>
        <w:t>C. Processed</w:t>
      </w:r>
    </w:p>
    <w:p>
      <w:pPr>
        <w:pStyle w:val="ListParagraph"/>
      </w:pPr>
      <w:r>
        <w:rPr>
          <w:sz w:val="22"/>
        </w:rPr>
        <w:t>D. Fatty</w:t>
      </w:r>
    </w:p>
    <w:p/>
    <w:p>
      <w:r>
        <w:rPr>
          <w:b/>
          <w:sz w:val="24"/>
        </w:rPr>
        <w:t>Câu 29: Too much stress can have a negative ______ on your mental health.</w:t>
      </w:r>
    </w:p>
    <w:p>
      <w:pPr>
        <w:pStyle w:val="ListParagraph"/>
      </w:pPr>
      <w:r>
        <w:rPr>
          <w:sz w:val="22"/>
        </w:rPr>
        <w:t>A. effect</w:t>
      </w:r>
    </w:p>
    <w:p>
      <w:pPr>
        <w:pStyle w:val="ListParagraph"/>
      </w:pPr>
      <w:r>
        <w:rPr>
          <w:sz w:val="22"/>
        </w:rPr>
        <w:t>B. affect</w:t>
      </w:r>
    </w:p>
    <w:p>
      <w:pPr>
        <w:pStyle w:val="ListParagraph"/>
      </w:pPr>
      <w:r>
        <w:rPr>
          <w:sz w:val="22"/>
        </w:rPr>
        <w:t>C. effective</w:t>
      </w:r>
    </w:p>
    <w:p>
      <w:pPr>
        <w:pStyle w:val="ListParagraph"/>
      </w:pPr>
      <w:r>
        <w:rPr>
          <w:sz w:val="22"/>
        </w:rPr>
        <w:t>D. effectively</w:t>
      </w:r>
    </w:p>
    <w:p/>
    <w:p>
      <w:r>
        <w:rPr>
          <w:b/>
          <w:sz w:val="24"/>
        </w:rPr>
        <w:t>Câu 30: The doctor advised him to ______ smoking to improve his lung health.</w:t>
      </w:r>
    </w:p>
    <w:p>
      <w:pPr>
        <w:pStyle w:val="ListParagraph"/>
      </w:pPr>
      <w:r>
        <w:rPr>
          <w:sz w:val="22"/>
        </w:rPr>
        <w:t>A. give up</w:t>
      </w:r>
    </w:p>
    <w:p>
      <w:pPr>
        <w:pStyle w:val="ListParagraph"/>
      </w:pPr>
      <w:r>
        <w:rPr>
          <w:sz w:val="22"/>
        </w:rPr>
        <w:t>B. take up</w:t>
      </w:r>
    </w:p>
    <w:p>
      <w:pPr>
        <w:pStyle w:val="ListParagraph"/>
      </w:pPr>
      <w:r>
        <w:rPr>
          <w:sz w:val="22"/>
        </w:rPr>
        <w:t>C. put on</w:t>
      </w:r>
    </w:p>
    <w:p>
      <w:pPr>
        <w:pStyle w:val="ListParagraph"/>
      </w:pPr>
      <w:r>
        <w:rPr>
          <w:sz w:val="22"/>
        </w:rPr>
        <w:t>D. cut down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