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trắc nghiệm KTPL 11 bài 1: Cạnh tranh, cung-cầu tr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Cạnh tranh trong nền kinh tế thị trường được hiểu là:</w:t>
      </w:r>
    </w:p>
    <w:p>
      <w:pPr>
        <w:pStyle w:val="ListParagraph"/>
      </w:pPr>
      <w:r>
        <w:rPr>
          <w:sz w:val="22"/>
        </w:rPr>
        <w:t>A. Sự ganh đua giữa các chủ thể kinh tế nhằm giành lợi thế về giá cả, chất lượng, thị trường...</w:t>
      </w:r>
    </w:p>
    <w:p>
      <w:pPr>
        <w:pStyle w:val="ListParagraph"/>
      </w:pPr>
      <w:r>
        <w:rPr>
          <w:sz w:val="22"/>
        </w:rPr>
        <w:t>B. Sự hợp tác giữa các chủ thể kinh tế để cùng phát triển</w:t>
      </w:r>
    </w:p>
    <w:p>
      <w:pPr>
        <w:pStyle w:val="ListParagraph"/>
      </w:pPr>
      <w:r>
        <w:rPr>
          <w:sz w:val="22"/>
        </w:rPr>
        <w:t>C. Sự độc quyền của một chủ thể kinh tế</w:t>
      </w:r>
    </w:p>
    <w:p>
      <w:pPr>
        <w:pStyle w:val="ListParagraph"/>
      </w:pPr>
      <w:r>
        <w:rPr>
          <w:sz w:val="22"/>
        </w:rPr>
        <w:t>D. Sự can thiệp của nhà nước vào nền kinh tế</w:t>
      </w:r>
    </w:p>
    <w:p/>
    <w:p>
      <w:r>
        <w:rPr>
          <w:b/>
          <w:sz w:val="24"/>
        </w:rPr>
        <w:t>Câu 2: Trong nền kinh tế thị trường, cung là:</w:t>
      </w:r>
    </w:p>
    <w:p>
      <w:pPr>
        <w:pStyle w:val="ListParagraph"/>
      </w:pPr>
      <w:r>
        <w:rPr>
          <w:sz w:val="22"/>
        </w:rPr>
        <w:t>A. Khối lượng hàng hóa, dịch vụ mà người tiêu dùng sẵn sàng mua ở các mức giá khác nhau</w:t>
      </w:r>
    </w:p>
    <w:p>
      <w:pPr>
        <w:pStyle w:val="ListParagraph"/>
      </w:pPr>
      <w:r>
        <w:rPr>
          <w:sz w:val="22"/>
        </w:rPr>
        <w:t>B. Khối lượng hàng hóa, dịch vụ mà nhà sản xuất, kinh doanh sẵn sàng bán ra thị trường ở các mức giá khác nhau</w:t>
      </w:r>
    </w:p>
    <w:p>
      <w:pPr>
        <w:pStyle w:val="ListParagraph"/>
      </w:pPr>
      <w:r>
        <w:rPr>
          <w:sz w:val="22"/>
        </w:rPr>
        <w:t>C. Khối lượng hàng hóa, dịch vụ đã bán được trên thị trường</w:t>
      </w:r>
    </w:p>
    <w:p>
      <w:pPr>
        <w:pStyle w:val="ListParagraph"/>
      </w:pPr>
      <w:r>
        <w:rPr>
          <w:sz w:val="22"/>
        </w:rPr>
        <w:t>D. Khối lượng hàng hóa, dịch vụ tồn kho của doanh nghiệp</w:t>
      </w:r>
    </w:p>
    <w:p/>
    <w:p>
      <w:r>
        <w:rPr>
          <w:b/>
          <w:sz w:val="24"/>
        </w:rPr>
        <w:t>Câu 3: Cầu là:</w:t>
      </w:r>
    </w:p>
    <w:p>
      <w:pPr>
        <w:pStyle w:val="ListParagraph"/>
      </w:pPr>
      <w:r>
        <w:rPr>
          <w:sz w:val="22"/>
        </w:rPr>
        <w:t>A. Khối lượng hàng hóa, dịch vụ mà người tiêu dùng sẵn sàng mua ở các mức giá khác nhau</w:t>
      </w:r>
    </w:p>
    <w:p>
      <w:pPr>
        <w:pStyle w:val="ListParagraph"/>
      </w:pPr>
      <w:r>
        <w:rPr>
          <w:sz w:val="22"/>
        </w:rPr>
        <w:t>B. Khối lượng hàng hóa, dịch vụ mà nhà sản xuất sẵn sàng bán ra thị trường</w:t>
      </w:r>
    </w:p>
    <w:p>
      <w:pPr>
        <w:pStyle w:val="ListParagraph"/>
      </w:pPr>
      <w:r>
        <w:rPr>
          <w:sz w:val="22"/>
        </w:rPr>
        <w:t>C. Nhu cầu tiêu dùng của toàn xã hội</w:t>
      </w:r>
    </w:p>
    <w:p>
      <w:pPr>
        <w:pStyle w:val="ListParagraph"/>
      </w:pPr>
      <w:r>
        <w:rPr>
          <w:sz w:val="22"/>
        </w:rPr>
        <w:t>D. Khả năng thanh toán của người tiêu dùng</w:t>
      </w:r>
    </w:p>
    <w:p/>
    <w:p>
      <w:r>
        <w:rPr>
          <w:b/>
          <w:sz w:val="24"/>
        </w:rPr>
        <w:t>Câu 4: Quan hệ cung - cầu trên thị trường chịu ảnh hưởng của yếu tố nào sau đây?</w:t>
      </w:r>
    </w:p>
    <w:p>
      <w:pPr>
        <w:pStyle w:val="ListParagraph"/>
      </w:pPr>
      <w:r>
        <w:rPr>
          <w:sz w:val="22"/>
        </w:rPr>
        <w:t>A. Giá cả hàng hóa, dịch vụ</w:t>
      </w:r>
    </w:p>
    <w:p>
      <w:pPr>
        <w:pStyle w:val="ListParagraph"/>
      </w:pPr>
      <w:r>
        <w:rPr>
          <w:sz w:val="22"/>
        </w:rPr>
        <w:t>B. Thu nhập của người tiêu dùng</w:t>
      </w:r>
    </w:p>
    <w:p>
      <w:pPr>
        <w:pStyle w:val="ListParagraph"/>
      </w:pPr>
      <w:r>
        <w:rPr>
          <w:sz w:val="22"/>
        </w:rPr>
        <w:t>C. Thị hiếu của người tiêu dùng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5: Khi cung lớn hơn cầu, giá cả thị trường có xu hướng:</w:t>
      </w:r>
    </w:p>
    <w:p>
      <w:pPr>
        <w:pStyle w:val="ListParagraph"/>
      </w:pPr>
      <w:r>
        <w:rPr>
          <w:sz w:val="22"/>
        </w:rPr>
        <w:t>A. Tăng lên</w:t>
      </w:r>
    </w:p>
    <w:p>
      <w:pPr>
        <w:pStyle w:val="ListParagraph"/>
      </w:pPr>
      <w:r>
        <w:rPr>
          <w:sz w:val="22"/>
        </w:rPr>
        <w:t>B. Giảm xuống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Biến động không xác định</w:t>
      </w:r>
    </w:p>
    <w:p/>
    <w:p>
      <w:r>
        <w:rPr>
          <w:b/>
          <w:sz w:val="24"/>
        </w:rPr>
        <w:t>Câu 6: Khi cầu lớn hơn cung, giá cả thị trường có xu hướng:</w:t>
      </w:r>
    </w:p>
    <w:p>
      <w:pPr>
        <w:pStyle w:val="ListParagraph"/>
      </w:pPr>
      <w:r>
        <w:rPr>
          <w:sz w:val="22"/>
        </w:rPr>
        <w:t>A. Tăng lên</w:t>
      </w:r>
    </w:p>
    <w:p>
      <w:pPr>
        <w:pStyle w:val="ListParagraph"/>
      </w:pPr>
      <w:r>
        <w:rPr>
          <w:sz w:val="22"/>
        </w:rPr>
        <w:t>B. Giảm xuống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Biến động không xác định</w:t>
      </w:r>
    </w:p>
    <w:p/>
    <w:p>
      <w:r>
        <w:rPr>
          <w:b/>
          <w:sz w:val="24"/>
        </w:rPr>
        <w:t>Câu 7: Cạnh tranh có vai trò nào sau đây trong nền kinh tế thị trường?</w:t>
      </w:r>
    </w:p>
    <w:p>
      <w:pPr>
        <w:pStyle w:val="ListParagraph"/>
      </w:pPr>
      <w:r>
        <w:rPr>
          <w:sz w:val="22"/>
        </w:rPr>
        <w:t>A. Thúc đẩy sản xuất phát triển, nâng cao chất lượng hàng hóa, dịch vụ</w:t>
      </w:r>
    </w:p>
    <w:p>
      <w:pPr>
        <w:pStyle w:val="ListParagraph"/>
      </w:pPr>
      <w:r>
        <w:rPr>
          <w:sz w:val="22"/>
        </w:rPr>
        <w:t>B. Hạn chế độc quyền, bảo vệ quyền lợi người tiêu dùng</w:t>
      </w:r>
    </w:p>
    <w:p>
      <w:pPr>
        <w:pStyle w:val="ListParagraph"/>
      </w:pPr>
      <w:r>
        <w:rPr>
          <w:sz w:val="22"/>
        </w:rPr>
        <w:t>C. Tạo động lực cho các chủ thể kinh tế không ngừng đổi mới, sáng tạo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8: Biểu hiện nào sau đây không phải là cạnh tranh trong nền kinh tế thị trường?</w:t>
      </w:r>
    </w:p>
    <w:p>
      <w:pPr>
        <w:pStyle w:val="ListParagraph"/>
      </w:pPr>
      <w:r>
        <w:rPr>
          <w:sz w:val="22"/>
        </w:rPr>
        <w:t>A. Doanh nghiệp A giảm giá bán để thu hút khách hàng</w:t>
      </w:r>
    </w:p>
    <w:p>
      <w:pPr>
        <w:pStyle w:val="ListParagraph"/>
      </w:pPr>
      <w:r>
        <w:rPr>
          <w:sz w:val="22"/>
        </w:rPr>
        <w:t>B. Doanh nghiệp B nâng cao chất lượng sản phẩm để cạnh tranh</w:t>
      </w:r>
    </w:p>
    <w:p>
      <w:pPr>
        <w:pStyle w:val="ListParagraph"/>
      </w:pPr>
      <w:r>
        <w:rPr>
          <w:sz w:val="22"/>
        </w:rPr>
        <w:t>C. Doanh nghiệp C liên kết với doanh nghiệp D để độc quyền thị trường</w:t>
      </w:r>
    </w:p>
    <w:p>
      <w:pPr>
        <w:pStyle w:val="ListParagraph"/>
      </w:pPr>
      <w:r>
        <w:rPr>
          <w:sz w:val="22"/>
        </w:rPr>
        <w:t>D. Doanh nghiệp E đổi mới công nghệ để giảm chi phí sản xuất</w:t>
      </w:r>
    </w:p>
    <w:p/>
    <w:p>
      <w:r>
        <w:rPr>
          <w:b/>
          <w:sz w:val="24"/>
        </w:rPr>
        <w:t>Câu 9: Trong nền kinh tế thị trường, giá cả thị trường được hình thành dựa trên:</w:t>
      </w:r>
    </w:p>
    <w:p>
      <w:pPr>
        <w:pStyle w:val="ListParagraph"/>
      </w:pPr>
      <w:r>
        <w:rPr>
          <w:sz w:val="22"/>
        </w:rPr>
        <w:t>A. Sự thỏa thuận giữa người mua và người bán</w:t>
      </w:r>
    </w:p>
    <w:p>
      <w:pPr>
        <w:pStyle w:val="ListParagraph"/>
      </w:pPr>
      <w:r>
        <w:rPr>
          <w:sz w:val="22"/>
        </w:rPr>
        <w:t>B. Quyết định của nhà nước</w:t>
      </w:r>
    </w:p>
    <w:p>
      <w:pPr>
        <w:pStyle w:val="ListParagraph"/>
      </w:pPr>
      <w:r>
        <w:rPr>
          <w:sz w:val="22"/>
        </w:rPr>
        <w:t>C. Quan hệ cung - cầu và giá trị hàng hóa</w:t>
      </w:r>
    </w:p>
    <w:p>
      <w:pPr>
        <w:pStyle w:val="ListParagraph"/>
      </w:pPr>
      <w:r>
        <w:rPr>
          <w:sz w:val="22"/>
        </w:rPr>
        <w:t>D. Chi phí sản xuất của doanh nghiệp</w:t>
      </w:r>
    </w:p>
    <w:p/>
    <w:p>
      <w:r>
        <w:rPr>
          <w:b/>
          <w:sz w:val="24"/>
        </w:rPr>
        <w:t>Câu 10: Nhà nước cần làm gì để hạn chế những mặt tiêu cực của cạnh tranh?</w:t>
      </w:r>
    </w:p>
    <w:p>
      <w:pPr>
        <w:pStyle w:val="ListParagraph"/>
      </w:pPr>
      <w:r>
        <w:rPr>
          <w:sz w:val="22"/>
        </w:rPr>
        <w:t>A. Ban hành pháp luật về cạnh tranh, xử lý nghiêm các hành vi cạnh tranh không lành mạnh</w:t>
      </w:r>
    </w:p>
    <w:p>
      <w:pPr>
        <w:pStyle w:val="ListParagraph"/>
      </w:pPr>
      <w:r>
        <w:rPr>
          <w:sz w:val="22"/>
        </w:rPr>
        <w:t>B. Khuyến khích độc quyền để ổn định thị trường</w:t>
      </w:r>
    </w:p>
    <w:p>
      <w:pPr>
        <w:pStyle w:val="ListParagraph"/>
      </w:pPr>
      <w:r>
        <w:rPr>
          <w:sz w:val="22"/>
        </w:rPr>
        <w:t>C. Hạn chế sự tham gia của các doanh nghiệp tư nhân</w:t>
      </w:r>
    </w:p>
    <w:p>
      <w:pPr>
        <w:pStyle w:val="ListParagraph"/>
      </w:pPr>
      <w:r>
        <w:rPr>
          <w:sz w:val="22"/>
        </w:rPr>
        <w:t>D. Tăng cường can thiệp trực tiếp vào hoạt động sản xuất kinh doanh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