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Viết số đo diện tích dưới dạng số thập phân</w:t>
      </w:r>
    </w:p>
    <w:p>
      <w:pPr>
        <w:jc w:val="center"/>
      </w:pPr>
      <w:r>
        <w:rPr>
          <w:sz w:val="22"/>
        </w:rPr>
        <w:t>Số câu: 15    Thời gian: _____ phút    Họ và tên: _________________________</w:t>
      </w:r>
    </w:p>
    <w:p/>
    <w:p>
      <w:r>
        <w:rPr>
          <w:b/>
          <w:sz w:val="24"/>
        </w:rPr>
        <w:t>Câu 1: Viết số đo diện tích sau dưới dạng số thập phân: 5m² 7dm² = ... m²</w:t>
      </w:r>
    </w:p>
    <w:p>
      <w:pPr>
        <w:pStyle w:val="ListParagraph"/>
      </w:pPr>
      <w:r>
        <w:rPr>
          <w:sz w:val="22"/>
        </w:rPr>
        <w:t>A. 5,7</w:t>
      </w:r>
    </w:p>
    <w:p>
      <w:pPr>
        <w:pStyle w:val="ListParagraph"/>
      </w:pPr>
      <w:r>
        <w:rPr>
          <w:sz w:val="22"/>
        </w:rPr>
        <w:t>B. 5,07</w:t>
      </w:r>
    </w:p>
    <w:p>
      <w:pPr>
        <w:pStyle w:val="ListParagraph"/>
      </w:pPr>
      <w:r>
        <w:rPr>
          <w:sz w:val="22"/>
        </w:rPr>
        <w:t>C. 5,007</w:t>
      </w:r>
    </w:p>
    <w:p>
      <w:pPr>
        <w:pStyle w:val="ListParagraph"/>
      </w:pPr>
      <w:r>
        <w:rPr>
          <w:sz w:val="22"/>
        </w:rPr>
        <w:t>D. 5,0007</w:t>
      </w:r>
    </w:p>
    <w:p/>
    <w:p>
      <w:r>
        <w:rPr>
          <w:b/>
          <w:sz w:val="24"/>
        </w:rPr>
        <w:t>Câu 2: Viết số đo diện tích sau dưới dạng số thập phân: 3m² 45cm² = ... m²</w:t>
      </w:r>
    </w:p>
    <w:p>
      <w:pPr>
        <w:pStyle w:val="ListParagraph"/>
      </w:pPr>
      <w:r>
        <w:rPr>
          <w:sz w:val="22"/>
        </w:rPr>
        <w:t>A. 3,45</w:t>
      </w:r>
    </w:p>
    <w:p>
      <w:pPr>
        <w:pStyle w:val="ListParagraph"/>
      </w:pPr>
      <w:r>
        <w:rPr>
          <w:sz w:val="22"/>
        </w:rPr>
        <w:t>B. 3,045</w:t>
      </w:r>
    </w:p>
    <w:p>
      <w:pPr>
        <w:pStyle w:val="ListParagraph"/>
      </w:pPr>
      <w:r>
        <w:rPr>
          <w:sz w:val="22"/>
        </w:rPr>
        <w:t>C. 3,0045</w:t>
      </w:r>
    </w:p>
    <w:p>
      <w:pPr>
        <w:pStyle w:val="ListParagraph"/>
      </w:pPr>
      <w:r>
        <w:rPr>
          <w:sz w:val="22"/>
        </w:rPr>
        <w:t>D. 3,00045</w:t>
      </w:r>
    </w:p>
    <w:p/>
    <w:p>
      <w:r>
        <w:rPr>
          <w:b/>
          <w:sz w:val="24"/>
        </w:rPr>
        <w:t>Câu 3: Viết số đo diện tích sau dưới dạng số thập phân: 12dm² 8cm² = ... dm²</w:t>
      </w:r>
    </w:p>
    <w:p>
      <w:pPr>
        <w:pStyle w:val="ListParagraph"/>
      </w:pPr>
      <w:r>
        <w:rPr>
          <w:sz w:val="22"/>
        </w:rPr>
        <w:t>A. 12,8</w:t>
      </w:r>
    </w:p>
    <w:p>
      <w:pPr>
        <w:pStyle w:val="ListParagraph"/>
      </w:pPr>
      <w:r>
        <w:rPr>
          <w:sz w:val="22"/>
        </w:rPr>
        <w:t>B. 12,08</w:t>
      </w:r>
    </w:p>
    <w:p>
      <w:pPr>
        <w:pStyle w:val="ListParagraph"/>
      </w:pPr>
      <w:r>
        <w:rPr>
          <w:sz w:val="22"/>
        </w:rPr>
        <w:t>C. 12,008</w:t>
      </w:r>
    </w:p>
    <w:p>
      <w:pPr>
        <w:pStyle w:val="ListParagraph"/>
      </w:pPr>
      <w:r>
        <w:rPr>
          <w:sz w:val="22"/>
        </w:rPr>
        <w:t>D. 12,0008</w:t>
      </w:r>
    </w:p>
    <w:p/>
    <w:p>
      <w:r>
        <w:rPr>
          <w:b/>
          <w:sz w:val="24"/>
        </w:rPr>
        <w:t>Câu 4: Viết số đo diện tích sau dưới dạng số thập phân: 7m² 9dm² = ... m²</w:t>
      </w:r>
    </w:p>
    <w:p>
      <w:pPr>
        <w:pStyle w:val="ListParagraph"/>
      </w:pPr>
      <w:r>
        <w:rPr>
          <w:sz w:val="22"/>
        </w:rPr>
        <w:t>A. 7,9</w:t>
      </w:r>
    </w:p>
    <w:p>
      <w:pPr>
        <w:pStyle w:val="ListParagraph"/>
      </w:pPr>
      <w:r>
        <w:rPr>
          <w:sz w:val="22"/>
        </w:rPr>
        <w:t>B. 7,09</w:t>
      </w:r>
    </w:p>
    <w:p>
      <w:pPr>
        <w:pStyle w:val="ListParagraph"/>
      </w:pPr>
      <w:r>
        <w:rPr>
          <w:sz w:val="22"/>
        </w:rPr>
        <w:t>C. 7,009</w:t>
      </w:r>
    </w:p>
    <w:p>
      <w:pPr>
        <w:pStyle w:val="ListParagraph"/>
      </w:pPr>
      <w:r>
        <w:rPr>
          <w:sz w:val="22"/>
        </w:rPr>
        <w:t>D. 7,0009</w:t>
      </w:r>
    </w:p>
    <w:p/>
    <w:p>
      <w:r>
        <w:rPr>
          <w:b/>
          <w:sz w:val="24"/>
        </w:rPr>
        <w:t>Câu 5: Viết số đo diện tích sau dưới dạng số thập phân: 4m² 25cm² = ... m²</w:t>
      </w:r>
    </w:p>
    <w:p>
      <w:pPr>
        <w:pStyle w:val="ListParagraph"/>
      </w:pPr>
      <w:r>
        <w:rPr>
          <w:sz w:val="22"/>
        </w:rPr>
        <w:t>A. 4,25</w:t>
      </w:r>
    </w:p>
    <w:p>
      <w:pPr>
        <w:pStyle w:val="ListParagraph"/>
      </w:pPr>
      <w:r>
        <w:rPr>
          <w:sz w:val="22"/>
        </w:rPr>
        <w:t>B. 4,025</w:t>
      </w:r>
    </w:p>
    <w:p>
      <w:pPr>
        <w:pStyle w:val="ListParagraph"/>
      </w:pPr>
      <w:r>
        <w:rPr>
          <w:sz w:val="22"/>
        </w:rPr>
        <w:t>C. 4,0025</w:t>
      </w:r>
    </w:p>
    <w:p>
      <w:pPr>
        <w:pStyle w:val="ListParagraph"/>
      </w:pPr>
      <w:r>
        <w:rPr>
          <w:sz w:val="22"/>
        </w:rPr>
        <w:t>D. 4,00025</w:t>
      </w:r>
    </w:p>
    <w:p/>
    <w:p>
      <w:r>
        <w:rPr>
          <w:b/>
          <w:sz w:val="24"/>
        </w:rPr>
        <w:t>Câu 6: Viết số đo diện tích sau dưới dạng số thập phân: 9dm² 3cm² = ... dm²</w:t>
      </w:r>
    </w:p>
    <w:p>
      <w:pPr>
        <w:pStyle w:val="ListParagraph"/>
      </w:pPr>
      <w:r>
        <w:rPr>
          <w:sz w:val="22"/>
        </w:rPr>
        <w:t>A. 9,3</w:t>
      </w:r>
    </w:p>
    <w:p>
      <w:pPr>
        <w:pStyle w:val="ListParagraph"/>
      </w:pPr>
      <w:r>
        <w:rPr>
          <w:sz w:val="22"/>
        </w:rPr>
        <w:t>B. 9,03</w:t>
      </w:r>
    </w:p>
    <w:p>
      <w:pPr>
        <w:pStyle w:val="ListParagraph"/>
      </w:pPr>
      <w:r>
        <w:rPr>
          <w:sz w:val="22"/>
        </w:rPr>
        <w:t>C. 9,003</w:t>
      </w:r>
    </w:p>
    <w:p>
      <w:pPr>
        <w:pStyle w:val="ListParagraph"/>
      </w:pPr>
      <w:r>
        <w:rPr>
          <w:sz w:val="22"/>
        </w:rPr>
        <w:t>D. 9,0003</w:t>
      </w:r>
    </w:p>
    <w:p/>
    <w:p>
      <w:r>
        <w:rPr>
          <w:b/>
          <w:sz w:val="24"/>
        </w:rPr>
        <w:t>Câu 7: Viết số đo diện tích sau dưới dạng số thập phân: 6m² 8dm² 5cm² = ... m²</w:t>
      </w:r>
    </w:p>
    <w:p>
      <w:pPr>
        <w:pStyle w:val="ListParagraph"/>
      </w:pPr>
      <w:r>
        <w:rPr>
          <w:sz w:val="22"/>
        </w:rPr>
        <w:t>A. 6,85</w:t>
      </w:r>
    </w:p>
    <w:p>
      <w:pPr>
        <w:pStyle w:val="ListParagraph"/>
      </w:pPr>
      <w:r>
        <w:rPr>
          <w:sz w:val="22"/>
        </w:rPr>
        <w:t>B. 6,805</w:t>
      </w:r>
    </w:p>
    <w:p>
      <w:pPr>
        <w:pStyle w:val="ListParagraph"/>
      </w:pPr>
      <w:r>
        <w:rPr>
          <w:sz w:val="22"/>
        </w:rPr>
        <w:t>C. 6,0805</w:t>
      </w:r>
    </w:p>
    <w:p>
      <w:pPr>
        <w:pStyle w:val="ListParagraph"/>
      </w:pPr>
      <w:r>
        <w:rPr>
          <w:sz w:val="22"/>
        </w:rPr>
        <w:t>D. 6,0085</w:t>
      </w:r>
    </w:p>
    <w:p/>
    <w:p>
      <w:r>
        <w:rPr>
          <w:b/>
          <w:sz w:val="24"/>
        </w:rPr>
        <w:t>Câu 8: Viết số đo diện tích sau dưới dạng số thập phân: 2m² 3dm² 4cm² = ... m²</w:t>
      </w:r>
    </w:p>
    <w:p>
      <w:pPr>
        <w:pStyle w:val="ListParagraph"/>
      </w:pPr>
      <w:r>
        <w:rPr>
          <w:sz w:val="22"/>
        </w:rPr>
        <w:t>A. 2,34</w:t>
      </w:r>
    </w:p>
    <w:p>
      <w:pPr>
        <w:pStyle w:val="ListParagraph"/>
      </w:pPr>
      <w:r>
        <w:rPr>
          <w:sz w:val="22"/>
        </w:rPr>
        <w:t>B. 2,304</w:t>
      </w:r>
    </w:p>
    <w:p>
      <w:pPr>
        <w:pStyle w:val="ListParagraph"/>
      </w:pPr>
      <w:r>
        <w:rPr>
          <w:sz w:val="22"/>
        </w:rPr>
        <w:t>C. 2,0304</w:t>
      </w:r>
    </w:p>
    <w:p>
      <w:pPr>
        <w:pStyle w:val="ListParagraph"/>
      </w:pPr>
      <w:r>
        <w:rPr>
          <w:sz w:val="22"/>
        </w:rPr>
        <w:t>D. 2,0034</w:t>
      </w:r>
    </w:p>
    <w:p/>
    <w:p>
      <w:r>
        <w:rPr>
          <w:b/>
          <w:sz w:val="24"/>
        </w:rPr>
        <w:t>Câu 9: Viết số đo diện tích sau dưới dạng số thập phân: 15m² 6dm² = ... m²</w:t>
      </w:r>
    </w:p>
    <w:p>
      <w:pPr>
        <w:pStyle w:val="ListParagraph"/>
      </w:pPr>
      <w:r>
        <w:rPr>
          <w:sz w:val="22"/>
        </w:rPr>
        <w:t>A. 15,6</w:t>
      </w:r>
    </w:p>
    <w:p>
      <w:pPr>
        <w:pStyle w:val="ListParagraph"/>
      </w:pPr>
      <w:r>
        <w:rPr>
          <w:sz w:val="22"/>
        </w:rPr>
        <w:t>B. 15,06</w:t>
      </w:r>
    </w:p>
    <w:p>
      <w:pPr>
        <w:pStyle w:val="ListParagraph"/>
      </w:pPr>
      <w:r>
        <w:rPr>
          <w:sz w:val="22"/>
        </w:rPr>
        <w:t>C. 15,006</w:t>
      </w:r>
    </w:p>
    <w:p>
      <w:pPr>
        <w:pStyle w:val="ListParagraph"/>
      </w:pPr>
      <w:r>
        <w:rPr>
          <w:sz w:val="22"/>
        </w:rPr>
        <w:t>D. 15,0006</w:t>
      </w:r>
    </w:p>
    <w:p/>
    <w:p>
      <w:r>
        <w:rPr>
          <w:b/>
          <w:sz w:val="24"/>
        </w:rPr>
        <w:t>Câu 10: Viết số đo diện tích sau dưới dạng số thập phân: 8m² 7cm² = ... m²</w:t>
      </w:r>
    </w:p>
    <w:p>
      <w:pPr>
        <w:pStyle w:val="ListParagraph"/>
      </w:pPr>
      <w:r>
        <w:rPr>
          <w:sz w:val="22"/>
        </w:rPr>
        <w:t>A. 8,7</w:t>
      </w:r>
    </w:p>
    <w:p>
      <w:pPr>
        <w:pStyle w:val="ListParagraph"/>
      </w:pPr>
      <w:r>
        <w:rPr>
          <w:sz w:val="22"/>
        </w:rPr>
        <w:t>B. 8,07</w:t>
      </w:r>
    </w:p>
    <w:p>
      <w:pPr>
        <w:pStyle w:val="ListParagraph"/>
      </w:pPr>
      <w:r>
        <w:rPr>
          <w:sz w:val="22"/>
        </w:rPr>
        <w:t>C. 8,007</w:t>
      </w:r>
    </w:p>
    <w:p>
      <w:pPr>
        <w:pStyle w:val="ListParagraph"/>
      </w:pPr>
      <w:r>
        <w:rPr>
          <w:sz w:val="22"/>
        </w:rPr>
        <w:t>D. 8,0007</w:t>
      </w:r>
    </w:p>
    <w:p/>
    <w:p>
      <w:r>
        <w:rPr>
          <w:b/>
          <w:sz w:val="24"/>
        </w:rPr>
        <w:t>Câu 11: Viết số đo diện tích sau dưới dạng số thập phân: 10dm² 5cm² = ... dm²</w:t>
      </w:r>
    </w:p>
    <w:p>
      <w:pPr>
        <w:pStyle w:val="ListParagraph"/>
      </w:pPr>
      <w:r>
        <w:rPr>
          <w:sz w:val="22"/>
        </w:rPr>
        <w:t>A. 10,5</w:t>
      </w:r>
    </w:p>
    <w:p>
      <w:pPr>
        <w:pStyle w:val="ListParagraph"/>
      </w:pPr>
      <w:r>
        <w:rPr>
          <w:sz w:val="22"/>
        </w:rPr>
        <w:t>B. 10,05</w:t>
      </w:r>
    </w:p>
    <w:p>
      <w:pPr>
        <w:pStyle w:val="ListParagraph"/>
      </w:pPr>
      <w:r>
        <w:rPr>
          <w:sz w:val="22"/>
        </w:rPr>
        <w:t>C. 10,005</w:t>
      </w:r>
    </w:p>
    <w:p>
      <w:pPr>
        <w:pStyle w:val="ListParagraph"/>
      </w:pPr>
      <w:r>
        <w:rPr>
          <w:sz w:val="22"/>
        </w:rPr>
        <w:t>D. 10,0005</w:t>
      </w:r>
    </w:p>
    <w:p/>
    <w:p>
      <w:r>
        <w:rPr>
          <w:b/>
          <w:sz w:val="24"/>
        </w:rPr>
        <w:t>Câu 12: Viết số đo diện tích sau dưới dạng số thập phân: 1m² 1dm² 1cm² = ... m²</w:t>
      </w:r>
    </w:p>
    <w:p>
      <w:pPr>
        <w:pStyle w:val="ListParagraph"/>
      </w:pPr>
      <w:r>
        <w:rPr>
          <w:sz w:val="22"/>
        </w:rPr>
        <w:t>A. 1,11</w:t>
      </w:r>
    </w:p>
    <w:p>
      <w:pPr>
        <w:pStyle w:val="ListParagraph"/>
      </w:pPr>
      <w:r>
        <w:rPr>
          <w:sz w:val="22"/>
        </w:rPr>
        <w:t>B. 1,101</w:t>
      </w:r>
    </w:p>
    <w:p>
      <w:pPr>
        <w:pStyle w:val="ListParagraph"/>
      </w:pPr>
      <w:r>
        <w:rPr>
          <w:sz w:val="22"/>
        </w:rPr>
        <w:t>C. 1,0101</w:t>
      </w:r>
    </w:p>
    <w:p>
      <w:pPr>
        <w:pStyle w:val="ListParagraph"/>
      </w:pPr>
      <w:r>
        <w:rPr>
          <w:sz w:val="22"/>
        </w:rPr>
        <w:t>D. 1,0011</w:t>
      </w:r>
    </w:p>
    <w:p/>
    <w:p>
      <w:r>
        <w:rPr>
          <w:b/>
          <w:sz w:val="24"/>
        </w:rPr>
        <w:t>Câu 13: Viết số đo diện tích sau dưới dạng số thập phân: 20m² 4dm² = ... m²</w:t>
      </w:r>
    </w:p>
    <w:p>
      <w:pPr>
        <w:pStyle w:val="ListParagraph"/>
      </w:pPr>
      <w:r>
        <w:rPr>
          <w:sz w:val="22"/>
        </w:rPr>
        <w:t>A. 20,4</w:t>
      </w:r>
    </w:p>
    <w:p>
      <w:pPr>
        <w:pStyle w:val="ListParagraph"/>
      </w:pPr>
      <w:r>
        <w:rPr>
          <w:sz w:val="22"/>
        </w:rPr>
        <w:t>B. 20,04</w:t>
      </w:r>
    </w:p>
    <w:p>
      <w:pPr>
        <w:pStyle w:val="ListParagraph"/>
      </w:pPr>
      <w:r>
        <w:rPr>
          <w:sz w:val="22"/>
        </w:rPr>
        <w:t>C. 20,004</w:t>
      </w:r>
    </w:p>
    <w:p>
      <w:pPr>
        <w:pStyle w:val="ListParagraph"/>
      </w:pPr>
      <w:r>
        <w:rPr>
          <w:sz w:val="22"/>
        </w:rPr>
        <w:t>D. 20,0004</w:t>
      </w:r>
    </w:p>
    <w:p/>
    <w:p>
      <w:r>
        <w:rPr>
          <w:b/>
          <w:sz w:val="24"/>
        </w:rPr>
        <w:t>Câu 14: Viết số đo diện tích sau dưới dạng số thập phân: 5dm² 6cm² = ... dm²</w:t>
      </w:r>
    </w:p>
    <w:p>
      <w:pPr>
        <w:pStyle w:val="ListParagraph"/>
      </w:pPr>
      <w:r>
        <w:rPr>
          <w:sz w:val="22"/>
        </w:rPr>
        <w:t>A. 5,6</w:t>
      </w:r>
    </w:p>
    <w:p>
      <w:pPr>
        <w:pStyle w:val="ListParagraph"/>
      </w:pPr>
      <w:r>
        <w:rPr>
          <w:sz w:val="22"/>
        </w:rPr>
        <w:t>B. 5,06</w:t>
      </w:r>
    </w:p>
    <w:p>
      <w:pPr>
        <w:pStyle w:val="ListParagraph"/>
      </w:pPr>
      <w:r>
        <w:rPr>
          <w:sz w:val="22"/>
        </w:rPr>
        <w:t>C. 5,006</w:t>
      </w:r>
    </w:p>
    <w:p>
      <w:pPr>
        <w:pStyle w:val="ListParagraph"/>
      </w:pPr>
      <w:r>
        <w:rPr>
          <w:sz w:val="22"/>
        </w:rPr>
        <w:t>D. 5,0006</w:t>
      </w:r>
    </w:p>
    <w:p/>
    <w:p>
      <w:r>
        <w:rPr>
          <w:b/>
          <w:sz w:val="24"/>
        </w:rPr>
        <w:t>Câu 15: Viết số đo diện tích sau dưới dạng số thập phân: 3m² 2dm² 5cm² = ... m²</w:t>
      </w:r>
    </w:p>
    <w:p>
      <w:pPr>
        <w:pStyle w:val="ListParagraph"/>
      </w:pPr>
      <w:r>
        <w:rPr>
          <w:sz w:val="22"/>
        </w:rPr>
        <w:t>A. 3,25</w:t>
      </w:r>
    </w:p>
    <w:p>
      <w:pPr>
        <w:pStyle w:val="ListParagraph"/>
      </w:pPr>
      <w:r>
        <w:rPr>
          <w:sz w:val="22"/>
        </w:rPr>
        <w:t>B. 3,205</w:t>
      </w:r>
    </w:p>
    <w:p>
      <w:pPr>
        <w:pStyle w:val="ListParagraph"/>
      </w:pPr>
      <w:r>
        <w:rPr>
          <w:sz w:val="22"/>
        </w:rPr>
        <w:t>C. 3,0205</w:t>
      </w:r>
    </w:p>
    <w:p>
      <w:pPr>
        <w:pStyle w:val="ListParagraph"/>
      </w:pPr>
      <w:r>
        <w:rPr>
          <w:sz w:val="22"/>
        </w:rPr>
        <w:t>D. 3,0025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