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Vật lý Lớp 10 - Động học chất điểm: Chuyển động thẳng đều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Chuyển động thẳng đều là chuyển động có:</w:t>
      </w:r>
    </w:p>
    <w:p>
      <w:pPr>
        <w:pStyle w:val="ListParagraph"/>
      </w:pPr>
      <w:r>
        <w:rPr>
          <w:sz w:val="22"/>
        </w:rPr>
        <w:t>A. Quỹ đạo là đường thẳng và tốc độ không đổi theo thời gian.</w:t>
      </w:r>
    </w:p>
    <w:p>
      <w:pPr>
        <w:pStyle w:val="ListParagraph"/>
      </w:pPr>
      <w:r>
        <w:rPr>
          <w:sz w:val="22"/>
        </w:rPr>
        <w:t>B. Quỹ đạo là đường thẳng và vận tốc không đổi theo thời gian.</w:t>
      </w:r>
    </w:p>
    <w:p>
      <w:pPr>
        <w:pStyle w:val="ListParagraph"/>
      </w:pPr>
      <w:r>
        <w:rPr>
          <w:sz w:val="22"/>
        </w:rPr>
        <w:t>C. Quỹ đạo là đường cong và tốc độ không đổi.</w:t>
      </w:r>
    </w:p>
    <w:p>
      <w:pPr>
        <w:pStyle w:val="ListParagraph"/>
      </w:pPr>
      <w:r>
        <w:rPr>
          <w:sz w:val="22"/>
        </w:rPr>
        <w:t>D. Quỹ đạo là đường thẳng và gia tốc không đổi.</w:t>
      </w:r>
    </w:p>
    <w:p/>
    <w:p>
      <w:r>
        <w:rPr>
          <w:b/>
          <w:sz w:val="24"/>
        </w:rPr>
        <w:t>Câu 2: Trong chuyển động thẳng đều, đại lượng nào sau đây không đổi theo thời gian?</w:t>
      </w:r>
    </w:p>
    <w:p>
      <w:pPr>
        <w:pStyle w:val="ListParagraph"/>
      </w:pPr>
      <w:r>
        <w:rPr>
          <w:sz w:val="22"/>
        </w:rPr>
        <w:t>A. Tọa độ.</w:t>
      </w:r>
    </w:p>
    <w:p>
      <w:pPr>
        <w:pStyle w:val="ListParagraph"/>
      </w:pPr>
      <w:r>
        <w:rPr>
          <w:sz w:val="22"/>
        </w:rPr>
        <w:t>B. Vận tốc.</w:t>
      </w:r>
    </w:p>
    <w:p>
      <w:pPr>
        <w:pStyle w:val="ListParagraph"/>
      </w:pPr>
      <w:r>
        <w:rPr>
          <w:sz w:val="22"/>
        </w:rPr>
        <w:t>C. Quãng đường.</w:t>
      </w:r>
    </w:p>
    <w:p>
      <w:pPr>
        <w:pStyle w:val="ListParagraph"/>
      </w:pPr>
      <w:r>
        <w:rPr>
          <w:sz w:val="22"/>
        </w:rPr>
        <w:t>D. Thời gian.</w:t>
      </w:r>
    </w:p>
    <w:p/>
    <w:p>
      <w:r>
        <w:rPr>
          <w:b/>
          <w:sz w:val="24"/>
        </w:rPr>
        <w:t>Câu 3: Phương trình chuyển động của một chất điểm chuyển động thẳng đều có dạng:</w:t>
      </w:r>
    </w:p>
    <w:p>
      <w:pPr>
        <w:pStyle w:val="ListParagraph"/>
      </w:pPr>
      <w:r>
        <w:rPr>
          <w:sz w:val="22"/>
        </w:rPr>
        <w:t>A. $x = x_0 + v t$</w:t>
      </w:r>
    </w:p>
    <w:p>
      <w:pPr>
        <w:pStyle w:val="ListParagraph"/>
      </w:pPr>
      <w:r>
        <w:rPr>
          <w:sz w:val="22"/>
        </w:rPr>
        <w:t>B. $x = x_0 + \frac{1}{2} a t^2$</w:t>
      </w:r>
    </w:p>
    <w:p>
      <w:pPr>
        <w:pStyle w:val="ListParagraph"/>
      </w:pPr>
      <w:r>
        <w:rPr>
          <w:sz w:val="22"/>
        </w:rPr>
        <w:t>C. $v = v_0 + a t$</w:t>
      </w:r>
    </w:p>
    <w:p>
      <w:pPr>
        <w:pStyle w:val="ListParagraph"/>
      </w:pPr>
      <w:r>
        <w:rPr>
          <w:sz w:val="22"/>
        </w:rPr>
        <w:t>D. $v^2 - v_0^2 = 2 a s$</w:t>
      </w:r>
    </w:p>
    <w:p/>
    <w:p>
      <w:r>
        <w:rPr>
          <w:b/>
          <w:sz w:val="24"/>
        </w:rPr>
        <w:t>Câu 4: Một vật chuyển động thẳng đều với vận tốc $v = 5 \, \text{m/s}$. Quãng đường vật đi được trong 10 giây là:</w:t>
      </w:r>
    </w:p>
    <w:p>
      <w:pPr>
        <w:pStyle w:val="ListParagraph"/>
      </w:pPr>
      <w:r>
        <w:rPr>
          <w:sz w:val="22"/>
        </w:rPr>
        <w:t>A. 20 m</w:t>
      </w:r>
    </w:p>
    <w:p>
      <w:pPr>
        <w:pStyle w:val="ListParagraph"/>
      </w:pPr>
      <w:r>
        <w:rPr>
          <w:sz w:val="22"/>
        </w:rPr>
        <w:t>B. 50 m</w:t>
      </w:r>
    </w:p>
    <w:p>
      <w:pPr>
        <w:pStyle w:val="ListParagraph"/>
      </w:pPr>
      <w:r>
        <w:rPr>
          <w:sz w:val="22"/>
        </w:rPr>
        <w:t>C. 100 m</w:t>
      </w:r>
    </w:p>
    <w:p>
      <w:pPr>
        <w:pStyle w:val="ListParagraph"/>
      </w:pPr>
      <w:r>
        <w:rPr>
          <w:sz w:val="22"/>
        </w:rPr>
        <w:t>D. 15 m</w:t>
      </w:r>
    </w:p>
    <w:p/>
    <w:p>
      <w:r>
        <w:rPr>
          <w:b/>
          <w:sz w:val="24"/>
        </w:rPr>
        <w:t>Câu 5: Đồ thị vận tốc – thời gian của chuyển động thẳng đều là:</w:t>
      </w:r>
    </w:p>
    <w:p>
      <w:pPr>
        <w:pStyle w:val="ListParagraph"/>
      </w:pPr>
      <w:r>
        <w:rPr>
          <w:sz w:val="22"/>
        </w:rPr>
        <w:t>A. Đường thẳng song song với trục thời gian.</w:t>
      </w:r>
    </w:p>
    <w:p>
      <w:pPr>
        <w:pStyle w:val="ListParagraph"/>
      </w:pPr>
      <w:r>
        <w:rPr>
          <w:sz w:val="22"/>
        </w:rPr>
        <w:t>B. Đường thẳng đi qua gốc tọa độ.</w:t>
      </w:r>
    </w:p>
    <w:p>
      <w:pPr>
        <w:pStyle w:val="ListParagraph"/>
      </w:pPr>
      <w:r>
        <w:rPr>
          <w:sz w:val="22"/>
        </w:rPr>
        <w:t>C. Đường parabol.</w:t>
      </w:r>
    </w:p>
    <w:p>
      <w:pPr>
        <w:pStyle w:val="ListParagraph"/>
      </w:pPr>
      <w:r>
        <w:rPr>
          <w:sz w:val="22"/>
        </w:rPr>
        <w:t>D. Đường thẳng xiên góc.</w:t>
      </w:r>
    </w:p>
    <w:p/>
    <w:p>
      <w:r>
        <w:rPr>
          <w:b/>
          <w:sz w:val="24"/>
        </w:rPr>
        <w:t>Câu 6: Một xe chuyển động thẳng đều với vận tốc $v = 10 \, \text{m/s}$. Tại thời điểm $t = 0$, xe ở vị trí cách gốc tọa độ 20 m theo chiều dương. Phương trình chuyển động của xe là:</w:t>
      </w:r>
    </w:p>
    <w:p>
      <w:pPr>
        <w:pStyle w:val="ListParagraph"/>
      </w:pPr>
      <w:r>
        <w:rPr>
          <w:sz w:val="22"/>
        </w:rPr>
        <w:t>A. $x = 20 + 10t$ (m)</w:t>
      </w:r>
    </w:p>
    <w:p>
      <w:pPr>
        <w:pStyle w:val="ListParagraph"/>
      </w:pPr>
      <w:r>
        <w:rPr>
          <w:sz w:val="22"/>
        </w:rPr>
        <w:t>B. $x = 10 + 20t$ (m)</w:t>
      </w:r>
    </w:p>
    <w:p>
      <w:pPr>
        <w:pStyle w:val="ListParagraph"/>
      </w:pPr>
      <w:r>
        <w:rPr>
          <w:sz w:val="22"/>
        </w:rPr>
        <w:t>C. $x = 20 - 10t$ (m)</w:t>
      </w:r>
    </w:p>
    <w:p>
      <w:pPr>
        <w:pStyle w:val="ListParagraph"/>
      </w:pPr>
      <w:r>
        <w:rPr>
          <w:sz w:val="22"/>
        </w:rPr>
        <w:t>D. $x = -20 + 10t$ (m)</w:t>
      </w:r>
    </w:p>
    <w:p/>
    <w:p>
      <w:r>
        <w:rPr>
          <w:b/>
          <w:sz w:val="24"/>
        </w:rPr>
        <w:t>Câu 7: Chọn câu sai. Trong chuyển động thẳng đều:</w:t>
      </w:r>
    </w:p>
    <w:p>
      <w:pPr>
        <w:pStyle w:val="ListParagraph"/>
      </w:pPr>
      <w:r>
        <w:rPr>
          <w:sz w:val="22"/>
        </w:rPr>
        <w:t>A. Quãng đường đi được tỉ lệ thuận với thời gian.</w:t>
      </w:r>
    </w:p>
    <w:p>
      <w:pPr>
        <w:pStyle w:val="ListParagraph"/>
      </w:pPr>
      <w:r>
        <w:rPr>
          <w:sz w:val="22"/>
        </w:rPr>
        <w:t>B. Vận tốc trung bình bằng vận tốc tức thời.</w:t>
      </w:r>
    </w:p>
    <w:p>
      <w:pPr>
        <w:pStyle w:val="ListParagraph"/>
      </w:pPr>
      <w:r>
        <w:rPr>
          <w:sz w:val="22"/>
        </w:rPr>
        <w:t>C. Gia tốc của vật bằng không.</w:t>
      </w:r>
    </w:p>
    <w:p>
      <w:pPr>
        <w:pStyle w:val="ListParagraph"/>
      </w:pPr>
      <w:r>
        <w:rPr>
          <w:sz w:val="22"/>
        </w:rPr>
        <w:t>D. Tọa độ của vật tỉ lệ thuận với thời gian.</w:t>
      </w:r>
    </w:p>
    <w:p/>
    <w:p>
      <w:r>
        <w:rPr>
          <w:b/>
          <w:sz w:val="24"/>
        </w:rPr>
        <w:t>Câu 8: Một ô tô chuyển động thẳng đều từ A đến B với vận tốc $v = 72 \, \text{km/h}$. Biết quãng đường AB dài 36 km. Thời gian ô tô đi từ A đến B là:</w:t>
      </w:r>
    </w:p>
    <w:p>
      <w:pPr>
        <w:pStyle w:val="ListParagraph"/>
      </w:pPr>
      <w:r>
        <w:rPr>
          <w:sz w:val="22"/>
        </w:rPr>
        <w:t>A. 0,5 giờ</w:t>
      </w:r>
    </w:p>
    <w:p>
      <w:pPr>
        <w:pStyle w:val="ListParagraph"/>
      </w:pPr>
      <w:r>
        <w:rPr>
          <w:sz w:val="22"/>
        </w:rPr>
        <w:t>B. 1 giờ</w:t>
      </w:r>
    </w:p>
    <w:p>
      <w:pPr>
        <w:pStyle w:val="ListParagraph"/>
      </w:pPr>
      <w:r>
        <w:rPr>
          <w:sz w:val="22"/>
        </w:rPr>
        <w:t>C. 2 giờ</w:t>
      </w:r>
    </w:p>
    <w:p>
      <w:pPr>
        <w:pStyle w:val="ListParagraph"/>
      </w:pPr>
      <w:r>
        <w:rPr>
          <w:sz w:val="22"/>
        </w:rPr>
        <w:t>D. 1,5 giờ</w:t>
      </w:r>
    </w:p>
    <w:p/>
    <w:p>
      <w:r>
        <w:rPr>
          <w:b/>
          <w:sz w:val="24"/>
        </w:rPr>
        <w:t>Câu 9: Đồ thị tọa độ – thời gian của chuyển động thẳng đều là:</w:t>
      </w:r>
    </w:p>
    <w:p>
      <w:pPr>
        <w:pStyle w:val="ListParagraph"/>
      </w:pPr>
      <w:r>
        <w:rPr>
          <w:sz w:val="22"/>
        </w:rPr>
        <w:t>A. Đường thẳng song song với trục thời gian.</w:t>
      </w:r>
    </w:p>
    <w:p>
      <w:pPr>
        <w:pStyle w:val="ListParagraph"/>
      </w:pPr>
      <w:r>
        <w:rPr>
          <w:sz w:val="22"/>
        </w:rPr>
        <w:t>B. Đường thẳng đi qua gốc tọa độ.</w:t>
      </w:r>
    </w:p>
    <w:p>
      <w:pPr>
        <w:pStyle w:val="ListParagraph"/>
      </w:pPr>
      <w:r>
        <w:rPr>
          <w:sz w:val="22"/>
        </w:rPr>
        <w:t>C. Đường thẳng xiên góc, hệ số góc cho biết vận tốc.</w:t>
      </w:r>
    </w:p>
    <w:p>
      <w:pPr>
        <w:pStyle w:val="ListParagraph"/>
      </w:pPr>
      <w:r>
        <w:rPr>
          <w:sz w:val="22"/>
        </w:rPr>
        <w:t>D. Đường parabol.</w:t>
      </w:r>
    </w:p>
    <w:p/>
    <w:p>
      <w:r>
        <w:rPr>
          <w:b/>
          <w:sz w:val="24"/>
        </w:rPr>
        <w:t>Câu 10: Một chất điểm chuyển động thẳng đều có phương trình $x = 5 + 3t$ (m, s). Vận tốc của chất điểm là:</w:t>
      </w:r>
    </w:p>
    <w:p>
      <w:pPr>
        <w:pStyle w:val="ListParagraph"/>
      </w:pPr>
      <w:r>
        <w:rPr>
          <w:sz w:val="22"/>
        </w:rPr>
        <w:t>A. 5 m/s</w:t>
      </w:r>
    </w:p>
    <w:p>
      <w:pPr>
        <w:pStyle w:val="ListParagraph"/>
      </w:pPr>
      <w:r>
        <w:rPr>
          <w:sz w:val="22"/>
        </w:rPr>
        <w:t>B. 3 m/s</w:t>
      </w:r>
    </w:p>
    <w:p>
      <w:pPr>
        <w:pStyle w:val="ListParagraph"/>
      </w:pPr>
      <w:r>
        <w:rPr>
          <w:sz w:val="22"/>
        </w:rPr>
        <w:t>C. 8 m/s</w:t>
      </w:r>
    </w:p>
    <w:p>
      <w:pPr>
        <w:pStyle w:val="ListParagraph"/>
      </w:pPr>
      <w:r>
        <w:rPr>
          <w:sz w:val="22"/>
        </w:rPr>
        <w:t>D. 2 m/s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