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12 - Chiến tranh thế giới thứ hai (1939-1945)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Chiến tranh thế giới thứ hai bùng nổ với sự kiện nào?</w:t>
      </w:r>
    </w:p>
    <w:p>
      <w:pPr>
        <w:pStyle w:val="ListParagraph"/>
      </w:pPr>
      <w:r>
        <w:rPr>
          <w:sz w:val="22"/>
        </w:rPr>
        <w:t>A. Đức tấn công Ba Lan (1/9/1939)</w:t>
      </w:r>
    </w:p>
    <w:p>
      <w:pPr>
        <w:pStyle w:val="ListParagraph"/>
      </w:pPr>
      <w:r>
        <w:rPr>
          <w:sz w:val="22"/>
        </w:rPr>
        <w:t>B. Nhật Bản tấn công Trân Châu Cảng (7/12/1941)</w:t>
      </w:r>
    </w:p>
    <w:p>
      <w:pPr>
        <w:pStyle w:val="ListParagraph"/>
      </w:pPr>
      <w:r>
        <w:rPr>
          <w:sz w:val="22"/>
        </w:rPr>
        <w:t>C. Đức tấn công Liên Xô (22/6/1941)</w:t>
      </w:r>
    </w:p>
    <w:p>
      <w:pPr>
        <w:pStyle w:val="ListParagraph"/>
      </w:pPr>
      <w:r>
        <w:rPr>
          <w:sz w:val="22"/>
        </w:rPr>
        <w:t>D. Anh, Pháp tuyên chiến với Đức (3/9/1939)</w:t>
      </w:r>
    </w:p>
    <w:p/>
    <w:p>
      <w:r>
        <w:rPr>
          <w:b/>
          <w:sz w:val="24"/>
        </w:rPr>
        <w:t>Câu 2: Sự kiện nào đánh dấu Chiến tranh thế giới thứ hai lan rộng ra toàn thế giới?</w:t>
      </w:r>
    </w:p>
    <w:p>
      <w:pPr>
        <w:pStyle w:val="ListParagraph"/>
      </w:pPr>
      <w:r>
        <w:rPr>
          <w:sz w:val="22"/>
        </w:rPr>
        <w:t>A. Đức tấn công Ba Lan</w:t>
      </w:r>
    </w:p>
    <w:p>
      <w:pPr>
        <w:pStyle w:val="ListParagraph"/>
      </w:pPr>
      <w:r>
        <w:rPr>
          <w:sz w:val="22"/>
        </w:rPr>
        <w:t>B. Nhật Bản tấn công Trân Châu Cảng</w:t>
      </w:r>
    </w:p>
    <w:p>
      <w:pPr>
        <w:pStyle w:val="ListParagraph"/>
      </w:pPr>
      <w:r>
        <w:rPr>
          <w:sz w:val="22"/>
        </w:rPr>
        <w:t>C. Đức tấn công Liên Xô</w:t>
      </w:r>
    </w:p>
    <w:p>
      <w:pPr>
        <w:pStyle w:val="ListParagraph"/>
      </w:pPr>
      <w:r>
        <w:rPr>
          <w:sz w:val="22"/>
        </w:rPr>
        <w:t>D. Mĩ ném bom nguyên tử xuống Nhật Bản</w:t>
      </w:r>
    </w:p>
    <w:p/>
    <w:p>
      <w:r>
        <w:rPr>
          <w:b/>
          <w:sz w:val="24"/>
        </w:rPr>
        <w:t>Câu 3: Khối Đồng minh chống phát xít trong Chiến tranh thế giới thứ hai gồm những nước nào?</w:t>
      </w:r>
    </w:p>
    <w:p>
      <w:pPr>
        <w:pStyle w:val="ListParagraph"/>
      </w:pPr>
      <w:r>
        <w:rPr>
          <w:sz w:val="22"/>
        </w:rPr>
        <w:t>A. Anh, Pháp, Mĩ</w:t>
      </w:r>
    </w:p>
    <w:p>
      <w:pPr>
        <w:pStyle w:val="ListParagraph"/>
      </w:pPr>
      <w:r>
        <w:rPr>
          <w:sz w:val="22"/>
        </w:rPr>
        <w:t>B. Liên Xô, Mĩ, Anh</w:t>
      </w:r>
    </w:p>
    <w:p>
      <w:pPr>
        <w:pStyle w:val="ListParagraph"/>
      </w:pPr>
      <w:r>
        <w:rPr>
          <w:sz w:val="22"/>
        </w:rPr>
        <w:t>C. Đức, Italia, Nhật Bản</w:t>
      </w:r>
    </w:p>
    <w:p>
      <w:pPr>
        <w:pStyle w:val="ListParagraph"/>
      </w:pPr>
      <w:r>
        <w:rPr>
          <w:sz w:val="22"/>
        </w:rPr>
        <w:t>D. Liên Xô, Trung Quốc, Việt Nam</w:t>
      </w:r>
    </w:p>
    <w:p/>
    <w:p>
      <w:r>
        <w:rPr>
          <w:b/>
          <w:sz w:val="24"/>
        </w:rPr>
        <w:t>Câu 4: Trận đánh nào được coi là bước ngoặt của Chiến tranh thế giới thứ hai?</w:t>
      </w:r>
    </w:p>
    <w:p>
      <w:pPr>
        <w:pStyle w:val="ListParagraph"/>
      </w:pPr>
      <w:r>
        <w:rPr>
          <w:sz w:val="22"/>
        </w:rPr>
        <w:t>A. Trận Xta-lin-grát</w:t>
      </w:r>
    </w:p>
    <w:p>
      <w:pPr>
        <w:pStyle w:val="ListParagraph"/>
      </w:pPr>
      <w:r>
        <w:rPr>
          <w:sz w:val="22"/>
        </w:rPr>
        <w:t>B. Trận Trân Châu Cảng</w:t>
      </w:r>
    </w:p>
    <w:p>
      <w:pPr>
        <w:pStyle w:val="ListParagraph"/>
      </w:pPr>
      <w:r>
        <w:rPr>
          <w:sz w:val="22"/>
        </w:rPr>
        <w:t>C. Trận Normandie</w:t>
      </w:r>
    </w:p>
    <w:p>
      <w:pPr>
        <w:pStyle w:val="ListParagraph"/>
      </w:pPr>
      <w:r>
        <w:rPr>
          <w:sz w:val="22"/>
        </w:rPr>
        <w:t>D. Trận Berlin</w:t>
      </w:r>
    </w:p>
    <w:p/>
    <w:p>
      <w:r>
        <w:rPr>
          <w:b/>
          <w:sz w:val="24"/>
        </w:rPr>
        <w:t>Câu 5: Ngày 9/5/1945 đánh dấu sự kiện gì?</w:t>
      </w:r>
    </w:p>
    <w:p>
      <w:pPr>
        <w:pStyle w:val="ListParagraph"/>
      </w:pPr>
      <w:r>
        <w:rPr>
          <w:sz w:val="22"/>
        </w:rPr>
        <w:t>A. Đức kí văn bản đầu hàng không điều kiện</w:t>
      </w:r>
    </w:p>
    <w:p>
      <w:pPr>
        <w:pStyle w:val="ListParagraph"/>
      </w:pPr>
      <w:r>
        <w:rPr>
          <w:sz w:val="22"/>
        </w:rPr>
        <w:t>B. Nhật Bản đầu hàng không điều kiện</w:t>
      </w:r>
    </w:p>
    <w:p>
      <w:pPr>
        <w:pStyle w:val="ListParagraph"/>
      </w:pPr>
      <w:r>
        <w:rPr>
          <w:sz w:val="22"/>
        </w:rPr>
        <w:t>C. Chiến tranh thế giới thứ hai kết thúc ở châu Âu</w:t>
      </w:r>
    </w:p>
    <w:p>
      <w:pPr>
        <w:pStyle w:val="ListParagraph"/>
      </w:pPr>
      <w:r>
        <w:rPr>
          <w:sz w:val="22"/>
        </w:rPr>
        <w:t>D. Liên Xô tấn công Berlin</w:t>
      </w:r>
    </w:p>
    <w:p/>
    <w:p>
      <w:r>
        <w:rPr>
          <w:b/>
          <w:sz w:val="24"/>
        </w:rPr>
        <w:t>Câu 6: Hội nghị Ianta (2/1945) được tổ chức với sự tham gia của những nước nào?</w:t>
      </w:r>
    </w:p>
    <w:p>
      <w:pPr>
        <w:pStyle w:val="ListParagraph"/>
      </w:pPr>
      <w:r>
        <w:rPr>
          <w:sz w:val="22"/>
        </w:rPr>
        <w:t>A. Anh, Pháp, Mĩ</w:t>
      </w:r>
    </w:p>
    <w:p>
      <w:pPr>
        <w:pStyle w:val="ListParagraph"/>
      </w:pPr>
      <w:r>
        <w:rPr>
          <w:sz w:val="22"/>
        </w:rPr>
        <w:t>B. Liên Xô, Mĩ, Anh</w:t>
      </w:r>
    </w:p>
    <w:p>
      <w:pPr>
        <w:pStyle w:val="ListParagraph"/>
      </w:pPr>
      <w:r>
        <w:rPr>
          <w:sz w:val="22"/>
        </w:rPr>
        <w:t>C. Liên Xô, Mĩ, Trung Quốc</w:t>
      </w:r>
    </w:p>
    <w:p>
      <w:pPr>
        <w:pStyle w:val="ListParagraph"/>
      </w:pPr>
      <w:r>
        <w:rPr>
          <w:sz w:val="22"/>
        </w:rPr>
        <w:t>D. Đức, Italia, Nhật Bản</w:t>
      </w:r>
    </w:p>
    <w:p/>
    <w:p>
      <w:r>
        <w:rPr>
          <w:b/>
          <w:sz w:val="24"/>
        </w:rPr>
        <w:t>Câu 7: Việt Nam tuyên bố độc lập và thành lập nước Việt Nam Dân chủ Cộng hòa vào thời gian nào?</w:t>
      </w:r>
    </w:p>
    <w:p>
      <w:pPr>
        <w:pStyle w:val="ListParagraph"/>
      </w:pPr>
      <w:r>
        <w:rPr>
          <w:sz w:val="22"/>
        </w:rPr>
        <w:t>A. 2/9/1945</w:t>
      </w:r>
    </w:p>
    <w:p>
      <w:pPr>
        <w:pStyle w:val="ListParagraph"/>
      </w:pPr>
      <w:r>
        <w:rPr>
          <w:sz w:val="22"/>
        </w:rPr>
        <w:t>B. 19/8/1945</w:t>
      </w:r>
    </w:p>
    <w:p>
      <w:pPr>
        <w:pStyle w:val="ListParagraph"/>
      </w:pPr>
      <w:r>
        <w:rPr>
          <w:sz w:val="22"/>
        </w:rPr>
        <w:t>C. 9/3/1945</w:t>
      </w:r>
    </w:p>
    <w:p>
      <w:pPr>
        <w:pStyle w:val="ListParagraph"/>
      </w:pPr>
      <w:r>
        <w:rPr>
          <w:sz w:val="22"/>
        </w:rPr>
        <w:t>D. 15/8/1945</w:t>
      </w:r>
    </w:p>
    <w:p/>
    <w:p>
      <w:r>
        <w:rPr>
          <w:b/>
          <w:sz w:val="24"/>
        </w:rPr>
        <w:t>Câu 8: Chiến tranh thế giới thứ hai kết thúc với sự kiện nào?</w:t>
      </w:r>
    </w:p>
    <w:p>
      <w:pPr>
        <w:pStyle w:val="ListParagraph"/>
      </w:pPr>
      <w:r>
        <w:rPr>
          <w:sz w:val="22"/>
        </w:rPr>
        <w:t>A. Đức đầu hàng Đồng minh (9/5/1945)</w:t>
      </w:r>
    </w:p>
    <w:p>
      <w:pPr>
        <w:pStyle w:val="ListParagraph"/>
      </w:pPr>
      <w:r>
        <w:rPr>
          <w:sz w:val="22"/>
        </w:rPr>
        <w:t>B. Nhật Bản đầu hàng Đồng minh (15/8/1945)</w:t>
      </w:r>
    </w:p>
    <w:p>
      <w:pPr>
        <w:pStyle w:val="ListParagraph"/>
      </w:pPr>
      <w:r>
        <w:rPr>
          <w:sz w:val="22"/>
        </w:rPr>
        <w:t>C. Mĩ ném bom nguyên tử xuống Hiroshima (6/8/1945)</w:t>
      </w:r>
    </w:p>
    <w:p>
      <w:pPr>
        <w:pStyle w:val="ListParagraph"/>
      </w:pPr>
      <w:r>
        <w:rPr>
          <w:sz w:val="22"/>
        </w:rPr>
        <w:t>D. Liên Xô tuyên chiến với Nhật (8/8/1945)</w:t>
      </w:r>
    </w:p>
    <w:p/>
    <w:p>
      <w:r>
        <w:rPr>
          <w:b/>
          <w:sz w:val="24"/>
        </w:rPr>
        <w:t>Câu 9: Ý nào không phải là hậu quả của Chiến tranh thế giới thứ hai?</w:t>
      </w:r>
    </w:p>
    <w:p>
      <w:pPr>
        <w:pStyle w:val="ListParagraph"/>
      </w:pPr>
      <w:r>
        <w:rPr>
          <w:sz w:val="22"/>
        </w:rPr>
        <w:t>A. Khoảng 60 triệu người chết</w:t>
      </w:r>
    </w:p>
    <w:p>
      <w:pPr>
        <w:pStyle w:val="ListParagraph"/>
      </w:pPr>
      <w:r>
        <w:rPr>
          <w:sz w:val="22"/>
        </w:rPr>
        <w:t>B. Nhiều thành phố, làng mạc bị phá hủy</w:t>
      </w:r>
    </w:p>
    <w:p>
      <w:pPr>
        <w:pStyle w:val="ListParagraph"/>
      </w:pPr>
      <w:r>
        <w:rPr>
          <w:sz w:val="22"/>
        </w:rPr>
        <w:t>C. Chiến tranh lạnh bắt đầu</w:t>
      </w:r>
    </w:p>
    <w:p>
      <w:pPr>
        <w:pStyle w:val="ListParagraph"/>
      </w:pPr>
      <w:r>
        <w:rPr>
          <w:sz w:val="22"/>
        </w:rPr>
        <w:t>D. Chủ nghĩa phát xít bị tiêu diệt</w:t>
      </w:r>
    </w:p>
    <w:p/>
    <w:p>
      <w:r>
        <w:rPr>
          <w:b/>
          <w:sz w:val="24"/>
        </w:rPr>
        <w:t>Câu 10: Sự kiện nào đánh dấu sự tan rã của chủ nghĩa phát xít Đức?</w:t>
      </w:r>
    </w:p>
    <w:p>
      <w:pPr>
        <w:pStyle w:val="ListParagraph"/>
      </w:pPr>
      <w:r>
        <w:rPr>
          <w:sz w:val="22"/>
        </w:rPr>
        <w:t>A. Đức kí văn bản đầu hàng không điều kiện</w:t>
      </w:r>
    </w:p>
    <w:p>
      <w:pPr>
        <w:pStyle w:val="ListParagraph"/>
      </w:pPr>
      <w:r>
        <w:rPr>
          <w:sz w:val="22"/>
        </w:rPr>
        <w:t>B. Liên Xô tấn công Berlin</w:t>
      </w:r>
    </w:p>
    <w:p>
      <w:pPr>
        <w:pStyle w:val="ListParagraph"/>
      </w:pPr>
      <w:r>
        <w:rPr>
          <w:sz w:val="22"/>
        </w:rPr>
        <w:t>C. Hội nghị Ianta</w:t>
      </w:r>
    </w:p>
    <w:p>
      <w:pPr>
        <w:pStyle w:val="ListParagraph"/>
      </w:pPr>
      <w:r>
        <w:rPr>
          <w:sz w:val="22"/>
        </w:rPr>
        <w:t>D. Mĩ ném bom nguyên tử xuống Nhật Bản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