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CÂU HỎI VÀ ĐÁP ÁN ÔNG TẬP</w:t>
      </w:r>
    </w:p>
    <w:p>
      <w:pPr>
        <w:jc w:val="center"/>
      </w:pPr>
      <w:r>
        <w:rPr>
          <w:sz w:val="22"/>
        </w:rPr>
        <w:t>Số câu: 100    Thời gian: _____ phút    Họ và tên: _________________________</w:t>
      </w:r>
    </w:p>
    <w:p/>
    <w:p>
      <w:r>
        <w:rPr>
          <w:b/>
          <w:sz w:val="24"/>
        </w:rPr>
        <w:t>Câu 1: Đại diện hãng vận chuyển phải thông báo cho tổ chức, cá nhân nào khi vận chuyển đối tượng bị áp giải?</w:t>
      </w:r>
    </w:p>
    <w:p>
      <w:pPr>
        <w:pStyle w:val="ListParagraph"/>
      </w:pPr>
      <w:r>
        <w:rPr>
          <w:sz w:val="22"/>
        </w:rPr>
        <w:t>A. Lực lượng kiểm soát ANHK.</w:t>
      </w:r>
    </w:p>
    <w:p>
      <w:pPr>
        <w:pStyle w:val="ListParagraph"/>
      </w:pPr>
      <w:r>
        <w:rPr>
          <w:sz w:val="22"/>
        </w:rPr>
        <w:t>B. Cảng vụ hàng không.</w:t>
      </w:r>
    </w:p>
    <w:p>
      <w:pPr>
        <w:pStyle w:val="ListParagraph"/>
      </w:pPr>
      <w:r>
        <w:rPr>
          <w:sz w:val="22"/>
        </w:rPr>
        <w:t>C. Người khai thác cảng hàng không, sân bay.</w:t>
      </w:r>
    </w:p>
    <w:p>
      <w:pPr>
        <w:pStyle w:val="ListParagraph"/>
      </w:pPr>
      <w:r>
        <w:rPr>
          <w:sz w:val="22"/>
        </w:rPr>
        <w:t>D. Đáp án A, B và C đúng.</w:t>
      </w:r>
    </w:p>
    <w:p/>
    <w:p>
      <w:r>
        <w:rPr>
          <w:b/>
          <w:sz w:val="24"/>
        </w:rPr>
        <w:t>Câu 2: Việc kiểm tra trực quan hành khách tại điểm kiểm tra ANHK được quy định như thế nào?</w:t>
      </w:r>
    </w:p>
    <w:p>
      <w:pPr>
        <w:pStyle w:val="ListParagraph"/>
      </w:pPr>
      <w:r>
        <w:rPr>
          <w:sz w:val="22"/>
        </w:rPr>
        <w:t>A. Không quy định.</w:t>
      </w:r>
    </w:p>
    <w:p>
      <w:pPr>
        <w:pStyle w:val="ListParagraph"/>
      </w:pPr>
      <w:r>
        <w:rPr>
          <w:sz w:val="22"/>
        </w:rPr>
        <w:t>B. Nữ kiểm tra nữ, nam kiểm tra nam.</w:t>
      </w:r>
    </w:p>
    <w:p>
      <w:pPr>
        <w:pStyle w:val="ListParagraph"/>
      </w:pPr>
      <w:r>
        <w:rPr>
          <w:sz w:val="22"/>
        </w:rPr>
        <w:t>C. Do người cùng giới tính thực hiện, trong trường hợp cần thiết, cán bộ, chiến sĩ nữ có thể kiểm tra hành khách nam.</w:t>
      </w:r>
    </w:p>
    <w:p>
      <w:pPr>
        <w:pStyle w:val="ListParagraph"/>
      </w:pPr>
      <w:r>
        <w:rPr>
          <w:sz w:val="22"/>
        </w:rPr>
        <w:t>D. Nữ kiểm tra nữ, nam kiểm tra nam, trường hợp cần thiết nam có thể kiểm tra nữ.</w:t>
      </w:r>
    </w:p>
    <w:p/>
    <w:p>
      <w:r>
        <w:rPr>
          <w:b/>
          <w:sz w:val="24"/>
        </w:rPr>
        <w:t>Câu 3: Cá nhân nào có thẩm quyền quyết định việc lục soát ANHK tại cảng hàng không, sân bay?</w:t>
      </w:r>
    </w:p>
    <w:p>
      <w:pPr>
        <w:pStyle w:val="ListParagraph"/>
      </w:pPr>
      <w:r>
        <w:rPr>
          <w:sz w:val="22"/>
        </w:rPr>
        <w:t>A. Chỉ huy Đội trực ca công tác tại mục tiêu đảm nhiệm.</w:t>
      </w:r>
    </w:p>
    <w:p>
      <w:pPr>
        <w:pStyle w:val="ListParagraph"/>
      </w:pPr>
      <w:r>
        <w:rPr>
          <w:sz w:val="22"/>
        </w:rPr>
        <w:t>B. Người đứng đầu đơn vị kiểm soát ANHK tại cảng hàng không.</w:t>
      </w:r>
    </w:p>
    <w:p>
      <w:pPr>
        <w:pStyle w:val="ListParagraph"/>
      </w:pPr>
      <w:r>
        <w:rPr>
          <w:sz w:val="22"/>
        </w:rPr>
        <w:t>C. Giám đốc Cảng vụ hàng không.</w:t>
      </w:r>
    </w:p>
    <w:p>
      <w:pPr>
        <w:pStyle w:val="ListParagraph"/>
      </w:pPr>
      <w:r>
        <w:rPr>
          <w:sz w:val="22"/>
        </w:rPr>
        <w:t>D. Đáp án A, B và C đúng.</w:t>
      </w:r>
    </w:p>
    <w:p>
      <w:pPr>
        <w:pStyle w:val="ListParagraph"/>
      </w:pPr>
      <w:r>
        <w:rPr>
          <w:sz w:val="22"/>
        </w:rPr>
        <w:t>E. Đáp án A và B đúng.</w:t>
      </w:r>
    </w:p>
    <w:p/>
    <w:p>
      <w:r>
        <w:rPr>
          <w:b/>
          <w:sz w:val="24"/>
        </w:rPr>
        <w:t>Câu 4: Hành lý thất lạc, nhầm lẫn trước khi đưa vào khu vực lưu giữ hoặc đưa lại lên tàu bay phải được thực hiện biện pháp kiểm tra an ninh nào?</w:t>
      </w:r>
    </w:p>
    <w:p>
      <w:pPr>
        <w:pStyle w:val="ListParagraph"/>
      </w:pPr>
      <w:r>
        <w:rPr>
          <w:sz w:val="22"/>
        </w:rPr>
        <w:t>A. Kiểm tra trực quan.</w:t>
      </w:r>
    </w:p>
    <w:p>
      <w:pPr>
        <w:pStyle w:val="ListParagraph"/>
      </w:pPr>
      <w:r>
        <w:rPr>
          <w:sz w:val="22"/>
        </w:rPr>
        <w:t>B. Kiểm tra, soi chiếu ANHK.</w:t>
      </w:r>
    </w:p>
    <w:p>
      <w:pPr>
        <w:pStyle w:val="ListParagraph"/>
      </w:pPr>
      <w:r>
        <w:rPr>
          <w:sz w:val="22"/>
        </w:rPr>
        <w:t>C. Thông báo cho Hãng hàng không.</w:t>
      </w:r>
    </w:p>
    <w:p>
      <w:pPr>
        <w:pStyle w:val="ListParagraph"/>
      </w:pPr>
      <w:r>
        <w:rPr>
          <w:sz w:val="22"/>
        </w:rPr>
        <w:t>D. Thông báo cho Cảng vụ hàng không khu vực.</w:t>
      </w:r>
    </w:p>
    <w:p/>
    <w:p>
      <w:r>
        <w:rPr>
          <w:b/>
          <w:sz w:val="24"/>
        </w:rPr>
        <w:t>Câu 5: Theo Thông tư 14/2026/TT-BCA, đối với hàng hoá, bưu gửi rủi ro cao, phải được áp dụng biện pháp kiểm tra ANHK nào?</w:t>
      </w:r>
    </w:p>
    <w:p>
      <w:pPr>
        <w:pStyle w:val="ListParagraph"/>
      </w:pPr>
      <w:r>
        <w:rPr>
          <w:sz w:val="22"/>
        </w:rPr>
        <w:t>A. Biện pháp kiểm tra ANHK bổ sung, tăng cường phù hợp.</w:t>
      </w:r>
    </w:p>
    <w:p>
      <w:pPr>
        <w:pStyle w:val="ListParagraph"/>
      </w:pPr>
      <w:r>
        <w:rPr>
          <w:sz w:val="22"/>
        </w:rPr>
        <w:t>B. Kiểm tra trưc quan.</w:t>
      </w:r>
    </w:p>
    <w:p>
      <w:pPr>
        <w:pStyle w:val="ListParagraph"/>
      </w:pPr>
      <w:r>
        <w:rPr>
          <w:sz w:val="22"/>
        </w:rPr>
        <w:t>C. Kiểm tra bằng máy soi.</w:t>
      </w:r>
    </w:p>
    <w:p>
      <w:pPr>
        <w:pStyle w:val="ListParagraph"/>
      </w:pPr>
      <w:r>
        <w:rPr>
          <w:sz w:val="22"/>
        </w:rPr>
        <w:t>D. Kiểm tra bằng thiết bị phát hiện chất nổ.</w:t>
      </w:r>
    </w:p>
    <w:p/>
    <w:p>
      <w:r>
        <w:rPr>
          <w:b/>
          <w:sz w:val="24"/>
        </w:rPr>
        <w:t>Câu 6: Theo Thông tư 14/2026/TT-BCA, hàng hoá, bưu gửi xuất phát phải được ghi nhận tình trạng an ninh bằng những hình thức nào?</w:t>
      </w:r>
    </w:p>
    <w:p>
      <w:pPr>
        <w:pStyle w:val="ListParagraph"/>
      </w:pPr>
      <w:r>
        <w:rPr>
          <w:sz w:val="22"/>
        </w:rPr>
        <w:t>A. Bằng tài liệu giấy, tài liệu về tình trạng an ninh hàng hoá, bưu gửi phải được gửi kèm hàng hóa, bưu gửi trong suốt hành trình vận chuyển bằng đường hàng không.</w:t>
      </w:r>
    </w:p>
    <w:p>
      <w:pPr>
        <w:pStyle w:val="ListParagraph"/>
      </w:pPr>
      <w:r>
        <w:rPr>
          <w:sz w:val="22"/>
        </w:rPr>
        <w:t>B. Bằng tài liệu giấy hoặc điện tử, tài liệu về tình trạng an ninh hàng hoá, bưu gửi phải được gửi kèm hàng hóa, bưu gửi trong suốt hành trình vận chuyển bằng đường hàng không.</w:t>
      </w:r>
    </w:p>
    <w:p>
      <w:pPr>
        <w:pStyle w:val="ListParagraph"/>
      </w:pPr>
      <w:r>
        <w:rPr>
          <w:sz w:val="22"/>
        </w:rPr>
        <w:t>C. Bằng tài liệu điện tử, tài liệu về tình trạng an ninh hàng hoá, bưu gửi phải được gửi kèm hàng hóa, bưu gửi trong suốt hành trình vận chuyển bằng đường hàng không.</w:t>
      </w:r>
    </w:p>
    <w:p>
      <w:pPr>
        <w:pStyle w:val="ListParagraph"/>
      </w:pPr>
      <w:r>
        <w:rPr>
          <w:sz w:val="22"/>
        </w:rPr>
        <w:t>D. Đáp án A và B đúng.</w:t>
      </w:r>
    </w:p>
    <w:p/>
    <w:p>
      <w:r>
        <w:rPr>
          <w:b/>
          <w:sz w:val="24"/>
        </w:rPr>
        <w:t>Câu 7: Lục soát ANHK là gì?</w:t>
      </w:r>
    </w:p>
    <w:p>
      <w:pPr>
        <w:pStyle w:val="ListParagraph"/>
      </w:pPr>
      <w:r>
        <w:rPr>
          <w:sz w:val="22"/>
        </w:rPr>
        <w:t>A. Là việc sử dụng riêng lẻ hoặc kết hợp biện pháp soi chiếu, kiểm tra trực quan và các biện pháp khác để nhận biết, phát hiện, ngăn chặn các hành vi vi phạm hoặc có dấu hiệu vi phạm về ANHK.</w:t>
      </w:r>
    </w:p>
    <w:p>
      <w:pPr>
        <w:pStyle w:val="ListParagraph"/>
      </w:pPr>
      <w:r>
        <w:rPr>
          <w:sz w:val="22"/>
        </w:rPr>
        <w:t>B. Là việc sử dụng riêng lẻ hoặc kết hợp con người, động vật, trang bị, thiết bị kỹ thuật để quản lý, theo dõi nhằm phát hiện, ngăn chặn các hành vi vi phạm hoặc có dấu hiệu vi phạm về ANHK.</w:t>
      </w:r>
    </w:p>
    <w:p>
      <w:pPr>
        <w:pStyle w:val="ListParagraph"/>
      </w:pPr>
      <w:r>
        <w:rPr>
          <w:sz w:val="22"/>
        </w:rPr>
        <w:t>C. Là việc kiểm tra chi tiết từng đồ vật, vị trí của đối tượng, người bị lục soát nhằm phát hiện, ngăn chặn vũ khí, chất nổ hoặc thiết bị, vật phẩm nguy hiểm khác để loại trừ yếu tố gây uy hiếp ANHK. Việc lục soát ANHK do người có thẩm quyền quyết định.</w:t>
      </w:r>
    </w:p>
    <w:p>
      <w:pPr>
        <w:pStyle w:val="ListParagraph"/>
      </w:pPr>
      <w:r>
        <w:rPr>
          <w:sz w:val="22"/>
        </w:rPr>
        <w:t>D. Đáp án A, B và C đúng.</w:t>
      </w:r>
    </w:p>
    <w:p/>
    <w:p>
      <w:r>
        <w:rPr>
          <w:b/>
          <w:sz w:val="24"/>
        </w:rPr>
        <w:t>Câu 8: Trường hợp niêm phong an ninh không còn nguyên vẹn hoặc hành lý ký gửi, hàng hóa, bưu gửi, đồ vật phục vụ trên tàu bay, tủ, túi đựng suất ăn bị rách, vỡ phải được xử lý như thế nào?</w:t>
      </w:r>
    </w:p>
    <w:p>
      <w:pPr>
        <w:pStyle w:val="ListParagraph"/>
      </w:pPr>
      <w:r>
        <w:rPr>
          <w:sz w:val="22"/>
        </w:rPr>
        <w:t>A. Đóng gói lại rồi cho chất xếp lên tàu bay.</w:t>
      </w:r>
    </w:p>
    <w:p>
      <w:pPr>
        <w:pStyle w:val="ListParagraph"/>
      </w:pPr>
      <w:r>
        <w:rPr>
          <w:sz w:val="22"/>
        </w:rPr>
        <w:t>B. Tái kiểm tra ANHK.</w:t>
      </w:r>
    </w:p>
    <w:p>
      <w:pPr>
        <w:pStyle w:val="ListParagraph"/>
      </w:pPr>
      <w:r>
        <w:rPr>
          <w:sz w:val="22"/>
        </w:rPr>
        <w:t>C. Từ chối hoàn thành thủ tục ANHK.</w:t>
      </w:r>
    </w:p>
    <w:p>
      <w:pPr>
        <w:pStyle w:val="ListParagraph"/>
      </w:pPr>
      <w:r>
        <w:rPr>
          <w:sz w:val="22"/>
        </w:rPr>
        <w:t>D. Thông báo cho Cảng vụ hàng không.</w:t>
      </w:r>
    </w:p>
    <w:p/>
    <w:p>
      <w:r>
        <w:rPr>
          <w:b/>
          <w:sz w:val="24"/>
        </w:rPr>
        <w:t>Câu 9: Trường hợp có dấu hiệu hoặc có thông tin đe dọa liên quan đến an  ninh, an toàn của chuyến bay thì hành lý thất lạc, hành lý không có người nhận phải được thực hiện bằng biện pháp kiểm tra nào sau đây?</w:t>
      </w:r>
    </w:p>
    <w:p>
      <w:pPr>
        <w:pStyle w:val="ListParagraph"/>
      </w:pPr>
      <w:r>
        <w:rPr>
          <w:sz w:val="22"/>
        </w:rPr>
        <w:t>A. Kiểm tra bằng máy soi.</w:t>
      </w:r>
    </w:p>
    <w:p>
      <w:pPr>
        <w:pStyle w:val="ListParagraph"/>
      </w:pPr>
      <w:r>
        <w:rPr>
          <w:sz w:val="22"/>
        </w:rPr>
        <w:t>B. Kiểm tra bằng thiết bị phát hiện kim loại cầm tay.</w:t>
      </w:r>
    </w:p>
    <w:p>
      <w:pPr>
        <w:pStyle w:val="ListParagraph"/>
      </w:pPr>
      <w:r>
        <w:rPr>
          <w:sz w:val="22"/>
        </w:rPr>
        <w:t>C. Lục soát ANHK.</w:t>
      </w:r>
    </w:p>
    <w:p>
      <w:pPr>
        <w:pStyle w:val="ListParagraph"/>
      </w:pPr>
      <w:r>
        <w:rPr>
          <w:sz w:val="22"/>
        </w:rPr>
        <w:t>D. Kiểm tra bằng thiết bị phát hiện chất nổ.</w:t>
      </w:r>
    </w:p>
    <w:p/>
    <w:p>
      <w:r>
        <w:rPr>
          <w:b/>
          <w:sz w:val="24"/>
        </w:rPr>
        <w:t>Câu 10: Kiểm tra bổ sung ngẫu nhiên tối thiểu 10% sau kiểm tra ANHK lần đầu đối với hành khách, hành lý xách tay được thực hiện bằng biện pháp nào?</w:t>
      </w:r>
    </w:p>
    <w:p>
      <w:pPr>
        <w:pStyle w:val="ListParagraph"/>
      </w:pPr>
      <w:r>
        <w:rPr>
          <w:sz w:val="22"/>
        </w:rPr>
        <w:t>A. Kiểm tra bằng cổng từ kết hợp thiết bị phát hiện kim loại cầm tay.</w:t>
      </w:r>
    </w:p>
    <w:p>
      <w:pPr>
        <w:pStyle w:val="ListParagraph"/>
      </w:pPr>
      <w:r>
        <w:rPr>
          <w:sz w:val="22"/>
        </w:rPr>
        <w:t>B. Kiểm tra bằng máy soi ở nhiều tư thế khác nhau.</w:t>
      </w:r>
    </w:p>
    <w:p>
      <w:pPr>
        <w:pStyle w:val="ListParagraph"/>
      </w:pPr>
      <w:r>
        <w:rPr>
          <w:sz w:val="22"/>
        </w:rPr>
        <w:t>C. Kiểm tra trực quan hoặc kiểm tra bằng dụng cụ, thiết bị, động vật phát hiện chất nổ.</w:t>
      </w:r>
    </w:p>
    <w:p>
      <w:pPr>
        <w:pStyle w:val="ListParagraph"/>
      </w:pPr>
      <w:r>
        <w:rPr>
          <w:sz w:val="22"/>
        </w:rPr>
        <w:t>D. Đáp án A, B và C đúng.</w:t>
      </w:r>
    </w:p>
    <w:p/>
    <w:p>
      <w:r>
        <w:rPr>
          <w:b/>
          <w:sz w:val="24"/>
        </w:rPr>
        <w:t>Câu 11: Đối với hành lý thất lạc, hành lý không có người nhận, hãng hàng không, doanh nghiệp cung cấp dịch vụ phục vụ hành khách, hành lý phải có trách nhiệm gì?</w:t>
      </w:r>
    </w:p>
    <w:p>
      <w:pPr>
        <w:pStyle w:val="ListParagraph"/>
      </w:pPr>
      <w:r>
        <w:rPr>
          <w:sz w:val="22"/>
        </w:rPr>
        <w:t>A. Báo cáo và chuyển giao cho Cảng vụ hàng không xử lý.</w:t>
      </w:r>
    </w:p>
    <w:p>
      <w:pPr>
        <w:pStyle w:val="ListParagraph"/>
      </w:pPr>
      <w:r>
        <w:rPr>
          <w:sz w:val="22"/>
        </w:rPr>
        <w:t>B. Báo cáo và chuyển giao cho lực lượng kiểm soát ANHK xử lý.</w:t>
      </w:r>
    </w:p>
    <w:p>
      <w:pPr>
        <w:pStyle w:val="ListParagraph"/>
      </w:pPr>
      <w:r>
        <w:rPr>
          <w:sz w:val="22"/>
        </w:rPr>
        <w:t>C. Lưu giữ và lập hồ sơ theo dõi hành lý thất lạc, hành lý không có người nhận, phải ghi rõ số lượng, trọng lượng, chuyến bay, đường bay và các biện pháp giải quyết.</w:t>
      </w:r>
    </w:p>
    <w:p>
      <w:pPr>
        <w:pStyle w:val="ListParagraph"/>
      </w:pPr>
      <w:r>
        <w:rPr>
          <w:sz w:val="22"/>
        </w:rPr>
        <w:t>D. Không có trách nhiệm vì tài sản của hành khách do hành khách tự quản lý.</w:t>
      </w:r>
    </w:p>
    <w:p/>
    <w:p>
      <w:r>
        <w:rPr>
          <w:b/>
          <w:sz w:val="24"/>
        </w:rPr>
        <w:t>Câu 12: Ngoại trừ túi ngoại giao, túi lãnh sự, hành lý ký gửi vận chuyển không cùng với hành khách trên chuyến bay theo quy định phải áp dụng các biện pháp kiểm tra an ninh bổ sung nào sau đây?</w:t>
      </w:r>
    </w:p>
    <w:p>
      <w:pPr>
        <w:pStyle w:val="ListParagraph"/>
      </w:pPr>
      <w:r>
        <w:rPr>
          <w:sz w:val="22"/>
        </w:rPr>
        <w:t>A. Soi chiếu bằng máy soi đối với đồ vật ở các tư thế khác nhau.</w:t>
      </w:r>
    </w:p>
    <w:p>
      <w:pPr>
        <w:pStyle w:val="ListParagraph"/>
      </w:pPr>
      <w:r>
        <w:rPr>
          <w:sz w:val="22"/>
        </w:rPr>
        <w:t>B. Kiểm tra bằng dụng cụ, thiết bị phát hiện chất nổ.</w:t>
      </w:r>
    </w:p>
    <w:p>
      <w:pPr>
        <w:pStyle w:val="ListParagraph"/>
      </w:pPr>
      <w:r>
        <w:rPr>
          <w:sz w:val="22"/>
        </w:rPr>
        <w:t>C. Phải được lập biên bản kiểm tra.</w:t>
      </w:r>
    </w:p>
    <w:p>
      <w:pPr>
        <w:pStyle w:val="ListParagraph"/>
      </w:pPr>
      <w:r>
        <w:rPr>
          <w:sz w:val="22"/>
        </w:rPr>
        <w:t>D. Kiểm tra như hành lý của khách bình thường.</w:t>
      </w:r>
    </w:p>
    <w:p>
      <w:pPr>
        <w:pStyle w:val="ListParagraph"/>
      </w:pPr>
      <w:r>
        <w:rPr>
          <w:sz w:val="22"/>
        </w:rPr>
        <w:t>E. Đáp án A, B và C đúng.</w:t>
      </w:r>
    </w:p>
    <w:p/>
    <w:p>
      <w:r>
        <w:rPr>
          <w:b/>
          <w:sz w:val="24"/>
        </w:rPr>
        <w:t>Câu 13: Việc kiểm tra túi ngoại giao, túi lãnh sự được lực lượng kiểm soát ANHK tại cảng hàng không thực hiện như thế nào?</w:t>
      </w:r>
    </w:p>
    <w:p>
      <w:pPr>
        <w:pStyle w:val="ListParagraph"/>
      </w:pPr>
      <w:r>
        <w:rPr>
          <w:sz w:val="22"/>
        </w:rPr>
        <w:t>A. Kiểm tra niêm phong, những dấu hiệu nhận biết bên ngoài của túi ngoại giao, túi lãnh sự theo quy định của pháp luật về ngoại giao và lãnh sự.</w:t>
      </w:r>
    </w:p>
    <w:p>
      <w:pPr>
        <w:pStyle w:val="ListParagraph"/>
      </w:pPr>
      <w:r>
        <w:rPr>
          <w:sz w:val="22"/>
        </w:rPr>
        <w:t>B. Kiểm tra hộ chiếu, giấy ủy quyền mang túi ngoại giao, túi lãnh sự, văn bản của cơ quan đại diện ngoại giao, cơ quan lãnh sự xác nhận số kiện của túi ngoại giao, túi lãnh sự.</w:t>
      </w:r>
    </w:p>
    <w:p>
      <w:pPr>
        <w:pStyle w:val="ListParagraph"/>
      </w:pPr>
      <w:r>
        <w:rPr>
          <w:sz w:val="22"/>
        </w:rPr>
        <w:t>C. Kiểm tra như hành lý của khách bình thường.</w:t>
      </w:r>
    </w:p>
    <w:p>
      <w:pPr>
        <w:pStyle w:val="ListParagraph"/>
      </w:pPr>
      <w:r>
        <w:rPr>
          <w:sz w:val="22"/>
        </w:rPr>
        <w:t>D. Đáp án A và B đúng.</w:t>
      </w:r>
    </w:p>
    <w:p>
      <w:pPr>
        <w:pStyle w:val="ListParagraph"/>
      </w:pPr>
      <w:r>
        <w:rPr>
          <w:sz w:val="22"/>
        </w:rPr>
        <w:t>E. Đáp án A, B và C đúng.</w:t>
      </w:r>
    </w:p>
    <w:p/>
    <w:p>
      <w:r>
        <w:rPr>
          <w:b/>
          <w:sz w:val="24"/>
        </w:rPr>
        <w:t>Câu 14: Hành khách nối chuyến, quá cảnh, tạm dừng nội địa và hành lý xách tay phải được kiểm tra ANHK bằng biện pháp soi chiếu như hành khách xuất phát trước khi lên lại tàu bay, trừ những trường hợp đáp ứng các điều kiện nào sau đây?</w:t>
      </w:r>
    </w:p>
    <w:p>
      <w:pPr>
        <w:pStyle w:val="ListParagraph"/>
      </w:pPr>
      <w:r>
        <w:rPr>
          <w:sz w:val="22"/>
        </w:rPr>
        <w:t>A. Hành khách được dán thẻ hành khách tạm dừng nội địa, nối chuyến, quá cảnh.</w:t>
      </w:r>
    </w:p>
    <w:p>
      <w:pPr>
        <w:pStyle w:val="ListParagraph"/>
      </w:pPr>
      <w:r>
        <w:rPr>
          <w:sz w:val="22"/>
        </w:rPr>
        <w:t>B. Từ lúc xuống khỏi tàu bay, hành khách không ra khỏi khu vực hạn chế và được giám sát an ninh liên tục; đồng thời, hành khách không tiếp xúc với hành lý ký gửi của họ và không tiếp xúc với khu vực trả hành lý.</w:t>
      </w:r>
    </w:p>
    <w:p>
      <w:pPr>
        <w:pStyle w:val="ListParagraph"/>
      </w:pPr>
      <w:r>
        <w:rPr>
          <w:sz w:val="22"/>
        </w:rPr>
        <w:t>C. Có thoả thuận giữa Việt Nam và quốc gia nơi tàu bay cất cánh bay đến Việt Nam về việc công nhận áp dụng biện pháp soi chiếu, giám sát ANHK hoặc có thỏa thuận về tránh soi chiếu lại đối với hành khách.</w:t>
      </w:r>
    </w:p>
    <w:p>
      <w:pPr>
        <w:pStyle w:val="ListParagraph"/>
      </w:pPr>
      <w:r>
        <w:rPr>
          <w:sz w:val="22"/>
        </w:rPr>
        <w:t>D. Đáp án A, B và C đúng.</w:t>
      </w:r>
    </w:p>
    <w:p/>
    <w:p>
      <w:r>
        <w:rPr>
          <w:b/>
          <w:sz w:val="24"/>
        </w:rPr>
        <w:t>Câu 15: Không được phép chuyên chở trên tàu bay hành lý không có người đi cùng khi đang áp dụng biện pháp tăng cường an ninh cấp độ mấy?</w:t>
      </w:r>
    </w:p>
    <w:p>
      <w:pPr>
        <w:pStyle w:val="ListParagraph"/>
      </w:pPr>
      <w:r>
        <w:rPr>
          <w:sz w:val="22"/>
        </w:rPr>
        <w:t>A. Tăng cường an ninh cấp độ 1.</w:t>
      </w:r>
    </w:p>
    <w:p>
      <w:pPr>
        <w:pStyle w:val="ListParagraph"/>
      </w:pPr>
      <w:r>
        <w:rPr>
          <w:sz w:val="22"/>
        </w:rPr>
        <w:t>B. Tăng cường an ninh cấp độ 2.</w:t>
      </w:r>
    </w:p>
    <w:p>
      <w:pPr>
        <w:pStyle w:val="ListParagraph"/>
      </w:pPr>
      <w:r>
        <w:rPr>
          <w:sz w:val="22"/>
        </w:rPr>
        <w:t>C. Tăng cường an ninh cấp độ 3.</w:t>
      </w:r>
    </w:p>
    <w:p>
      <w:pPr>
        <w:pStyle w:val="ListParagraph"/>
      </w:pPr>
      <w:r>
        <w:rPr>
          <w:sz w:val="22"/>
        </w:rPr>
        <w:t>D. Đáp án B và C đúng.</w:t>
      </w:r>
    </w:p>
    <w:p/>
    <w:p>
      <w:r>
        <w:rPr>
          <w:b/>
          <w:sz w:val="24"/>
        </w:rPr>
        <w:t>Câu 16: Túi ngoại giao, túi lãnh sự được soi chiếu trong trường hợp nào?</w:t>
      </w:r>
    </w:p>
    <w:p>
      <w:pPr>
        <w:pStyle w:val="ListParagraph"/>
      </w:pPr>
      <w:r>
        <w:rPr>
          <w:sz w:val="22"/>
        </w:rPr>
        <w:t>A. Hãng hàng không trực tiếp vận chuyển có yêu cầu bằng văn bản gửi người đứng đầu đơn vị kiểm soát ANHK tại cảng hàng không, sân bay và được sự đồng thuận của giao thông viên ngoại giao hoặc giao thông viên lãnh sự.</w:t>
      </w:r>
    </w:p>
    <w:p>
      <w:pPr>
        <w:pStyle w:val="ListParagraph"/>
      </w:pPr>
      <w:r>
        <w:rPr>
          <w:sz w:val="22"/>
        </w:rPr>
        <w:t>B. Việc soi chiếu phải được ghi nhận bằng văn bản có sự xác nhận của hãng hàng không, giao thông viên ngoại giao hoặc giao thông viên lãnh sự, lực lượng kiểm soát ANHK; biên bản phải được gửi cho cơ quan đại diện ngoại giao, cơ quan đại diện lãnh sự.</w:t>
      </w:r>
    </w:p>
    <w:p>
      <w:pPr>
        <w:pStyle w:val="ListParagraph"/>
      </w:pPr>
      <w:r>
        <w:rPr>
          <w:sz w:val="22"/>
        </w:rPr>
        <w:t>C. Tất cả các túi ngoại giao, túi lãnh sự phải được soi chiếu trong mọi trường hợp.</w:t>
      </w:r>
    </w:p>
    <w:p>
      <w:pPr>
        <w:pStyle w:val="ListParagraph"/>
      </w:pPr>
      <w:r>
        <w:rPr>
          <w:sz w:val="22"/>
        </w:rPr>
        <w:t>D. Đáp án A, B và C đúng.</w:t>
      </w:r>
    </w:p>
    <w:p>
      <w:pPr>
        <w:pStyle w:val="ListParagraph"/>
      </w:pPr>
      <w:r>
        <w:rPr>
          <w:sz w:val="22"/>
        </w:rPr>
        <w:t>E. Đáp án A và B đúng.</w:t>
      </w:r>
    </w:p>
    <w:p/>
    <w:p>
      <w:r>
        <w:rPr>
          <w:b/>
          <w:sz w:val="24"/>
        </w:rPr>
        <w:t>Câu 17: Việc kiểm tra trực quan tại buồng lục soát được quy định như thế nào?</w:t>
      </w:r>
    </w:p>
    <w:p>
      <w:pPr>
        <w:pStyle w:val="ListParagraph"/>
      </w:pPr>
      <w:r>
        <w:rPr>
          <w:sz w:val="22"/>
        </w:rPr>
        <w:t>A. Phải báo cáo cho Cảng vụ hàng không trước khi lục soát.</w:t>
      </w:r>
    </w:p>
    <w:p>
      <w:pPr>
        <w:pStyle w:val="ListParagraph"/>
      </w:pPr>
      <w:r>
        <w:rPr>
          <w:sz w:val="22"/>
        </w:rPr>
        <w:t>B. Cán bộ được phân công tiến hành kiểm tra và báo cáo cho chỉ huy đội trực ca công tác kết quả kiểm tra.</w:t>
      </w:r>
    </w:p>
    <w:p>
      <w:pPr>
        <w:pStyle w:val="ListParagraph"/>
      </w:pPr>
      <w:r>
        <w:rPr>
          <w:sz w:val="22"/>
        </w:rPr>
        <w:t>C. Phải do người cùng giới tính thực hiện, có người thứ ba cùng giới chứng kiến và phải lập biên bản kiểm tra trực quan.</w:t>
      </w:r>
    </w:p>
    <w:p>
      <w:pPr>
        <w:pStyle w:val="ListParagraph"/>
      </w:pPr>
      <w:r>
        <w:rPr>
          <w:sz w:val="22"/>
        </w:rPr>
        <w:t>D. Quá trình kiểm tra phải có đại diện hãng vận chuyển và Cảng vụ hàng không giám sát.</w:t>
      </w:r>
    </w:p>
    <w:p/>
    <w:p>
      <w:r>
        <w:rPr>
          <w:b/>
          <w:sz w:val="24"/>
        </w:rPr>
        <w:t>Câu 18: Người chỉ huy tàu bay phải được thông báo những thông tin gì của người được phép mang vũ khí, công cụ hỗ trợ trên chuyến bay?</w:t>
      </w:r>
    </w:p>
    <w:p>
      <w:pPr>
        <w:pStyle w:val="ListParagraph"/>
      </w:pPr>
      <w:r>
        <w:rPr>
          <w:sz w:val="22"/>
        </w:rPr>
        <w:t>A. Tên, chỗ ngồi người được phép mang vũ khí, công cụ hỗ trợ.</w:t>
      </w:r>
    </w:p>
    <w:p>
      <w:pPr>
        <w:pStyle w:val="ListParagraph"/>
      </w:pPr>
      <w:r>
        <w:rPr>
          <w:sz w:val="22"/>
        </w:rPr>
        <w:t>B. Loại vũ khí, công cụ hỗ trợ được phép mang trên chuyến bay.</w:t>
      </w:r>
    </w:p>
    <w:p>
      <w:pPr>
        <w:pStyle w:val="ListParagraph"/>
      </w:pPr>
      <w:r>
        <w:rPr>
          <w:sz w:val="22"/>
        </w:rPr>
        <w:t>C. Tên, chỗ ngồi, loại vũ khí, công cụ hỗ trợ được phép mang trên chuyến bay.</w:t>
      </w:r>
    </w:p>
    <w:p>
      <w:pPr>
        <w:pStyle w:val="ListParagraph"/>
      </w:pPr>
      <w:r>
        <w:rPr>
          <w:sz w:val="22"/>
        </w:rPr>
        <w:t>D. Loại vũ khí, chỗ ngồi người được phép mang vũ khí, công cụ hỗ trợ.</w:t>
      </w:r>
    </w:p>
    <w:p/>
    <w:p>
      <w:r>
        <w:rPr>
          <w:b/>
          <w:sz w:val="24"/>
        </w:rPr>
        <w:t>Câu 19: Theo Thông tư 14/2026/TT-BCA, ngày 03/02/2026, niêm phong an ninh phảỉ bảo đảm đáp ứng các yêu cầu nào sau đây?</w:t>
      </w:r>
    </w:p>
    <w:p>
      <w:pPr>
        <w:pStyle w:val="ListParagraph"/>
      </w:pPr>
      <w:r>
        <w:rPr>
          <w:sz w:val="22"/>
        </w:rPr>
        <w:t>A. Phải bảo đảm không thể bóc, gỡ sau khi niêm phong hoặc nếu bóc, gỡ sẽ bị hỏng, không thể niêm phong lại; kích cỡ, chủng loại tem hoặc dây niêm phong phải phù hợp với vật được niêm phong.</w:t>
      </w:r>
    </w:p>
    <w:p>
      <w:pPr>
        <w:pStyle w:val="ListParagraph"/>
      </w:pPr>
      <w:r>
        <w:rPr>
          <w:sz w:val="22"/>
        </w:rPr>
        <w:t>B. Phải bảo đảm nếu bóc, gỡ sẽ bị hỏng, không thể niêm phong lại; kích cỡ, chủng loại tem hoặc dây niêm phong phải phù hợp với vật được niêm phong.</w:t>
      </w:r>
    </w:p>
    <w:p>
      <w:pPr>
        <w:pStyle w:val="ListParagraph"/>
      </w:pPr>
      <w:r>
        <w:rPr>
          <w:sz w:val="22"/>
        </w:rPr>
        <w:t>C. Phải bảo đảm không thể bóc, gỡ sau khi niêm phong; kích cỡ, chủng loại tem hoặc dây niêm phong phải phù hợp với vật được niêm phong.</w:t>
      </w:r>
    </w:p>
    <w:p>
      <w:pPr>
        <w:pStyle w:val="ListParagraph"/>
      </w:pPr>
      <w:r>
        <w:rPr>
          <w:sz w:val="22"/>
        </w:rPr>
        <w:t>D. Phải bảo đảm không thể bóc, gỡ sau khi niêm phong hoặc nếu bóc, gỡ sẽ bị hỏng, không thể niêm phong lại; kích cỡ phải phù hợp với vật được niêm phong.</w:t>
      </w:r>
    </w:p>
    <w:p/>
    <w:p>
      <w:r>
        <w:rPr>
          <w:b/>
          <w:sz w:val="24"/>
        </w:rPr>
        <w:t>Câu 20: Khi qua điểm kiểm tra soi chiếu ANHK, hành khách phải tuân thủ những quy định nào?</w:t>
      </w:r>
    </w:p>
    <w:p>
      <w:pPr>
        <w:pStyle w:val="ListParagraph"/>
      </w:pPr>
      <w:r>
        <w:rPr>
          <w:sz w:val="22"/>
        </w:rPr>
        <w:t>A. Hành khách cởi bỏ áo khoác, mũ, giầy, dép (trừ trường hợp có sử dụng thiết bị kiểm tra ANHK giày, dép), thắt lưng, vật dụng cá nhân và các đồ vật khác mang theo người; đặt các đồ vật, chất lỏng, thiết bị điện tử vào khay đưa qua máy soi trước khi đi qua cổng từ hoặc thiết bị soi chiếu cơ thể.</w:t>
      </w:r>
    </w:p>
    <w:p>
      <w:pPr>
        <w:pStyle w:val="ListParagraph"/>
      </w:pPr>
      <w:r>
        <w:rPr>
          <w:sz w:val="22"/>
        </w:rPr>
        <w:t>B. Hành khách đi qua cổng từ hoặc thiết bị soi chiếu cơ thể (nếu có), nếu cổng từ hoặc thiết bị soi chiếu cơ thể báo động hoặc hành khách có biểu hiện nghi vấn thì cán bộ kiểm soát ANHK sử dụng kết hợp thiết bị phát hiện kim loại cầm tay và kiểm tra trực quan để kiểm tra hành khách.</w:t>
      </w:r>
    </w:p>
    <w:p>
      <w:pPr>
        <w:pStyle w:val="ListParagraph"/>
      </w:pPr>
      <w:r>
        <w:rPr>
          <w:sz w:val="22"/>
        </w:rPr>
        <w:t>C. Hành khách đặt hành lý xách tay lên băng truyền đưa qua máy soi; khi hành lý có nghi vấn, cán bộ kiểm soát ANHK phải tiến hành kiểm tra trực quan hoặc lục soát ANHK theo qui định.</w:t>
      </w:r>
    </w:p>
    <w:p>
      <w:pPr>
        <w:pStyle w:val="ListParagraph"/>
      </w:pPr>
      <w:r>
        <w:rPr>
          <w:sz w:val="22"/>
        </w:rPr>
        <w:t>D. Đáp án B và C đúng.</w:t>
      </w:r>
    </w:p>
    <w:p>
      <w:pPr>
        <w:pStyle w:val="ListParagraph"/>
      </w:pPr>
      <w:r>
        <w:rPr>
          <w:sz w:val="22"/>
        </w:rPr>
        <w:t>E. Đáp án A, B và C đúng.</w:t>
      </w:r>
    </w:p>
    <w:p/>
    <w:p>
      <w:r>
        <w:rPr>
          <w:b/>
          <w:sz w:val="24"/>
        </w:rPr>
        <w:t>Câu 21: Thời gian tối đa giám sát màn hình máy soi và thời gian tối thiểu để quay trở lại thực hiện đối với cán bộ soi chiếu hành lý ký gửi, hàng hóa, bưu kiện là bao lâu?</w:t>
      </w:r>
    </w:p>
    <w:p>
      <w:pPr>
        <w:pStyle w:val="ListParagraph"/>
      </w:pPr>
      <w:r>
        <w:rPr>
          <w:sz w:val="22"/>
        </w:rPr>
        <w:t>A. 30 phút - 20 phút.</w:t>
      </w:r>
    </w:p>
    <w:p>
      <w:pPr>
        <w:pStyle w:val="ListParagraph"/>
      </w:pPr>
      <w:r>
        <w:rPr>
          <w:sz w:val="22"/>
        </w:rPr>
        <w:t>B. 30 phút - 15 phút.</w:t>
      </w:r>
    </w:p>
    <w:p>
      <w:pPr>
        <w:pStyle w:val="ListParagraph"/>
      </w:pPr>
      <w:r>
        <w:rPr>
          <w:sz w:val="22"/>
        </w:rPr>
        <w:t>C. 30 phút - 30 phút.</w:t>
      </w:r>
    </w:p>
    <w:p>
      <w:pPr>
        <w:pStyle w:val="ListParagraph"/>
      </w:pPr>
      <w:r>
        <w:rPr>
          <w:sz w:val="22"/>
        </w:rPr>
        <w:t>D. 20 phút - 15 phút.</w:t>
      </w:r>
    </w:p>
    <w:p/>
    <w:p>
      <w:r>
        <w:rPr>
          <w:b/>
          <w:sz w:val="24"/>
        </w:rPr>
        <w:t>Câu 22: Thời gian tối đa giám sát màn hình máy soi và thời gian tối thiểu để quay trở lại thực hiện đối với cán bộ soi chiếu hành lý xách tay là bao lâu?</w:t>
      </w:r>
    </w:p>
    <w:p>
      <w:pPr>
        <w:pStyle w:val="ListParagraph"/>
      </w:pPr>
      <w:r>
        <w:rPr>
          <w:sz w:val="22"/>
        </w:rPr>
        <w:t>A. 30 phút - 15 phút.</w:t>
      </w:r>
    </w:p>
    <w:p>
      <w:pPr>
        <w:pStyle w:val="ListParagraph"/>
      </w:pPr>
      <w:r>
        <w:rPr>
          <w:sz w:val="22"/>
        </w:rPr>
        <w:t>B. 30 phút - 30 phút.</w:t>
      </w:r>
    </w:p>
    <w:p>
      <w:pPr>
        <w:pStyle w:val="ListParagraph"/>
      </w:pPr>
      <w:r>
        <w:rPr>
          <w:sz w:val="22"/>
        </w:rPr>
        <w:t>C. 20 phút - 20 phút.</w:t>
      </w:r>
    </w:p>
    <w:p>
      <w:pPr>
        <w:pStyle w:val="ListParagraph"/>
      </w:pPr>
      <w:r>
        <w:rPr>
          <w:sz w:val="22"/>
        </w:rPr>
        <w:t>D. 20 phút - 15 phút.</w:t>
      </w:r>
    </w:p>
    <w:p/>
    <w:p>
      <w:r>
        <w:rPr>
          <w:b/>
          <w:sz w:val="24"/>
        </w:rPr>
        <w:t>Câu 23: Khi phát hiện hành lý, đồ vật không xác định được chủ sở hữu hoặc người quản lý, sử dụng tại cảng hàng không, sân bay và các khu vực hạn chế khác thì lực lượng kiểm soát ANHK phải thực hiện biện pháp gì?</w:t>
      </w:r>
    </w:p>
    <w:p>
      <w:pPr>
        <w:pStyle w:val="ListParagraph"/>
      </w:pPr>
      <w:r>
        <w:rPr>
          <w:sz w:val="22"/>
        </w:rPr>
        <w:t>A. Thực hiện ngay việc lục soát ANHK đối với hành lý, đồ vật đó.</w:t>
      </w:r>
    </w:p>
    <w:p>
      <w:pPr>
        <w:pStyle w:val="ListParagraph"/>
      </w:pPr>
      <w:r>
        <w:rPr>
          <w:sz w:val="22"/>
        </w:rPr>
        <w:t>B. Thông báo cho Hãng hàng không và lục soát hành lý, đồ vật đó.</w:t>
      </w:r>
    </w:p>
    <w:p>
      <w:pPr>
        <w:pStyle w:val="ListParagraph"/>
      </w:pPr>
      <w:r>
        <w:rPr>
          <w:sz w:val="22"/>
        </w:rPr>
        <w:t>C. Thông báo cho Cảng vụ hàng không và lục soát hành lý, đồ vật đó.</w:t>
      </w:r>
    </w:p>
    <w:p>
      <w:pPr>
        <w:pStyle w:val="ListParagraph"/>
      </w:pPr>
      <w:r>
        <w:rPr>
          <w:sz w:val="22"/>
        </w:rPr>
        <w:t>D. Thông báo cho Công an địa phương.</w:t>
      </w:r>
    </w:p>
    <w:p/>
    <w:p>
      <w:r>
        <w:rPr>
          <w:b/>
          <w:sz w:val="24"/>
        </w:rPr>
        <w:t>Câu 24: Người được phép mang vũ khí, công cụ hỗ trợ phải làm thủ tục gì trước khi thực hiện chuyến bay?</w:t>
      </w:r>
    </w:p>
    <w:p>
      <w:pPr>
        <w:pStyle w:val="ListParagraph"/>
      </w:pPr>
      <w:r>
        <w:rPr>
          <w:sz w:val="22"/>
        </w:rPr>
        <w:t>A. Khai báo với đơn vị phục vụ hành khách trước khi thực hiện chuyến bay.</w:t>
      </w:r>
    </w:p>
    <w:p>
      <w:pPr>
        <w:pStyle w:val="ListParagraph"/>
      </w:pPr>
      <w:r>
        <w:rPr>
          <w:sz w:val="22"/>
        </w:rPr>
        <w:t>B. Khai báo với lực lượng kiểm soát ANHK trước khi thực hiện chuyến bay.</w:t>
      </w:r>
    </w:p>
    <w:p>
      <w:pPr>
        <w:pStyle w:val="ListParagraph"/>
      </w:pPr>
      <w:r>
        <w:rPr>
          <w:sz w:val="22"/>
        </w:rPr>
        <w:t>C. Khai báo với Cảng vụ hàng không trước khi thực hiện chuyến bay.</w:t>
      </w:r>
    </w:p>
    <w:p>
      <w:pPr>
        <w:pStyle w:val="ListParagraph"/>
      </w:pPr>
      <w:r>
        <w:rPr>
          <w:sz w:val="22"/>
        </w:rPr>
        <w:t>D. Đáp án A, B và C đúng.</w:t>
      </w:r>
    </w:p>
    <w:p/>
    <w:p>
      <w:r>
        <w:rPr>
          <w:b/>
          <w:sz w:val="24"/>
        </w:rPr>
        <w:t>Câu 25: Người sử dụng thẻ kiểm soát an ninh sẽ bị thu hồi thẻ trong trường hợp nào sau đây?</w:t>
      </w:r>
    </w:p>
    <w:p>
      <w:pPr>
        <w:pStyle w:val="ListParagraph"/>
      </w:pPr>
      <w:r>
        <w:rPr>
          <w:sz w:val="22"/>
        </w:rPr>
        <w:t>A. Vi phạm quy định về ANHK; vi phạm qui định về sử dụng thẻ.</w:t>
      </w:r>
    </w:p>
    <w:p>
      <w:pPr>
        <w:pStyle w:val="ListParagraph"/>
      </w:pPr>
      <w:r>
        <w:rPr>
          <w:sz w:val="22"/>
        </w:rPr>
        <w:t>B. Gây rối trật tự tại cảng hàng không.</w:t>
      </w:r>
    </w:p>
    <w:p>
      <w:pPr>
        <w:pStyle w:val="ListParagraph"/>
      </w:pPr>
      <w:r>
        <w:rPr>
          <w:sz w:val="22"/>
        </w:rPr>
        <w:t>C. Không còn đáp ứng điều kiện cấp thẻ.</w:t>
      </w:r>
    </w:p>
    <w:p>
      <w:pPr>
        <w:pStyle w:val="ListParagraph"/>
      </w:pPr>
      <w:r>
        <w:rPr>
          <w:sz w:val="22"/>
        </w:rPr>
        <w:t>D. Đáp án A, B và C đúng.</w:t>
      </w:r>
    </w:p>
    <w:p/>
    <w:p>
      <w:r>
        <w:rPr>
          <w:b/>
          <w:sz w:val="24"/>
        </w:rPr>
        <w:t>Câu 26: Cơ quan nào chịu trách nhiệm kiểm tra để bảo đảm đồ vật cá nhân, hành lý xách tay của hành khách nối chuyến, quá cảnh, tạm dừng nội địa xuống khỏi tàu bay, không để lại trên tàu bay?</w:t>
      </w:r>
    </w:p>
    <w:p>
      <w:pPr>
        <w:pStyle w:val="ListParagraph"/>
      </w:pPr>
      <w:r>
        <w:rPr>
          <w:sz w:val="22"/>
        </w:rPr>
        <w:t>A. Người khai thác cảng hàng không.</w:t>
      </w:r>
    </w:p>
    <w:p>
      <w:pPr>
        <w:pStyle w:val="ListParagraph"/>
      </w:pPr>
      <w:r>
        <w:rPr>
          <w:sz w:val="22"/>
        </w:rPr>
        <w:t>B. Người khai thác tàu bay.</w:t>
      </w:r>
    </w:p>
    <w:p>
      <w:pPr>
        <w:pStyle w:val="ListParagraph"/>
      </w:pPr>
      <w:r>
        <w:rPr>
          <w:sz w:val="22"/>
        </w:rPr>
        <w:t>C. Doanh nghiệp cung cấp dịch vụ hàng không.</w:t>
      </w:r>
    </w:p>
    <w:p>
      <w:pPr>
        <w:pStyle w:val="ListParagraph"/>
      </w:pPr>
      <w:r>
        <w:rPr>
          <w:sz w:val="22"/>
        </w:rPr>
        <w:t>D. Cảng vụ hàng không.</w:t>
      </w:r>
    </w:p>
    <w:p/>
    <w:p>
      <w:r>
        <w:rPr>
          <w:b/>
          <w:sz w:val="24"/>
        </w:rPr>
        <w:t>Câu 27: Thẻ nhận dạng tổ bay có các thông tin cơ bản nào sau đây?</w:t>
      </w:r>
    </w:p>
    <w:p>
      <w:pPr>
        <w:pStyle w:val="ListParagraph"/>
      </w:pPr>
      <w:r>
        <w:rPr>
          <w:sz w:val="22"/>
        </w:rPr>
        <w:t>A. Số thẻ; thời hạn hiệu lực của thẻ.</w:t>
      </w:r>
    </w:p>
    <w:p>
      <w:pPr>
        <w:pStyle w:val="ListParagraph"/>
      </w:pPr>
      <w:r>
        <w:rPr>
          <w:sz w:val="22"/>
        </w:rPr>
        <w:t>B. Họ và tên; chức danh; ảnh của người được cấp thẻ.</w:t>
      </w:r>
    </w:p>
    <w:p>
      <w:pPr>
        <w:pStyle w:val="ListParagraph"/>
      </w:pPr>
      <w:r>
        <w:rPr>
          <w:sz w:val="22"/>
        </w:rPr>
        <w:t>C. Tên, biểu tượng hãng hàng không.</w:t>
      </w:r>
    </w:p>
    <w:p>
      <w:pPr>
        <w:pStyle w:val="ListParagraph"/>
      </w:pPr>
      <w:r>
        <w:rPr>
          <w:sz w:val="22"/>
        </w:rPr>
        <w:t>D. Đáp án A, B và C đúng.</w:t>
      </w:r>
    </w:p>
    <w:p/>
    <w:p>
      <w:r>
        <w:rPr>
          <w:b/>
          <w:sz w:val="24"/>
        </w:rPr>
        <w:t>Câu 28: Việc kiểm tra ANHK đối với hành khách khuyết tật, thương binh, bệnh nhân sử dụng xe đẩy, cáng cứu thương, có gắn các thiết bị phụ trợ y tế trên người được thực hiện bằng biện pháp kiểm tra nào?</w:t>
      </w:r>
    </w:p>
    <w:p>
      <w:pPr>
        <w:pStyle w:val="ListParagraph"/>
      </w:pPr>
      <w:r>
        <w:rPr>
          <w:sz w:val="22"/>
        </w:rPr>
        <w:t>A. Kiểm tra bằng thiết bị phát hiện kim loại cầm tay.</w:t>
      </w:r>
    </w:p>
    <w:p>
      <w:pPr>
        <w:pStyle w:val="ListParagraph"/>
      </w:pPr>
      <w:r>
        <w:rPr>
          <w:sz w:val="22"/>
        </w:rPr>
        <w:t>B. Kiểm tra trực quan hoặc các biện pháp thích hợp khác tại nơi phù hợp.</w:t>
      </w:r>
    </w:p>
    <w:p>
      <w:pPr>
        <w:pStyle w:val="ListParagraph"/>
      </w:pPr>
      <w:r>
        <w:rPr>
          <w:sz w:val="22"/>
        </w:rPr>
        <w:t>C. Kiểm tra bằng thiết bị soi chiếu cơ thể.</w:t>
      </w:r>
    </w:p>
    <w:p>
      <w:pPr>
        <w:pStyle w:val="ListParagraph"/>
      </w:pPr>
      <w:r>
        <w:rPr>
          <w:sz w:val="22"/>
        </w:rPr>
        <w:t>D. Đáp án A, B và C đúng.</w:t>
      </w:r>
    </w:p>
    <w:p/>
    <w:p>
      <w:r>
        <w:rPr>
          <w:b/>
          <w:sz w:val="24"/>
        </w:rPr>
        <w:t>Câu 29: Việc kiểm tra trực quan hành khách, hành lý xách tay được thực hiện tại đâu?</w:t>
      </w:r>
    </w:p>
    <w:p>
      <w:pPr>
        <w:pStyle w:val="ListParagraph"/>
      </w:pPr>
      <w:r>
        <w:rPr>
          <w:sz w:val="22"/>
        </w:rPr>
        <w:t>A. Điểm kiểm tra ANHK hoặc tại buồng lục soát.</w:t>
      </w:r>
    </w:p>
    <w:p>
      <w:pPr>
        <w:pStyle w:val="ListParagraph"/>
      </w:pPr>
      <w:r>
        <w:rPr>
          <w:sz w:val="22"/>
        </w:rPr>
        <w:t>B. Tại cửa lên tàu bay.</w:t>
      </w:r>
    </w:p>
    <w:p>
      <w:pPr>
        <w:pStyle w:val="ListParagraph"/>
      </w:pPr>
      <w:r>
        <w:rPr>
          <w:sz w:val="22"/>
        </w:rPr>
        <w:t>C. Tại nơi phù hợp.</w:t>
      </w:r>
    </w:p>
    <w:p>
      <w:pPr>
        <w:pStyle w:val="ListParagraph"/>
      </w:pPr>
      <w:r>
        <w:rPr>
          <w:sz w:val="22"/>
        </w:rPr>
        <w:t>D. Đáp án B và C đúng.</w:t>
      </w:r>
    </w:p>
    <w:p/>
    <w:p>
      <w:r>
        <w:rPr>
          <w:b/>
          <w:sz w:val="24"/>
        </w:rPr>
        <w:t>Câu 30: Trong trường hợp có cơ sở để khẳng định túi ngoại giao, túi lãnh sự có chứa vật phẩm nguy hiểm không được phép vận chuyển trên tàu bay theo quy định thì túi ngoại giao, túi lãnh sự đó sẽ bị xử lý như thế nào?</w:t>
      </w:r>
    </w:p>
    <w:p>
      <w:pPr>
        <w:pStyle w:val="ListParagraph"/>
      </w:pPr>
      <w:r>
        <w:rPr>
          <w:sz w:val="22"/>
        </w:rPr>
        <w:t>A. Yêu cầu mở ra để kiểm tra trực quan.</w:t>
      </w:r>
    </w:p>
    <w:p>
      <w:pPr>
        <w:pStyle w:val="ListParagraph"/>
      </w:pPr>
      <w:r>
        <w:rPr>
          <w:sz w:val="22"/>
        </w:rPr>
        <w:t>B. Báo cáo Cảng vụ khu vực xin ý kiến xử lý.</w:t>
      </w:r>
    </w:p>
    <w:p>
      <w:pPr>
        <w:pStyle w:val="ListParagraph"/>
      </w:pPr>
      <w:r>
        <w:rPr>
          <w:sz w:val="22"/>
        </w:rPr>
        <w:t>C. Từ chối chuyên chở.</w:t>
      </w:r>
    </w:p>
    <w:p>
      <w:pPr>
        <w:pStyle w:val="ListParagraph"/>
      </w:pPr>
      <w:r>
        <w:rPr>
          <w:sz w:val="22"/>
        </w:rPr>
        <w:t>D. Giải quyết cho đi vì liên quan đến vấn đề ngoại giao.</w:t>
      </w:r>
    </w:p>
    <w:p/>
    <w:p>
      <w:r>
        <w:rPr>
          <w:b/>
          <w:sz w:val="24"/>
        </w:rPr>
        <w:t>Câu 31: Hàng hóa, bưu gửi trung chuyển được quy định như thế nào?</w:t>
      </w:r>
    </w:p>
    <w:p>
      <w:pPr>
        <w:pStyle w:val="ListParagraph"/>
      </w:pPr>
      <w:r>
        <w:rPr>
          <w:sz w:val="22"/>
        </w:rPr>
        <w:t>A. Hàng hóa, bưu gửi được vận chuyển tiếp nối trên 02 chuyến bay khác nhau trở lên hoặc bằng 02 loại hình vận chuyển khác nhau trở lên, trong đó có loại hình vận chuyển bằng đường hàng không.</w:t>
      </w:r>
    </w:p>
    <w:p>
      <w:pPr>
        <w:pStyle w:val="ListParagraph"/>
      </w:pPr>
      <w:r>
        <w:rPr>
          <w:sz w:val="22"/>
        </w:rPr>
        <w:t>B. Hàng hóa, bưu gửi được vận chuyển tiếp nối trên 02 chuyến bay khác nhau trở lên hoặc bằng 01 loại hình vận chuyển khác nhau trở lên.</w:t>
      </w:r>
    </w:p>
    <w:p>
      <w:pPr>
        <w:pStyle w:val="ListParagraph"/>
      </w:pPr>
      <w:r>
        <w:rPr>
          <w:sz w:val="22"/>
        </w:rPr>
        <w:t>C. Hàng hóa, bưu gửi lên lại cùng một chuyến bay tại một cảng hàng không mà hàng hóa, bưu gửi đã đến trước đó.</w:t>
      </w:r>
    </w:p>
    <w:p>
      <w:pPr>
        <w:pStyle w:val="ListParagraph"/>
      </w:pPr>
      <w:r>
        <w:rPr>
          <w:sz w:val="22"/>
        </w:rPr>
        <w:t>D. Đáp án B và C đúng.</w:t>
      </w:r>
    </w:p>
    <w:p/>
    <w:p>
      <w:r>
        <w:rPr>
          <w:b/>
          <w:sz w:val="24"/>
        </w:rPr>
        <w:t>Câu 32: Khi phát hiện hoặc nghi vấn bom, mìn, vật liệu nổ, tiền chất thuốc nổ, chất cháy, tác nhân sinh học, hóa học, chất độc, phóng xạ có nguy cơ gây nguy hiểm, lực lượng kiểm soát ANHK phải có biện pháp xử lý như thế nào?</w:t>
      </w:r>
    </w:p>
    <w:p>
      <w:pPr>
        <w:pStyle w:val="ListParagraph"/>
      </w:pPr>
      <w:r>
        <w:rPr>
          <w:sz w:val="22"/>
        </w:rPr>
        <w:t>A. Phải lập tức đánh giá nguy cơ để có biện pháp xử lý thích hợp.</w:t>
      </w:r>
    </w:p>
    <w:p>
      <w:pPr>
        <w:pStyle w:val="ListParagraph"/>
      </w:pPr>
      <w:r>
        <w:rPr>
          <w:sz w:val="22"/>
        </w:rPr>
        <w:t>B. Thông báo cho hãng vận chuyển phối hợp xử lý.</w:t>
      </w:r>
    </w:p>
    <w:p>
      <w:pPr>
        <w:pStyle w:val="ListParagraph"/>
      </w:pPr>
      <w:r>
        <w:rPr>
          <w:sz w:val="22"/>
        </w:rPr>
        <w:t>C. Thông báo cho Cảng vụ phối hợp xử lý.</w:t>
      </w:r>
    </w:p>
    <w:p>
      <w:pPr>
        <w:pStyle w:val="ListParagraph"/>
      </w:pPr>
      <w:r>
        <w:rPr>
          <w:sz w:val="22"/>
        </w:rPr>
        <w:t>D. Thông báo cho Chỉ huy Đội trực ca công tác.</w:t>
      </w:r>
    </w:p>
    <w:p/>
    <w:p>
      <w:r>
        <w:rPr>
          <w:b/>
          <w:sz w:val="24"/>
        </w:rPr>
        <w:t>Câu 33: Tổ chức, cá nhân nào có thẩm quyền chấp thuận vận chuyển đối với vật phẩm nguy hiểm là hàng nguy hiểm theo đúng quy định của pháp luật về vận chuyển hàng nguy hiểm?</w:t>
      </w:r>
    </w:p>
    <w:p>
      <w:pPr>
        <w:pStyle w:val="ListParagraph"/>
      </w:pPr>
      <w:r>
        <w:rPr>
          <w:sz w:val="22"/>
        </w:rPr>
        <w:t>A. Cục hàng không Việt Nam.</w:t>
      </w:r>
    </w:p>
    <w:p>
      <w:pPr>
        <w:pStyle w:val="ListParagraph"/>
      </w:pPr>
      <w:r>
        <w:rPr>
          <w:sz w:val="22"/>
        </w:rPr>
        <w:t>B. Cảng vụ hàng không.</w:t>
      </w:r>
    </w:p>
    <w:p>
      <w:pPr>
        <w:pStyle w:val="ListParagraph"/>
      </w:pPr>
      <w:r>
        <w:rPr>
          <w:sz w:val="22"/>
        </w:rPr>
        <w:t>C. Đại diện hãng hàng không.</w:t>
      </w:r>
    </w:p>
    <w:p>
      <w:pPr>
        <w:pStyle w:val="ListParagraph"/>
      </w:pPr>
      <w:r>
        <w:rPr>
          <w:sz w:val="22"/>
        </w:rPr>
        <w:t>D. Lực lượng kiểm soát ANHK.</w:t>
      </w:r>
    </w:p>
    <w:p/>
    <w:p>
      <w:r>
        <w:rPr>
          <w:b/>
          <w:sz w:val="24"/>
        </w:rPr>
        <w:t>Câu 34: Hàng hóa, bưu gửi quá cảnh, trung chuyển không phải kiểm tra ANHK trong các trường hợp nào sau đây?</w:t>
      </w:r>
    </w:p>
    <w:p>
      <w:pPr>
        <w:pStyle w:val="ListParagraph"/>
      </w:pPr>
      <w:r>
        <w:rPr>
          <w:sz w:val="22"/>
        </w:rPr>
        <w:t>A. Hàng hóa, bưu gửi quá cảnh, trung chuyển không rời khỏi tàu bay, sân đỗ tàu bay hoặc không rời khỏi khu vực hạn chế và có sự giám sát ANHK thích hợp liên tục.</w:t>
      </w:r>
    </w:p>
    <w:p>
      <w:pPr>
        <w:pStyle w:val="ListParagraph"/>
      </w:pPr>
      <w:r>
        <w:rPr>
          <w:sz w:val="22"/>
        </w:rPr>
        <w:t>B. Hàng hóa, bưu gửi quá cảnh, trung chuyển được vận chuyển từ sân đỗ tàu bay vào khu vực lưu giữ hàng hóa qua khu vực không phải khu vực hạn chế và ngược lại được niêm phong an ninh và có biện pháp giám sát an ninh thích hợp liên tục trong quá trình vận chuyển để ngăn ngừa việc đưa trái phép vật phẩm nguy hiểm vào hàng hóa, bưu gửi.</w:t>
      </w:r>
    </w:p>
    <w:p>
      <w:pPr>
        <w:pStyle w:val="ListParagraph"/>
      </w:pPr>
      <w:r>
        <w:rPr>
          <w:sz w:val="22"/>
        </w:rPr>
        <w:t>C. Có tờ khai an ninh chứng minh việc kiểm tra ANHK đã được thực hiện 100% đối với hàng hóa, bưu gửi tại điểm xuất phát.</w:t>
      </w:r>
    </w:p>
    <w:p>
      <w:pPr>
        <w:pStyle w:val="ListParagraph"/>
      </w:pPr>
      <w:r>
        <w:rPr>
          <w:sz w:val="22"/>
        </w:rPr>
        <w:t>D. Đáp án A, B và C đúng.</w:t>
      </w:r>
    </w:p>
    <w:p/>
    <w:p>
      <w:r>
        <w:rPr>
          <w:b/>
          <w:sz w:val="24"/>
        </w:rPr>
        <w:t>Câu 35: Hành khách, hành lý, hàng hóa, bưu gửi quá cảnh, tạm dừng nội địa được quy định như thế nào?</w:t>
      </w:r>
    </w:p>
    <w:p>
      <w:pPr>
        <w:pStyle w:val="ListParagraph"/>
      </w:pPr>
      <w:r>
        <w:rPr>
          <w:sz w:val="22"/>
        </w:rPr>
        <w:t>A. Hành khách, hành lý, hàng hóa, bưu gửi lên lại cùng một chuyến bay tại một cảng hàng không mà hành khách, hành lý, hàng hóa, bưu gửi đã đến trước đó.</w:t>
      </w:r>
    </w:p>
    <w:p>
      <w:pPr>
        <w:pStyle w:val="ListParagraph"/>
      </w:pPr>
      <w:r>
        <w:rPr>
          <w:sz w:val="22"/>
        </w:rPr>
        <w:t>B. Hành khách, hành lý tham gia trực tiếp vào hai chuyến bay khác nhau trở lên trong một hành trình.</w:t>
      </w:r>
    </w:p>
    <w:p>
      <w:pPr>
        <w:pStyle w:val="ListParagraph"/>
      </w:pPr>
      <w:r>
        <w:rPr>
          <w:sz w:val="22"/>
        </w:rPr>
        <w:t>C. Hành khách, hành lý, hàng hóa, bưu gửi lên lại cùng một chuyến bay tại một cảng hàng không sân bay.</w:t>
      </w:r>
    </w:p>
    <w:p>
      <w:pPr>
        <w:pStyle w:val="ListParagraph"/>
      </w:pPr>
      <w:r>
        <w:rPr>
          <w:sz w:val="22"/>
        </w:rPr>
        <w:t>D. Đáp án B và C đúng.</w:t>
      </w:r>
    </w:p>
    <w:p/>
    <w:p>
      <w:r>
        <w:rPr>
          <w:b/>
          <w:sz w:val="24"/>
        </w:rPr>
        <w:t>Câu 36: Trường hợp nào sau đây phải tiến hành tái kiểm tra ANHK?</w:t>
      </w:r>
    </w:p>
    <w:p>
      <w:pPr>
        <w:pStyle w:val="ListParagraph"/>
      </w:pPr>
      <w:r>
        <w:rPr>
          <w:sz w:val="22"/>
        </w:rPr>
        <w:t>A. Hành khách, hành lý xách tay đã kiểm tra ANHK nhưng ra khỏi khu vực hạn chế khi trở lại phải tái kiểm tra ANHK.</w:t>
      </w:r>
    </w:p>
    <w:p>
      <w:pPr>
        <w:pStyle w:val="ListParagraph"/>
      </w:pPr>
      <w:r>
        <w:rPr>
          <w:sz w:val="22"/>
        </w:rPr>
        <w:t>B. Khu vực, người, phương tiện, đồ vật trong khu vực hạn chế có sự tiếp xúc, trộn lẫn với người, đồ vật chưa qua kiểm tra ANHK.</w:t>
      </w:r>
    </w:p>
    <w:p>
      <w:pPr>
        <w:pStyle w:val="ListParagraph"/>
      </w:pPr>
      <w:r>
        <w:rPr>
          <w:sz w:val="22"/>
        </w:rPr>
        <w:t>C. Khu vực, người, phương tiện, đồ vật trong khu vực hạn chế có sự tiếp xúc, trộn lẫn với người nghi ngờ mang theo vật phẩm nguy hiểm hoặc phương tiện, đồ vật nghi ngờ chứa vật phẩm nguy hiểm.</w:t>
      </w:r>
    </w:p>
    <w:p>
      <w:pPr>
        <w:pStyle w:val="ListParagraph"/>
      </w:pPr>
      <w:r>
        <w:rPr>
          <w:sz w:val="22"/>
        </w:rPr>
        <w:t>D. Đáp án A, B và C đúng.</w:t>
      </w:r>
    </w:p>
    <w:p/>
    <w:p>
      <w:r>
        <w:rPr>
          <w:b/>
          <w:sz w:val="24"/>
        </w:rPr>
        <w:t>Câu 37: Việc chấp nhận chuyên chở hành khách bị bệnh tâm thần và hành khách đã sử dụng rượu, bia hoặc chất kích thích nhưng chưa đến mức không làm chủ được hành vi do ai đánh giá và quyết định?</w:t>
      </w:r>
    </w:p>
    <w:p>
      <w:pPr>
        <w:pStyle w:val="ListParagraph"/>
      </w:pPr>
      <w:r>
        <w:rPr>
          <w:sz w:val="22"/>
        </w:rPr>
        <w:t>A. Cục trưởng Cục hàng không.</w:t>
      </w:r>
    </w:p>
    <w:p>
      <w:pPr>
        <w:pStyle w:val="ListParagraph"/>
      </w:pPr>
      <w:r>
        <w:rPr>
          <w:sz w:val="22"/>
        </w:rPr>
        <w:t>B. Đại diện hãng hàng không.</w:t>
      </w:r>
    </w:p>
    <w:p>
      <w:pPr>
        <w:pStyle w:val="ListParagraph"/>
      </w:pPr>
      <w:r>
        <w:rPr>
          <w:sz w:val="22"/>
        </w:rPr>
        <w:t>C. Người đứng đầu lực lượng kiểm soát ANHK.</w:t>
      </w:r>
    </w:p>
    <w:p>
      <w:pPr>
        <w:pStyle w:val="ListParagraph"/>
      </w:pPr>
      <w:r>
        <w:rPr>
          <w:sz w:val="22"/>
        </w:rPr>
        <w:t>D. Không chấp nhận vận chuyển.</w:t>
      </w:r>
    </w:p>
    <w:p/>
    <w:p>
      <w:r>
        <w:rPr>
          <w:b/>
          <w:sz w:val="24"/>
        </w:rPr>
        <w:t>Câu 38: Trường hợp hành khách quá cảnh, tạm dừng nội địa ở lại trên tàu bay thì phải thực hiện biện pháp giám sát nào?</w:t>
      </w:r>
    </w:p>
    <w:p>
      <w:pPr>
        <w:pStyle w:val="ListParagraph"/>
      </w:pPr>
      <w:r>
        <w:rPr>
          <w:sz w:val="22"/>
        </w:rPr>
        <w:t>A. Phải được giám sát liên tục bằng ca-me-ra giám sát an ninh hoặc do cán bộ kiểm soát ANHK trực tiếp giám sát hoặc cả hai biện pháp cho tới khi xuất phát, không cho phép hành khách xuống khỏi tàu bay.</w:t>
      </w:r>
    </w:p>
    <w:p>
      <w:pPr>
        <w:pStyle w:val="ListParagraph"/>
      </w:pPr>
      <w:r>
        <w:rPr>
          <w:sz w:val="22"/>
        </w:rPr>
        <w:t>B. Hãng hàng không bố trí nhân viên trực tiếp giám sát.</w:t>
      </w:r>
    </w:p>
    <w:p>
      <w:pPr>
        <w:pStyle w:val="ListParagraph"/>
      </w:pPr>
      <w:r>
        <w:rPr>
          <w:sz w:val="22"/>
        </w:rPr>
        <w:t>C. Khóa cửa tàu bay, không cho tiếp xúc với bên ngoài.</w:t>
      </w:r>
    </w:p>
    <w:p>
      <w:pPr>
        <w:pStyle w:val="ListParagraph"/>
      </w:pPr>
      <w:r>
        <w:rPr>
          <w:sz w:val="22"/>
        </w:rPr>
        <w:t>D. Không cần giám sát vì đã được kiểm tra an ninh.</w:t>
      </w:r>
    </w:p>
    <w:p/>
    <w:p>
      <w:r>
        <w:rPr>
          <w:b/>
          <w:sz w:val="24"/>
        </w:rPr>
        <w:t>Câu 39: Trường hợp nào sau đây phải tiến hành kiểm tra ANHK bằng soi chiếu hoặc trực quan trước khi đưa vào khu vực hạn chế tại cảng hàng không và phải được giám sát ANHK liên tục?</w:t>
      </w:r>
    </w:p>
    <w:p>
      <w:pPr>
        <w:pStyle w:val="ListParagraph"/>
      </w:pPr>
      <w:r>
        <w:rPr>
          <w:sz w:val="22"/>
        </w:rPr>
        <w:t>A. Tủ, túi đựng suất ăn không có niêm phong an ninh.</w:t>
      </w:r>
    </w:p>
    <w:p>
      <w:pPr>
        <w:pStyle w:val="ListParagraph"/>
      </w:pPr>
      <w:r>
        <w:rPr>
          <w:sz w:val="22"/>
        </w:rPr>
        <w:t>B. Niêm phong an ninh của tủ, túi đựng suất ăn không còn nguyên vẹn.</w:t>
      </w:r>
    </w:p>
    <w:p>
      <w:pPr>
        <w:pStyle w:val="ListParagraph"/>
      </w:pPr>
      <w:r>
        <w:rPr>
          <w:sz w:val="22"/>
        </w:rPr>
        <w:t>C. Tủ, túi đựng suất ăn không còn nguyên vẹn.</w:t>
      </w:r>
    </w:p>
    <w:p>
      <w:pPr>
        <w:pStyle w:val="ListParagraph"/>
      </w:pPr>
      <w:r>
        <w:rPr>
          <w:sz w:val="22"/>
        </w:rPr>
        <w:t>D. Đáp án A và C đúng.</w:t>
      </w:r>
    </w:p>
    <w:p>
      <w:pPr>
        <w:pStyle w:val="ListParagraph"/>
      </w:pPr>
      <w:r>
        <w:rPr>
          <w:sz w:val="22"/>
        </w:rPr>
        <w:t>E. Đáp án A, B và C đúng.</w:t>
      </w:r>
    </w:p>
    <w:p/>
    <w:p>
      <w:r>
        <w:rPr>
          <w:b/>
          <w:sz w:val="24"/>
        </w:rPr>
        <w:t>Câu 40: Việc kiểm tra ANHK đối với hài cốt, tro cốt được thực hiện như thế nào?</w:t>
      </w:r>
    </w:p>
    <w:p>
      <w:pPr>
        <w:pStyle w:val="ListParagraph"/>
      </w:pPr>
      <w:r>
        <w:rPr>
          <w:sz w:val="22"/>
        </w:rPr>
        <w:t>A. Kiểm tra an ninh như đối với hàng hóa, hành lý thông thường, trừ trường hợp có đề nghị miễn soi chiếu của cơ quan nhà nước có liên quan, cơ quan đại diện ngoại giao của nước ngoài và phải được người đứng đầu đơn vị kiểm soát ANHK tại cảng hàng không, sân bay chấp nhận. Phải được kiểm tra bằng dụng cụ, thiết bị phát hiện chất nổ.</w:t>
      </w:r>
    </w:p>
    <w:p>
      <w:pPr>
        <w:pStyle w:val="ListParagraph"/>
      </w:pPr>
      <w:r>
        <w:rPr>
          <w:sz w:val="22"/>
        </w:rPr>
        <w:t>B. Kiểm tra soi chiếu, không kiểm tra trực quan.</w:t>
      </w:r>
    </w:p>
    <w:p>
      <w:pPr>
        <w:pStyle w:val="ListParagraph"/>
      </w:pPr>
      <w:r>
        <w:rPr>
          <w:sz w:val="22"/>
        </w:rPr>
        <w:t>C. Kiểm tra trực quan kết hợp thiết bị phát hiện chất nổ.</w:t>
      </w:r>
    </w:p>
    <w:p>
      <w:pPr>
        <w:pStyle w:val="ListParagraph"/>
      </w:pPr>
      <w:r>
        <w:rPr>
          <w:sz w:val="22"/>
        </w:rPr>
        <w:t>D. Chỉ cần kiểm tra bằng hệ thống camera giám sát.</w:t>
      </w:r>
    </w:p>
    <w:p/>
    <w:p>
      <w:r>
        <w:rPr>
          <w:b/>
          <w:sz w:val="24"/>
        </w:rPr>
        <w:t>Câu 41: Khi kiểm tra ANHK phát hiện hàng nguy hiểm, lực lượng kiểm soát ANHK xử lý như thế nào?</w:t>
      </w:r>
    </w:p>
    <w:p>
      <w:pPr>
        <w:pStyle w:val="ListParagraph"/>
      </w:pPr>
      <w:r>
        <w:rPr>
          <w:sz w:val="22"/>
        </w:rPr>
        <w:t>A. Tiến hành kiểm tra trực quan, xác định loại hàng hóa nguy hiểm.</w:t>
      </w:r>
    </w:p>
    <w:p>
      <w:pPr>
        <w:pStyle w:val="ListParagraph"/>
      </w:pPr>
      <w:r>
        <w:rPr>
          <w:sz w:val="22"/>
        </w:rPr>
        <w:t>B. Thông báo cho hãng vận chuyển xem xét quyết định.</w:t>
      </w:r>
    </w:p>
    <w:p>
      <w:pPr>
        <w:pStyle w:val="ListParagraph"/>
      </w:pPr>
      <w:r>
        <w:rPr>
          <w:sz w:val="22"/>
        </w:rPr>
        <w:t>C. Yêu cầu khách khai báo lại và giải quyết cho đi.</w:t>
      </w:r>
    </w:p>
    <w:p>
      <w:pPr>
        <w:pStyle w:val="ListParagraph"/>
      </w:pPr>
      <w:r>
        <w:rPr>
          <w:sz w:val="22"/>
        </w:rPr>
        <w:t>D. Từ chối kiểm tra an ninh vì khách hàng không khai báo.</w:t>
      </w:r>
    </w:p>
    <w:p/>
    <w:p>
      <w:r>
        <w:rPr>
          <w:b/>
          <w:sz w:val="24"/>
        </w:rPr>
        <w:t>Câu 42: Việc bố trí người áp giải, người bị áp giải lên và rời khỏi tàu bay được quy định như thế nào?</w:t>
      </w:r>
    </w:p>
    <w:p>
      <w:pPr>
        <w:pStyle w:val="ListParagraph"/>
      </w:pPr>
      <w:r>
        <w:rPr>
          <w:sz w:val="22"/>
        </w:rPr>
        <w:t>A. Hãng hàng không phải bố trí cho người áp giải và người bị áp giải lên trước và rời khỏi tàu bay sau cùng so với các hành khách khác.</w:t>
      </w:r>
    </w:p>
    <w:p>
      <w:pPr>
        <w:pStyle w:val="ListParagraph"/>
      </w:pPr>
      <w:r>
        <w:rPr>
          <w:sz w:val="22"/>
        </w:rPr>
        <w:t>B. Hãng hàng không phải bố trí cho người áp giải và người bị áp giải lên sau cùng và rời khỏi tàu bay trước so với các hành khách khác.</w:t>
      </w:r>
    </w:p>
    <w:p>
      <w:pPr>
        <w:pStyle w:val="ListParagraph"/>
      </w:pPr>
      <w:r>
        <w:rPr>
          <w:sz w:val="22"/>
        </w:rPr>
        <w:t>C. Hãng hàng không phải bố trí cho người áp giải và người bị áp giải lên và rời khỏi tàu bay cùng lúc với các hành khách khác.</w:t>
      </w:r>
    </w:p>
    <w:p>
      <w:pPr>
        <w:pStyle w:val="ListParagraph"/>
      </w:pPr>
      <w:r>
        <w:rPr>
          <w:sz w:val="22"/>
        </w:rPr>
        <w:t>D. Đáp án A, B và C đúng.</w:t>
      </w:r>
    </w:p>
    <w:p/>
    <w:p>
      <w:r>
        <w:rPr>
          <w:b/>
          <w:sz w:val="24"/>
        </w:rPr>
        <w:t>Câu 43: Tổ chức, cá nhân nào có trách nhiệm phối hợp với người áp giải đánh giá nguy cơ trong việc vận chuyển hành khách bị áp giải và quyết định các biện pháp bảo đảm an ninh, an toàn phù hợp?</w:t>
      </w:r>
    </w:p>
    <w:p>
      <w:pPr>
        <w:pStyle w:val="ListParagraph"/>
      </w:pPr>
      <w:r>
        <w:rPr>
          <w:sz w:val="22"/>
        </w:rPr>
        <w:t>A. Cục hàng không Việt Nam.</w:t>
      </w:r>
    </w:p>
    <w:p>
      <w:pPr>
        <w:pStyle w:val="ListParagraph"/>
      </w:pPr>
      <w:r>
        <w:rPr>
          <w:sz w:val="22"/>
        </w:rPr>
        <w:t>B. Đại diện hãng hàng không.</w:t>
      </w:r>
    </w:p>
    <w:p>
      <w:pPr>
        <w:pStyle w:val="ListParagraph"/>
      </w:pPr>
      <w:r>
        <w:rPr>
          <w:sz w:val="22"/>
        </w:rPr>
        <w:t>C. Cảng vụ hàng không.</w:t>
      </w:r>
    </w:p>
    <w:p>
      <w:pPr>
        <w:pStyle w:val="ListParagraph"/>
      </w:pPr>
      <w:r>
        <w:rPr>
          <w:sz w:val="22"/>
        </w:rPr>
        <w:t>D. Lực lượng kiểm soát ANHK.</w:t>
      </w:r>
    </w:p>
    <w:p/>
    <w:p>
      <w:r>
        <w:rPr>
          <w:b/>
          <w:sz w:val="24"/>
        </w:rPr>
        <w:t>Câu 44: Hành lý ký gửi quá cảnh, nối chuyến, đi chuyến bay tạm dừng nội địa đã đưa xuống khỏi tàu bay, không phải kiểm tra an ninh khi đáp ứng các yêu cầu nào sau đây?</w:t>
      </w:r>
    </w:p>
    <w:p>
      <w:pPr>
        <w:pStyle w:val="ListParagraph"/>
      </w:pPr>
      <w:r>
        <w:rPr>
          <w:sz w:val="22"/>
        </w:rPr>
        <w:t>A. Hành lý không dán thẻ quá cảnh, nối chuyến, tạm dừng nội địa.</w:t>
      </w:r>
    </w:p>
    <w:p>
      <w:pPr>
        <w:pStyle w:val="ListParagraph"/>
      </w:pPr>
      <w:r>
        <w:rPr>
          <w:sz w:val="22"/>
        </w:rPr>
        <w:t>B. Không rời khỏi sân đỗ tàu bay hoặc có sự giám sát ANHK liên tục; Có dán thẻ quá cảnh, nối chuyến, tạm dừng nội địa; được đồng bộ với hành khách hoặc tổ bay; Có thoả thuận giữa Việt Nam và quốc gia nơi tàu bay cất cánh về việc công nhận áp dụng biện pháp soi chiếu, giám sát ANHK hoặc có thỏa thuận tránh soi chiếu lại.</w:t>
      </w:r>
    </w:p>
    <w:p>
      <w:pPr>
        <w:pStyle w:val="ListParagraph"/>
      </w:pPr>
      <w:r>
        <w:rPr>
          <w:sz w:val="22"/>
        </w:rPr>
        <w:t>C. Hành lý không có sự giám sát ANHK liên tục.</w:t>
      </w:r>
    </w:p>
    <w:p>
      <w:pPr>
        <w:pStyle w:val="ListParagraph"/>
      </w:pPr>
      <w:r>
        <w:rPr>
          <w:sz w:val="22"/>
        </w:rPr>
        <w:t>D. Hành lý đã rời khỏi sân đỗ tàu bay.</w:t>
      </w:r>
    </w:p>
    <w:p/>
    <w:p>
      <w:r>
        <w:rPr>
          <w:b/>
          <w:sz w:val="24"/>
        </w:rPr>
        <w:t>Câu 45: Khi kiểm tra giấy tờ về nhân thân của hành khách sử dụng đi tàu bay, nếu là tài khoản định danh mức độ 2 phải bảo đảm yêu cầu nào sau đây?</w:t>
      </w:r>
    </w:p>
    <w:p>
      <w:pPr>
        <w:pStyle w:val="ListParagraph"/>
      </w:pPr>
      <w:r>
        <w:rPr>
          <w:sz w:val="22"/>
        </w:rPr>
        <w:t>A. Tài khoản phải có kèm theo thông tin chuyến bay.</w:t>
      </w:r>
    </w:p>
    <w:p>
      <w:pPr>
        <w:pStyle w:val="ListParagraph"/>
      </w:pPr>
      <w:r>
        <w:rPr>
          <w:sz w:val="22"/>
        </w:rPr>
        <w:t>B. Phải có đầy đủ thông tin theo yêu cầu của người kiểm tra.</w:t>
      </w:r>
    </w:p>
    <w:p>
      <w:pPr>
        <w:pStyle w:val="ListParagraph"/>
      </w:pPr>
      <w:r>
        <w:rPr>
          <w:sz w:val="22"/>
        </w:rPr>
        <w:t>C. Khi xuất trình, tài khoản đang hoạt động bình thường.</w:t>
      </w:r>
    </w:p>
    <w:p>
      <w:pPr>
        <w:pStyle w:val="ListParagraph"/>
      </w:pPr>
      <w:r>
        <w:rPr>
          <w:sz w:val="22"/>
        </w:rPr>
        <w:t>D. Đáp án A và B đúng.</w:t>
      </w:r>
    </w:p>
    <w:p/>
    <w:p>
      <w:r>
        <w:rPr>
          <w:b/>
          <w:sz w:val="24"/>
        </w:rPr>
        <w:t>Câu 46: Thời gian lưu giữ sổ theo dõi và bảng kiểm tra của máy soi kể từ ngày nộp lưu là bao lâu ?</w:t>
      </w:r>
    </w:p>
    <w:p>
      <w:pPr>
        <w:pStyle w:val="ListParagraph"/>
      </w:pPr>
      <w:r>
        <w:rPr>
          <w:sz w:val="22"/>
        </w:rPr>
        <w:t>A. 1 năm.</w:t>
      </w:r>
    </w:p>
    <w:p>
      <w:pPr>
        <w:pStyle w:val="ListParagraph"/>
      </w:pPr>
      <w:r>
        <w:rPr>
          <w:sz w:val="22"/>
        </w:rPr>
        <w:t>B. 2 năm.</w:t>
      </w:r>
    </w:p>
    <w:p>
      <w:pPr>
        <w:pStyle w:val="ListParagraph"/>
      </w:pPr>
      <w:r>
        <w:rPr>
          <w:sz w:val="22"/>
        </w:rPr>
        <w:t>C. 3 năm.</w:t>
      </w:r>
    </w:p>
    <w:p>
      <w:pPr>
        <w:pStyle w:val="ListParagraph"/>
      </w:pPr>
      <w:r>
        <w:rPr>
          <w:sz w:val="22"/>
        </w:rPr>
        <w:t>D. 4 năm.</w:t>
      </w:r>
    </w:p>
    <w:p/>
    <w:p>
      <w:r>
        <w:rPr>
          <w:b/>
          <w:sz w:val="24"/>
        </w:rPr>
        <w:t>Câu 47: Tỷ lệ kiểm tra trực quan ngẫu nhiên tối thiểu đối với người (không phải hành khách) trong trường hợp cổng từ, thiết bị phát hiện kim loại cầm tay không có báo động là bao nhiêu?</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48: Những khu vực nào sau đây là khu vực hạn chế?</w:t>
      </w:r>
    </w:p>
    <w:p>
      <w:pPr>
        <w:pStyle w:val="ListParagraph"/>
      </w:pPr>
      <w:r>
        <w:rPr>
          <w:sz w:val="22"/>
        </w:rPr>
        <w:t>A. Khu vực hành khách sau khi đã kiểm tra soi chiếu người và hành lý chờ để đi tàu bay (khu vực cách ly), khu vực từ điểm kiểm tra an ninh đối với nhân viên nội bộ trước khi vào khu vực hạn chế vào bên trong nhà ga.</w:t>
      </w:r>
    </w:p>
    <w:p>
      <w:pPr>
        <w:pStyle w:val="ListParagraph"/>
      </w:pPr>
      <w:r>
        <w:rPr>
          <w:sz w:val="22"/>
        </w:rPr>
        <w:t>B. Khu vực phục vụ hành lý ký gửi sau khi đã được kiểm tra ANHK để đưa lên tàu bay (khu vực phân loại hành lý); Khu vực phục vụ hàng hóa, bưu gửi sau khi đã kiểm tra soi chiếu để đưa lên tàu bay (khu vực phân loại, lưu giữ, chất xếp hàng hóa, bưu gửi) tại cảng hàng không sân bay và các kho hàng không kéo dài.</w:t>
      </w:r>
    </w:p>
    <w:p>
      <w:pPr>
        <w:pStyle w:val="ListParagraph"/>
      </w:pPr>
      <w:r>
        <w:rPr>
          <w:sz w:val="22"/>
        </w:rPr>
        <w:t>C. Nhà khách phục vụ chuyến bay chuyên cơ, chuyên khoang, chuyến bay ưu tiên.</w:t>
      </w:r>
    </w:p>
    <w:p>
      <w:pPr>
        <w:pStyle w:val="ListParagraph"/>
      </w:pPr>
      <w:r>
        <w:rPr>
          <w:sz w:val="22"/>
        </w:rPr>
        <w:t>D. Đáp án A, B và C đúng.</w:t>
      </w:r>
    </w:p>
    <w:p>
      <w:pPr>
        <w:pStyle w:val="ListParagraph"/>
      </w:pPr>
      <w:r>
        <w:rPr>
          <w:sz w:val="22"/>
        </w:rPr>
        <w:t>E. Đáp án A và B đúng.</w:t>
      </w:r>
    </w:p>
    <w:p/>
    <w:p>
      <w:r>
        <w:rPr>
          <w:b/>
          <w:sz w:val="24"/>
        </w:rPr>
        <w:t>Câu 49: Quy trình kiểm tra đồ vật mang vào khu vực hạn chế được thực hiện như thế nào?</w:t>
      </w:r>
    </w:p>
    <w:p>
      <w:pPr>
        <w:pStyle w:val="ListParagraph"/>
      </w:pPr>
      <w:r>
        <w:rPr>
          <w:sz w:val="22"/>
        </w:rPr>
        <w:t>A. Đưa đồ vật qua máy soi ở những nơi có máy soi.</w:t>
      </w:r>
    </w:p>
    <w:p>
      <w:pPr>
        <w:pStyle w:val="ListParagraph"/>
      </w:pPr>
      <w:r>
        <w:rPr>
          <w:sz w:val="22"/>
        </w:rPr>
        <w:t>B. Khi qua máy soi có nghi ngờ thì tiếp tục tiến hành kiểm tra trực quan.</w:t>
      </w:r>
    </w:p>
    <w:p>
      <w:pPr>
        <w:pStyle w:val="ListParagraph"/>
      </w:pPr>
      <w:r>
        <w:rPr>
          <w:sz w:val="22"/>
        </w:rPr>
        <w:t>C. Kiểm tra trực quan đồ vật tại những điểm không có máy soi.</w:t>
      </w:r>
    </w:p>
    <w:p>
      <w:pPr>
        <w:pStyle w:val="ListParagraph"/>
      </w:pPr>
      <w:r>
        <w:rPr>
          <w:sz w:val="22"/>
        </w:rPr>
        <w:t>D. Đáp án A, B và C đúng.</w:t>
      </w:r>
    </w:p>
    <w:p>
      <w:pPr>
        <w:pStyle w:val="ListParagraph"/>
      </w:pPr>
      <w:r>
        <w:rPr>
          <w:sz w:val="22"/>
        </w:rPr>
        <w:t>E. Đáp án B và C đúng.</w:t>
      </w:r>
    </w:p>
    <w:p/>
    <w:p>
      <w:r>
        <w:rPr>
          <w:b/>
          <w:sz w:val="24"/>
        </w:rPr>
        <w:t>Câu 50: Theo quy định thì mỗi ngày 01 lần và khi bị mất điện phải sử dụng bộ mẫu thử để kiểm tra tính năng nào của máy soi trước khi sử dụng?</w:t>
      </w:r>
    </w:p>
    <w:p>
      <w:pPr>
        <w:pStyle w:val="ListParagraph"/>
      </w:pPr>
      <w:r>
        <w:rPr>
          <w:sz w:val="22"/>
        </w:rPr>
        <w:t>A. Tính năng cảnh báo.</w:t>
      </w:r>
    </w:p>
    <w:p>
      <w:pPr>
        <w:pStyle w:val="ListParagraph"/>
      </w:pPr>
      <w:r>
        <w:rPr>
          <w:sz w:val="22"/>
        </w:rPr>
        <w:t>B. Độ phân giải.</w:t>
      </w:r>
    </w:p>
    <w:p>
      <w:pPr>
        <w:pStyle w:val="ListParagraph"/>
      </w:pPr>
      <w:r>
        <w:rPr>
          <w:sz w:val="22"/>
        </w:rPr>
        <w:t>C. Độ xuyên thấu hữu ích.</w:t>
      </w:r>
    </w:p>
    <w:p>
      <w:pPr>
        <w:pStyle w:val="ListParagraph"/>
      </w:pPr>
      <w:r>
        <w:rPr>
          <w:sz w:val="22"/>
        </w:rPr>
        <w:t>D. Phân biệt chất liệu.</w:t>
      </w:r>
    </w:p>
    <w:p/>
    <w:p>
      <w:r>
        <w:rPr>
          <w:b/>
          <w:sz w:val="24"/>
        </w:rPr>
        <w:t>Câu 51: Quy trình kiểm tra đối với thiết bị phát hiện kim loại cầm tay được thực hiện như thế nào?</w:t>
      </w:r>
    </w:p>
    <w:p>
      <w:pPr>
        <w:pStyle w:val="ListParagraph"/>
      </w:pPr>
      <w:r>
        <w:rPr>
          <w:sz w:val="22"/>
        </w:rPr>
        <w:t>A. Bật công tắc kiểm tra nguồn điện, đảm bảo nguồn điện của thiết bị phát hiện kim loại cầm tay đủ và ổn định.</w:t>
      </w:r>
    </w:p>
    <w:p>
      <w:pPr>
        <w:pStyle w:val="ListParagraph"/>
      </w:pPr>
      <w:r>
        <w:rPr>
          <w:sz w:val="22"/>
        </w:rPr>
        <w:t>B. Đưa thiết bị phát hiện kim loại cầm tay lên nắp hộp nhựa đựng mẫu thử: nếu máy phát tín hiệu báo động, điều chỉnh độ nhạy, tín hiệu báo động cho phù hợp và sử dụng kiểm tra hành khách; nếu máy không phát tín hiệu báo động dừng sử dụng.</w:t>
      </w:r>
    </w:p>
    <w:p>
      <w:pPr>
        <w:pStyle w:val="ListParagraph"/>
      </w:pPr>
      <w:r>
        <w:rPr>
          <w:sz w:val="22"/>
        </w:rPr>
        <w:t>C. Ghi chép kết quả vào sổ kiểm tra thiết bị phát hiện kim loại cầm tay.</w:t>
      </w:r>
    </w:p>
    <w:p>
      <w:pPr>
        <w:pStyle w:val="ListParagraph"/>
      </w:pPr>
      <w:r>
        <w:rPr>
          <w:sz w:val="22"/>
        </w:rPr>
        <w:t>D. Đáp án A, B và C đúng.</w:t>
      </w:r>
    </w:p>
    <w:p/>
    <w:p>
      <w:r>
        <w:rPr>
          <w:b/>
          <w:sz w:val="24"/>
        </w:rPr>
        <w:t>Câu 52: Việc mang chất lỏng vào khu vực cách ly quốc tế đối với hành khách, thành viên tổ bay được quy định như thế nào?</w:t>
      </w:r>
    </w:p>
    <w:p>
      <w:pPr>
        <w:pStyle w:val="ListParagraph"/>
      </w:pPr>
      <w:r>
        <w:rPr>
          <w:sz w:val="22"/>
        </w:rPr>
        <w:t>A. Không quá 01 lít chất lỏng. Dung tích mỗi chai, lọ, bình chứa không được quá 100ml và phải được đóng kín hoàn toàn.</w:t>
      </w:r>
    </w:p>
    <w:p>
      <w:pPr>
        <w:pStyle w:val="ListParagraph"/>
      </w:pPr>
      <w:r>
        <w:rPr>
          <w:sz w:val="22"/>
        </w:rPr>
        <w:t>B. Không quá 300ml chất lỏng. Dung tích mỗi chai, lọ, bình chứa không được quá 100ml và phải được đóng kín hoàn toàn.</w:t>
      </w:r>
    </w:p>
    <w:p>
      <w:pPr>
        <w:pStyle w:val="ListParagraph"/>
      </w:pPr>
      <w:r>
        <w:rPr>
          <w:sz w:val="22"/>
        </w:rPr>
        <w:t>C. Không quá 400ml chất lỏng. Dung tích mỗi chai, lọ, bình chứa không được quá 100ml và phải được đóng kín hoàn toàn.</w:t>
      </w:r>
    </w:p>
    <w:p>
      <w:pPr>
        <w:pStyle w:val="ListParagraph"/>
      </w:pPr>
      <w:r>
        <w:rPr>
          <w:sz w:val="22"/>
        </w:rPr>
        <w:t>D. Không quá 500ml chất lỏng. Dung tích mỗi chai, lọ, bình chứa không được quá 100ml và phải được đóng kín hoàn toàn.</w:t>
      </w:r>
    </w:p>
    <w:p/>
    <w:p>
      <w:r>
        <w:rPr>
          <w:b/>
          <w:sz w:val="24"/>
        </w:rPr>
        <w:t>Câu 53: Trường hợp nào sau đây được miễn kiểm tra soi chiếu và kiểm tra trực quan?</w:t>
      </w:r>
    </w:p>
    <w:p>
      <w:pPr>
        <w:pStyle w:val="ListParagraph"/>
      </w:pPr>
      <w:r>
        <w:rPr>
          <w:sz w:val="22"/>
        </w:rPr>
        <w:t>A. Thi thể người vận chuyển bằng tàu bay được đặt trong hòm kẽm gắn kín. Quá trình đóng gói và niêm phong hòm kẽm phải được cơ quan y tế có thẩm quyền giám sát. Hòm kẽm phải còn nguyên niêm phong và có văn bản xác nhận của cơ quan y tế giám sát kèm theo giấy chứng tử.</w:t>
      </w:r>
    </w:p>
    <w:p>
      <w:pPr>
        <w:pStyle w:val="ListParagraph"/>
      </w:pPr>
      <w:r>
        <w:rPr>
          <w:sz w:val="22"/>
        </w:rPr>
        <w:t>B. Các sản phẩm làm từ máu, bộ phận nội tạng dùng cho việc cấy ghép, vắc-xin, các loại dược phẩm phải duy trì đóng gói kín. Bao bì phải có niêm phong, kèm theo văn bản xác nhận của cơ quan y tế có thẩm quyền.</w:t>
      </w:r>
    </w:p>
    <w:p>
      <w:pPr>
        <w:pStyle w:val="ListParagraph"/>
      </w:pPr>
      <w:r>
        <w:rPr>
          <w:sz w:val="22"/>
        </w:rPr>
        <w:t>C. Những hàng hóa nguy hiểm mà việc soi chiếu hoặc kiểm tra trực quan sẽ gây nguy hiểm cho tính mạng, sức khỏe của lực lượng kiểm soát ANHK như các vật liệu cho nghiên cứu hạt nhân, vật liệu phóng xạ. Bao bì phải có niêm phong, kèm theo văn bản xác nhận tình trạng đóng gói an toàn, văn bản đề nghị của cơ quan nhà nước có thẩm quyền.</w:t>
      </w:r>
    </w:p>
    <w:p>
      <w:pPr>
        <w:pStyle w:val="ListParagraph"/>
      </w:pPr>
      <w:r>
        <w:rPr>
          <w:sz w:val="22"/>
        </w:rPr>
        <w:t>D. Đáp án A và B đúng.</w:t>
      </w:r>
    </w:p>
    <w:p>
      <w:pPr>
        <w:pStyle w:val="ListParagraph"/>
      </w:pPr>
      <w:r>
        <w:rPr>
          <w:sz w:val="22"/>
        </w:rPr>
        <w:t>E. Đáp án A, B và C đúng.</w:t>
      </w:r>
    </w:p>
    <w:p/>
    <w:p>
      <w:r>
        <w:rPr>
          <w:b/>
          <w:sz w:val="24"/>
        </w:rPr>
        <w:t>Câu 54: Trừ trường hợp khẩn nguy, việc kiểm tra trực quan đối với hành lý ký gửi của hành khách chỉ được thực hiện khi có sự chứng kiến của cá nhân nào?</w:t>
      </w:r>
    </w:p>
    <w:p>
      <w:pPr>
        <w:pStyle w:val="ListParagraph"/>
      </w:pPr>
      <w:r>
        <w:rPr>
          <w:sz w:val="22"/>
        </w:rPr>
        <w:t>A. Chủ sở hữu hành lý đó hoặc người đại diện hợp pháp của họ hoặc đại diện hãng hàng không vận chuyển.</w:t>
      </w:r>
    </w:p>
    <w:p>
      <w:pPr>
        <w:pStyle w:val="ListParagraph"/>
      </w:pPr>
      <w:r>
        <w:rPr>
          <w:sz w:val="22"/>
        </w:rPr>
        <w:t>B. Đại diện Cảng vụ hàng không khu vực.</w:t>
      </w:r>
    </w:p>
    <w:p>
      <w:pPr>
        <w:pStyle w:val="ListParagraph"/>
      </w:pPr>
      <w:r>
        <w:rPr>
          <w:sz w:val="22"/>
        </w:rPr>
        <w:t>C. Nhân viên thủ tục.</w:t>
      </w:r>
    </w:p>
    <w:p>
      <w:pPr>
        <w:pStyle w:val="ListParagraph"/>
      </w:pPr>
      <w:r>
        <w:rPr>
          <w:sz w:val="22"/>
        </w:rPr>
        <w:t>D. Đáp án A, B và C đúng.</w:t>
      </w:r>
    </w:p>
    <w:p/>
    <w:p>
      <w:r>
        <w:rPr>
          <w:b/>
          <w:sz w:val="24"/>
        </w:rPr>
        <w:t>Câu 55: Hành khách, hành lý xách tay đã hoàn tất thủ tục kiểm tra ANHK phải được giám sát liên tục bằng biện pháp nào sau đây?</w:t>
      </w:r>
    </w:p>
    <w:p>
      <w:pPr>
        <w:pStyle w:val="ListParagraph"/>
      </w:pPr>
      <w:r>
        <w:rPr>
          <w:sz w:val="22"/>
        </w:rPr>
        <w:t>A. Sử dụng biệp pháp kiểm tra an ninh thích hợp.</w:t>
      </w:r>
    </w:p>
    <w:p>
      <w:pPr>
        <w:pStyle w:val="ListParagraph"/>
      </w:pPr>
      <w:r>
        <w:rPr>
          <w:sz w:val="22"/>
        </w:rPr>
        <w:t>B. Sử dụng ca-me-ra giám sát an ninh hoặc do cán bộ kiểm soát ANHK trực tiếp giám sát hoặc kết hợp cả hai biện pháp.</w:t>
      </w:r>
    </w:p>
    <w:p>
      <w:pPr>
        <w:pStyle w:val="ListParagraph"/>
      </w:pPr>
      <w:r>
        <w:rPr>
          <w:sz w:val="22"/>
        </w:rPr>
        <w:t>C. Không cần giám sát vì đã được kiểm tra an ninh.</w:t>
      </w:r>
    </w:p>
    <w:p>
      <w:pPr>
        <w:pStyle w:val="ListParagraph"/>
      </w:pPr>
      <w:r>
        <w:rPr>
          <w:sz w:val="22"/>
        </w:rPr>
        <w:t>D. Đáp án A và B đúng.</w:t>
      </w:r>
    </w:p>
    <w:p/>
    <w:p>
      <w:r>
        <w:rPr>
          <w:b/>
          <w:sz w:val="24"/>
        </w:rPr>
        <w:t>Câu 56: Hành khách đi qua cổng từ hoặc thiết bị soi chiếu cơ thể, nếu cổng từ hoặc thiết bị soi chiếu cơ thể báo động hoặc hành khách có biểu hiện nghi vấn thì cán bộ kiểm soát an ninh phải thực hiện kiểm tra bằng biện pháp nào?</w:t>
      </w:r>
    </w:p>
    <w:p>
      <w:pPr>
        <w:pStyle w:val="ListParagraph"/>
      </w:pPr>
      <w:r>
        <w:rPr>
          <w:sz w:val="22"/>
        </w:rPr>
        <w:t>A. Sử dụng thiết bị phát hiện kim loại cầm tay để kiểm tra.</w:t>
      </w:r>
    </w:p>
    <w:p>
      <w:pPr>
        <w:pStyle w:val="ListParagraph"/>
      </w:pPr>
      <w:r>
        <w:rPr>
          <w:sz w:val="22"/>
        </w:rPr>
        <w:t>B. Kiểm tra trực quan hành khách.</w:t>
      </w:r>
    </w:p>
    <w:p>
      <w:pPr>
        <w:pStyle w:val="ListParagraph"/>
      </w:pPr>
      <w:r>
        <w:rPr>
          <w:sz w:val="22"/>
        </w:rPr>
        <w:t>C. Sử dụng kết hợp thiết bị phát hiện kim loại cầm tay và kiểm tra trực quan.</w:t>
      </w:r>
    </w:p>
    <w:p>
      <w:pPr>
        <w:pStyle w:val="ListParagraph"/>
      </w:pPr>
      <w:r>
        <w:rPr>
          <w:sz w:val="22"/>
        </w:rPr>
        <w:t>D. Thực hiện ngay biện pháp lục soát ANHK.</w:t>
      </w:r>
    </w:p>
    <w:p/>
    <w:p>
      <w:r>
        <w:rPr>
          <w:b/>
          <w:sz w:val="24"/>
        </w:rPr>
        <w:t>Câu 57: Quy định việc kiểm tra, giám sát ANHK khu vực cách ly được thực hiện như thế nào?</w:t>
      </w:r>
    </w:p>
    <w:p>
      <w:pPr>
        <w:pStyle w:val="ListParagraph"/>
      </w:pPr>
      <w:r>
        <w:rPr>
          <w:sz w:val="22"/>
        </w:rPr>
        <w:t>A. Phải được kiểm tra ANHK trước khi đưa vào khai thác hàng ngày và giám sát an ninh chặt chẽ, liên tục trong suốt thời gian khai thác.</w:t>
      </w:r>
    </w:p>
    <w:p>
      <w:pPr>
        <w:pStyle w:val="ListParagraph"/>
      </w:pPr>
      <w:r>
        <w:rPr>
          <w:sz w:val="22"/>
        </w:rPr>
        <w:t>B. Khi không hoạt động, tất cả các cửa vào, cửa ra của khu vực cách ly phải được khóa hoặc có lực lượng kiểm soát ANHK canh gác, bảo vệ.</w:t>
      </w:r>
    </w:p>
    <w:p>
      <w:pPr>
        <w:pStyle w:val="ListParagraph"/>
      </w:pPr>
      <w:r>
        <w:rPr>
          <w:sz w:val="22"/>
        </w:rPr>
        <w:t>C. Phải được kiểm tra ANHK trước khi đưa vào khai thác. Khi không hoạt động, tất cả các cửa vào, cửa ra của khu vực cách ly phải được khóa.</w:t>
      </w:r>
    </w:p>
    <w:p>
      <w:pPr>
        <w:pStyle w:val="ListParagraph"/>
      </w:pPr>
      <w:r>
        <w:rPr>
          <w:sz w:val="22"/>
        </w:rPr>
        <w:t>D. Đáp án A và B đúng.</w:t>
      </w:r>
    </w:p>
    <w:p/>
    <w:p>
      <w:r>
        <w:rPr>
          <w:b/>
          <w:sz w:val="24"/>
        </w:rPr>
        <w:t>Câu 58: Giới hạn dung tích chất lỏng mua tại cửa hàng trong khu cách ly quốc tế, trên chuyến bay quốc tế đựng trong túi nhựa an ninh dán kín được quy định như thế nào?</w:t>
      </w:r>
    </w:p>
    <w:p>
      <w:pPr>
        <w:pStyle w:val="ListParagraph"/>
      </w:pPr>
      <w:r>
        <w:rPr>
          <w:sz w:val="22"/>
        </w:rPr>
        <w:t>A. Không giới hạn dung tích.</w:t>
      </w:r>
    </w:p>
    <w:p>
      <w:pPr>
        <w:pStyle w:val="ListParagraph"/>
      </w:pPr>
      <w:r>
        <w:rPr>
          <w:sz w:val="22"/>
        </w:rPr>
        <w:t>B. Không quá 01 lít chất lỏng.</w:t>
      </w:r>
    </w:p>
    <w:p>
      <w:pPr>
        <w:pStyle w:val="ListParagraph"/>
      </w:pPr>
      <w:r>
        <w:rPr>
          <w:sz w:val="22"/>
        </w:rPr>
        <w:t>C. Không quá 03 lít chất lỏng.</w:t>
      </w:r>
    </w:p>
    <w:p>
      <w:pPr>
        <w:pStyle w:val="ListParagraph"/>
      </w:pPr>
      <w:r>
        <w:rPr>
          <w:sz w:val="22"/>
        </w:rPr>
        <w:t>D. Không quá 05 lít chất lỏng.</w:t>
      </w:r>
    </w:p>
    <w:p/>
    <w:p>
      <w:r>
        <w:rPr>
          <w:b/>
          <w:sz w:val="24"/>
        </w:rPr>
        <w:t>Câu 59: Đối với hành viên tổ bay của chuyến bay nội địa và hành lý của họ sau khi hoàn thành chuyến bay từ một cảng hàng không, tham gia chuyến bay nội địa tiếp theo thì hãng hàng không phải có trách nhiệm phối hợp với đơn vị kiểm soát ANHK để triển khai thực hiện biện pháp phòng ngừa nào sau đây?</w:t>
      </w:r>
    </w:p>
    <w:p>
      <w:pPr>
        <w:pStyle w:val="ListParagraph"/>
      </w:pPr>
      <w:r>
        <w:rPr>
          <w:sz w:val="22"/>
        </w:rPr>
        <w:t>A. Phòng, chống mất cắp.</w:t>
      </w:r>
    </w:p>
    <w:p>
      <w:pPr>
        <w:pStyle w:val="ListParagraph"/>
      </w:pPr>
      <w:r>
        <w:rPr>
          <w:sz w:val="22"/>
        </w:rPr>
        <w:t>B. Phòng, chống buôn lậu và gian lận thương mại.</w:t>
      </w:r>
    </w:p>
    <w:p>
      <w:pPr>
        <w:pStyle w:val="ListParagraph"/>
      </w:pPr>
      <w:r>
        <w:rPr>
          <w:sz w:val="22"/>
        </w:rPr>
        <w:t>C. Phòng, chống vận chuyển động vật quý, hiếm.</w:t>
      </w:r>
    </w:p>
    <w:p>
      <w:pPr>
        <w:pStyle w:val="ListParagraph"/>
      </w:pPr>
      <w:r>
        <w:rPr>
          <w:sz w:val="22"/>
        </w:rPr>
        <w:t>D. Đáp án A, B và C đúng.</w:t>
      </w:r>
    </w:p>
    <w:p/>
    <w:p>
      <w:r>
        <w:rPr>
          <w:b/>
          <w:sz w:val="24"/>
        </w:rPr>
        <w:t>Câu 60: Tỷ lệ hành khách, hành lý xách tay phải được kiểm tra an ninh bằng soi chiếu trước khi vào khu vực hạn chế là bao nhiêu?</w:t>
      </w:r>
    </w:p>
    <w:p>
      <w:pPr>
        <w:pStyle w:val="ListParagraph"/>
      </w:pPr>
      <w:r>
        <w:rPr>
          <w:sz w:val="22"/>
        </w:rPr>
        <w:t>A. Chỉ kiểm tra những hành khách có biểu hiện nghi vấn.</w:t>
      </w:r>
    </w:p>
    <w:p>
      <w:pPr>
        <w:pStyle w:val="ListParagraph"/>
      </w:pPr>
      <w:r>
        <w:rPr>
          <w:sz w:val="22"/>
        </w:rPr>
        <w:t>B. 100% (trừ trường hợp được miễn kiểm tra theo quy định).</w:t>
      </w:r>
    </w:p>
    <w:p>
      <w:pPr>
        <w:pStyle w:val="ListParagraph"/>
      </w:pPr>
      <w:r>
        <w:rPr>
          <w:sz w:val="22"/>
        </w:rPr>
        <w:t>C. Chỉ kiểm tra những hành khách mà cổng từ hoặc thiết bị soi chiếu cơ thể phát tín hiệu báo động.</w:t>
      </w:r>
    </w:p>
    <w:p>
      <w:pPr>
        <w:pStyle w:val="ListParagraph"/>
      </w:pPr>
      <w:r>
        <w:rPr>
          <w:sz w:val="22"/>
        </w:rPr>
        <w:t>D. Chỉ thực hiện kiểm tra ngẫu nhiên.</w:t>
      </w:r>
    </w:p>
    <w:p/>
    <w:p>
      <w:r>
        <w:rPr>
          <w:b/>
          <w:sz w:val="24"/>
        </w:rPr>
        <w:t>Câu 61: Theo quy định, khi phát hiện bom, mìn, vật liệu nổ, nếu không biết rõ về cơ chế nổ thì lực lượng kiểm soát ANHK sẽ xử lý như thế nào?</w:t>
      </w:r>
    </w:p>
    <w:p>
      <w:pPr>
        <w:pStyle w:val="ListParagraph"/>
      </w:pPr>
      <w:r>
        <w:rPr>
          <w:sz w:val="22"/>
        </w:rPr>
        <w:t>A. Để nguyên tại chỗ, nhanh chóng phong tỏa khu vực đó, sơ tán hành khách đến nơi an toàn và thông báo ngay cho lực lượng phá dỡ bom mìn của ngành công an, quân đội đến để tháo gỡ.</w:t>
      </w:r>
    </w:p>
    <w:p>
      <w:pPr>
        <w:pStyle w:val="ListParagraph"/>
      </w:pPr>
      <w:r>
        <w:rPr>
          <w:sz w:val="22"/>
        </w:rPr>
        <w:t>B. Nhanh chóng tiếp cận và di chuyển ngay bom, mìn, vật liệu nổ đến nơi an toàn.</w:t>
      </w:r>
    </w:p>
    <w:p>
      <w:pPr>
        <w:pStyle w:val="ListParagraph"/>
      </w:pPr>
      <w:r>
        <w:rPr>
          <w:sz w:val="22"/>
        </w:rPr>
        <w:t>C. Báo cáo ngay chỉ huy đội trực ca công tác để xin ý kiến chỉ đạo.</w:t>
      </w:r>
    </w:p>
    <w:p>
      <w:pPr>
        <w:pStyle w:val="ListParagraph"/>
      </w:pPr>
      <w:r>
        <w:rPr>
          <w:sz w:val="22"/>
        </w:rPr>
        <w:t>D. Đáp án B và C đúng.</w:t>
      </w:r>
    </w:p>
    <w:p/>
    <w:p>
      <w:r>
        <w:rPr>
          <w:b/>
          <w:sz w:val="24"/>
        </w:rPr>
        <w:t>Câu 62: Khi hành khách qua điểm kiểm soát an ninh, đơn vị nào chịu trách nhiệm bố trí đủ lực lượng kiểm tra, đối chiếu giấy tờ về nhân thân của hành khách với vé, thẻ lên tàu bay bằng giấy hoặc trên thiết bị điện tử của hành khách?</w:t>
      </w:r>
    </w:p>
    <w:p>
      <w:pPr>
        <w:pStyle w:val="ListParagraph"/>
      </w:pPr>
      <w:r>
        <w:rPr>
          <w:sz w:val="22"/>
        </w:rPr>
        <w:t>A. Cảng vụ hàng không.</w:t>
      </w:r>
    </w:p>
    <w:p>
      <w:pPr>
        <w:pStyle w:val="ListParagraph"/>
      </w:pPr>
      <w:r>
        <w:rPr>
          <w:sz w:val="22"/>
        </w:rPr>
        <w:t>B. Công an địa phương.</w:t>
      </w:r>
    </w:p>
    <w:p>
      <w:pPr>
        <w:pStyle w:val="ListParagraph"/>
      </w:pPr>
      <w:r>
        <w:rPr>
          <w:sz w:val="22"/>
        </w:rPr>
        <w:t>C. Đơn vị kiểm soát ANHK.</w:t>
      </w:r>
    </w:p>
    <w:p>
      <w:pPr>
        <w:pStyle w:val="ListParagraph"/>
      </w:pPr>
      <w:r>
        <w:rPr>
          <w:sz w:val="22"/>
        </w:rPr>
        <w:t>D. Người khai thác cảng hàng không, sân bay.</w:t>
      </w:r>
    </w:p>
    <w:p/>
    <w:p>
      <w:r>
        <w:rPr>
          <w:b/>
          <w:sz w:val="24"/>
        </w:rPr>
        <w:t>Câu 63: Trừ trường hợp đáp ứng yêu cầu theo quy định, hành khách nối chuyến, quá cảnh, tạm dừng nội địa và hành lý xách tay phải được kiểm tra ANHK bằng biện pháp nào?</w:t>
      </w:r>
    </w:p>
    <w:p>
      <w:pPr>
        <w:pStyle w:val="ListParagraph"/>
      </w:pPr>
      <w:r>
        <w:rPr>
          <w:sz w:val="22"/>
        </w:rPr>
        <w:t>A. Soi chiếu như hành khách xuất phát trước khi lên lại tàu bay.</w:t>
      </w:r>
    </w:p>
    <w:p>
      <w:pPr>
        <w:pStyle w:val="ListParagraph"/>
      </w:pPr>
      <w:r>
        <w:rPr>
          <w:sz w:val="22"/>
        </w:rPr>
        <w:t>B. Chỉ thực hiện biện pháp soi chiếu đối với hành lý xách tay.</w:t>
      </w:r>
    </w:p>
    <w:p>
      <w:pPr>
        <w:pStyle w:val="ListParagraph"/>
      </w:pPr>
      <w:r>
        <w:rPr>
          <w:sz w:val="22"/>
        </w:rPr>
        <w:t>C. Không cần kiểm tra.</w:t>
      </w:r>
    </w:p>
    <w:p>
      <w:pPr>
        <w:pStyle w:val="ListParagraph"/>
      </w:pPr>
      <w:r>
        <w:rPr>
          <w:sz w:val="22"/>
        </w:rPr>
        <w:t>D. Đáp án A, B và C đúng.</w:t>
      </w:r>
    </w:p>
    <w:p/>
    <w:p>
      <w:r>
        <w:rPr>
          <w:b/>
          <w:sz w:val="24"/>
        </w:rPr>
        <w:t>Câu 64: Việc tái kiểm tra ANHK đối với hành khách, hành lý xách tay tại các khu vực hạn chế có sự tiếp xúc, trộn lẫn với người, đồ vật chưa qua kiểm tra ANHK hoặc có sự tiếp xúc, trộn lẫn với người nghi ngờ mang theo vật phẩm nguy hiểm hoặc phương tiện, đồ vật nghi ngờ chứa vật phẩm nguy hiểm được thực hiện như thế nào?</w:t>
      </w:r>
    </w:p>
    <w:p>
      <w:pPr>
        <w:pStyle w:val="ListParagraph"/>
      </w:pPr>
      <w:r>
        <w:rPr>
          <w:sz w:val="22"/>
        </w:rPr>
        <w:t>A. Tất cả hành khách, hành lý xách tay phải được chuyển sang một khu vực khác, kiểm tra lại toàn bộ khu vực hạn chế liên quan.</w:t>
      </w:r>
    </w:p>
    <w:p>
      <w:pPr>
        <w:pStyle w:val="ListParagraph"/>
      </w:pPr>
      <w:r>
        <w:rPr>
          <w:sz w:val="22"/>
        </w:rPr>
        <w:t>B. Tái kiểm tra ANHK toàn bộ hành khách, hành lý xách tay trước khi cho lên tàu bay.</w:t>
      </w:r>
    </w:p>
    <w:p>
      <w:pPr>
        <w:pStyle w:val="ListParagraph"/>
      </w:pPr>
      <w:r>
        <w:rPr>
          <w:sz w:val="22"/>
        </w:rPr>
        <w:t>C. Trường hợp hành khách đã lên tàu bay, toàn bộ hành khách, hành lý xách tay và khoang hành khách của tàu bay phải được tái kiểm tra ANHK.</w:t>
      </w:r>
    </w:p>
    <w:p>
      <w:pPr>
        <w:pStyle w:val="ListParagraph"/>
      </w:pPr>
      <w:r>
        <w:rPr>
          <w:sz w:val="22"/>
        </w:rPr>
        <w:t>D. Đáp án A và B đúng.</w:t>
      </w:r>
    </w:p>
    <w:p>
      <w:pPr>
        <w:pStyle w:val="ListParagraph"/>
      </w:pPr>
      <w:r>
        <w:rPr>
          <w:sz w:val="22"/>
        </w:rPr>
        <w:t>E. Đáp án A, B và C đúng.</w:t>
      </w:r>
    </w:p>
    <w:p/>
    <w:p>
      <w:r>
        <w:rPr>
          <w:b/>
          <w:sz w:val="24"/>
        </w:rPr>
        <w:t>Câu 65: Khi hành khách lên tàu bay, cơ quan, đơn vị nào chịu trách nhiệm tổ chức kiểm tra, đối chiếu giấy tờ về nhân thân, thẻ lên tàu bay của hành khách để đảm bảo đúng người, đúng chuyến bay?</w:t>
      </w:r>
    </w:p>
    <w:p>
      <w:pPr>
        <w:pStyle w:val="ListParagraph"/>
      </w:pPr>
      <w:r>
        <w:rPr>
          <w:sz w:val="22"/>
        </w:rPr>
        <w:t>A. Lực lượng kiểm soát ANHK tại cảng hàng không.</w:t>
      </w:r>
    </w:p>
    <w:p>
      <w:pPr>
        <w:pStyle w:val="ListParagraph"/>
      </w:pPr>
      <w:r>
        <w:rPr>
          <w:sz w:val="22"/>
        </w:rPr>
        <w:t>B. Hãng hàng không.</w:t>
      </w:r>
    </w:p>
    <w:p>
      <w:pPr>
        <w:pStyle w:val="ListParagraph"/>
      </w:pPr>
      <w:r>
        <w:rPr>
          <w:sz w:val="22"/>
        </w:rPr>
        <w:t>C. Lực lượng kiểm soát ANHK của doanh nghiệp cung cấp dịch vụ không lưu.</w:t>
      </w:r>
    </w:p>
    <w:p>
      <w:pPr>
        <w:pStyle w:val="ListParagraph"/>
      </w:pPr>
      <w:r>
        <w:rPr>
          <w:sz w:val="22"/>
        </w:rPr>
        <w:t>D. Cảng vụ hàng không.</w:t>
      </w:r>
    </w:p>
    <w:p/>
    <w:p>
      <w:r>
        <w:rPr>
          <w:b/>
          <w:sz w:val="24"/>
        </w:rPr>
        <w:t>Câu 66: Trước khi cho tàu bay khởi hành, việc tổ chức đối chiếu tổng số hành khách đã được cấp thẻ lên tàu bay với tổng số hành khách thực có trên tàu bay là trách nhiệm của tổ chức, cá nhân nào?</w:t>
      </w:r>
    </w:p>
    <w:p>
      <w:pPr>
        <w:pStyle w:val="ListParagraph"/>
      </w:pPr>
      <w:r>
        <w:rPr>
          <w:sz w:val="22"/>
        </w:rPr>
        <w:t>A. Lực lượng kiểm soát ANHK tại cảng hàng không.</w:t>
      </w:r>
    </w:p>
    <w:p>
      <w:pPr>
        <w:pStyle w:val="ListParagraph"/>
      </w:pPr>
      <w:r>
        <w:rPr>
          <w:sz w:val="22"/>
        </w:rPr>
        <w:t>B. Lực lượng kiểm soát ANHK của doanh nghiệp cung cấp dịch vụ không lưu.</w:t>
      </w:r>
    </w:p>
    <w:p>
      <w:pPr>
        <w:pStyle w:val="ListParagraph"/>
      </w:pPr>
      <w:r>
        <w:rPr>
          <w:sz w:val="22"/>
        </w:rPr>
        <w:t>C. Người chỉ huy tàu bay.</w:t>
      </w:r>
    </w:p>
    <w:p>
      <w:pPr>
        <w:pStyle w:val="ListParagraph"/>
      </w:pPr>
      <w:r>
        <w:rPr>
          <w:sz w:val="22"/>
        </w:rPr>
        <w:t>D. Cảng vụ hàng không.</w:t>
      </w:r>
    </w:p>
    <w:p/>
    <w:p>
      <w:r>
        <w:rPr>
          <w:b/>
          <w:sz w:val="24"/>
        </w:rPr>
        <w:t>Câu 67: Khi phát hiện vũ khí, vật liệu nổ trong người hành khách, lực lượng kiểm soát ANHK phải xử lý như thế nào?</w:t>
      </w:r>
    </w:p>
    <w:p>
      <w:pPr>
        <w:pStyle w:val="ListParagraph"/>
      </w:pPr>
      <w:r>
        <w:rPr>
          <w:sz w:val="22"/>
        </w:rPr>
        <w:t>A. Nhanh chóng bằng biện pháp thích hợp khống chế, ngăn chặn để xử lý.</w:t>
      </w:r>
    </w:p>
    <w:p>
      <w:pPr>
        <w:pStyle w:val="ListParagraph"/>
      </w:pPr>
      <w:r>
        <w:rPr>
          <w:sz w:val="22"/>
        </w:rPr>
        <w:t>B. Yêu cầu hành khách tự giao nộp vũ khí, vật liệu nổ.</w:t>
      </w:r>
    </w:p>
    <w:p>
      <w:pPr>
        <w:pStyle w:val="ListParagraph"/>
      </w:pPr>
      <w:r>
        <w:rPr>
          <w:sz w:val="22"/>
        </w:rPr>
        <w:t>C. Yêu cầu hành khách mang vũ khí, vật liệu nổ ra khỏi khu vực hạn chế của cảng hàng không.</w:t>
      </w:r>
    </w:p>
    <w:p>
      <w:pPr>
        <w:pStyle w:val="ListParagraph"/>
      </w:pPr>
      <w:r>
        <w:rPr>
          <w:sz w:val="22"/>
        </w:rPr>
        <w:t>D. Đáp án A, B và C đúng.</w:t>
      </w:r>
    </w:p>
    <w:p/>
    <w:p>
      <w:r>
        <w:rPr>
          <w:b/>
          <w:sz w:val="24"/>
        </w:rPr>
        <w:t>Câu 68: Phải tái kiểm tra ANHK khu vực hạn chế, người, phương tiện, đồ vật trong các trường hợp nào sau đây?</w:t>
      </w:r>
    </w:p>
    <w:p>
      <w:pPr>
        <w:pStyle w:val="ListParagraph"/>
      </w:pPr>
      <w:r>
        <w:rPr>
          <w:sz w:val="22"/>
        </w:rPr>
        <w:t>A. Hành khách, hành lý xách tay đã kiểm tra ANHK nhưng ra khỏi khu vực hạn chế khi trở lại phải tái kiểm tra ANHK.</w:t>
      </w:r>
    </w:p>
    <w:p>
      <w:pPr>
        <w:pStyle w:val="ListParagraph"/>
      </w:pPr>
      <w:r>
        <w:rPr>
          <w:sz w:val="22"/>
        </w:rPr>
        <w:t>B. Khu vực, người, phương tiện, đồ vật trong khu vực hạn chế có sự tiếp xúc, trộn lẫn với người, đồ vật chưa qua kiểm tra ANHK.</w:t>
      </w:r>
    </w:p>
    <w:p>
      <w:pPr>
        <w:pStyle w:val="ListParagraph"/>
      </w:pPr>
      <w:r>
        <w:rPr>
          <w:sz w:val="22"/>
        </w:rPr>
        <w:t>C. Khu vực, người, phương tiện, đồ vật trong khu vực hạn chế có sự tiếp xúc, trộn lẫn với người nghi ngờ mang theo vật phẩm nguy hiểm hoặc phương tiện, đồ vật nghi ngờ chứa vật phẩm nguy hiểm.</w:t>
      </w:r>
    </w:p>
    <w:p>
      <w:pPr>
        <w:pStyle w:val="ListParagraph"/>
      </w:pPr>
      <w:r>
        <w:rPr>
          <w:sz w:val="22"/>
        </w:rPr>
        <w:t>D. Đáp án A, B và C đúng.</w:t>
      </w:r>
    </w:p>
    <w:p>
      <w:pPr>
        <w:pStyle w:val="ListParagraph"/>
      </w:pPr>
      <w:r>
        <w:rPr>
          <w:sz w:val="22"/>
        </w:rPr>
        <w:t>E. Đáp án A và B đúng.</w:t>
      </w:r>
    </w:p>
    <w:p/>
    <w:p>
      <w:r>
        <w:rPr>
          <w:b/>
          <w:sz w:val="24"/>
        </w:rPr>
        <w:t>Câu 69: Người bị áp giải và hành lý, vật dụng của họ phải được kiểm tra ANHK bằng biện pháp nào?</w:t>
      </w:r>
    </w:p>
    <w:p>
      <w:pPr>
        <w:pStyle w:val="ListParagraph"/>
      </w:pPr>
      <w:r>
        <w:rPr>
          <w:sz w:val="22"/>
        </w:rPr>
        <w:t>A. Miễn kiểm tra.</w:t>
      </w:r>
    </w:p>
    <w:p>
      <w:pPr>
        <w:pStyle w:val="ListParagraph"/>
      </w:pPr>
      <w:r>
        <w:rPr>
          <w:sz w:val="22"/>
        </w:rPr>
        <w:t>B. Kiểm tra trực quan.</w:t>
      </w:r>
    </w:p>
    <w:p>
      <w:pPr>
        <w:pStyle w:val="ListParagraph"/>
      </w:pPr>
      <w:r>
        <w:rPr>
          <w:sz w:val="22"/>
        </w:rPr>
        <w:t>C. Kiểm tra như khách bình thường.</w:t>
      </w:r>
    </w:p>
    <w:p>
      <w:pPr>
        <w:pStyle w:val="ListParagraph"/>
      </w:pPr>
      <w:r>
        <w:rPr>
          <w:sz w:val="22"/>
        </w:rPr>
        <w:t>D. Đáp án A, B và C đúng.</w:t>
      </w:r>
    </w:p>
    <w:p/>
    <w:p>
      <w:r>
        <w:rPr>
          <w:b/>
          <w:sz w:val="24"/>
        </w:rPr>
        <w:t>Câu 70: Trách nhiệm thông báo cho người chỉ huy tàu bay vị trí ngồi của hành khách là bị can, phạm nhân, người bị trục xuất, dẫn độ thuộc về tổ chức, cá nhân nào?</w:t>
      </w:r>
    </w:p>
    <w:p>
      <w:pPr>
        <w:pStyle w:val="ListParagraph"/>
      </w:pPr>
      <w:r>
        <w:rPr>
          <w:sz w:val="22"/>
        </w:rPr>
        <w:t>A. Lực lượng An ninh hàng không.</w:t>
      </w:r>
    </w:p>
    <w:p>
      <w:pPr>
        <w:pStyle w:val="ListParagraph"/>
      </w:pPr>
      <w:r>
        <w:rPr>
          <w:sz w:val="22"/>
        </w:rPr>
        <w:t>B. Đơn vị phục vụ hành khách.</w:t>
      </w:r>
    </w:p>
    <w:p>
      <w:pPr>
        <w:pStyle w:val="ListParagraph"/>
      </w:pPr>
      <w:r>
        <w:rPr>
          <w:sz w:val="22"/>
        </w:rPr>
        <w:t>C. Cảng vụ hàng không.</w:t>
      </w:r>
    </w:p>
    <w:p>
      <w:pPr>
        <w:pStyle w:val="ListParagraph"/>
      </w:pPr>
      <w:r>
        <w:rPr>
          <w:sz w:val="22"/>
        </w:rPr>
        <w:t>D. Đại diện hãng hàng không.</w:t>
      </w:r>
    </w:p>
    <w:p/>
    <w:p>
      <w:r>
        <w:rPr>
          <w:b/>
          <w:sz w:val="24"/>
        </w:rPr>
        <w:t>Câu 71: Khi phát hiện hành lý qua máy soi có nghi vấn, cán bộ kiểm soát ANHK phải tiến hành kiểm tra bằng biện pháp nào sau đây?</w:t>
      </w:r>
    </w:p>
    <w:p>
      <w:pPr>
        <w:pStyle w:val="ListParagraph"/>
      </w:pPr>
      <w:r>
        <w:rPr>
          <w:sz w:val="22"/>
        </w:rPr>
        <w:t>A. Kiểm tra trực quan hoặc lục soát ANHK theo quy định.</w:t>
      </w:r>
    </w:p>
    <w:p>
      <w:pPr>
        <w:pStyle w:val="ListParagraph"/>
      </w:pPr>
      <w:r>
        <w:rPr>
          <w:sz w:val="22"/>
        </w:rPr>
        <w:t>B. Kiểm tra bằng thiết bị phát hiện chất nổ.</w:t>
      </w:r>
    </w:p>
    <w:p>
      <w:pPr>
        <w:pStyle w:val="ListParagraph"/>
      </w:pPr>
      <w:r>
        <w:rPr>
          <w:sz w:val="22"/>
        </w:rPr>
        <w:t>C. Không kiểm tra, từ chối hoàn thành thủ tục kiểm tra an ninh.</w:t>
      </w:r>
    </w:p>
    <w:p>
      <w:pPr>
        <w:pStyle w:val="ListParagraph"/>
      </w:pPr>
      <w:r>
        <w:rPr>
          <w:sz w:val="22"/>
        </w:rPr>
        <w:t>D. Đáp án A và B đúng.</w:t>
      </w:r>
    </w:p>
    <w:p/>
    <w:p>
      <w:r>
        <w:rPr>
          <w:b/>
          <w:sz w:val="24"/>
        </w:rPr>
        <w:t>Câu 72: Khu vực cách ly được quy định như thế nào?</w:t>
      </w:r>
    </w:p>
    <w:p>
      <w:pPr>
        <w:pStyle w:val="ListParagraph"/>
      </w:pPr>
      <w:r>
        <w:rPr>
          <w:sz w:val="22"/>
        </w:rPr>
        <w:t>A. Một phần của khu vực hạn chế, được xác định từ sau điểm kiểm tra ANHK đối với hành khách, hành lý xách tay của nhà ga đến cửa khởi hành.</w:t>
      </w:r>
    </w:p>
    <w:p>
      <w:pPr>
        <w:pStyle w:val="ListParagraph"/>
      </w:pPr>
      <w:r>
        <w:rPr>
          <w:sz w:val="22"/>
        </w:rPr>
        <w:t>B. Khu vực được xác định từ điểm kiểm tra ANHK đối với hành khách đến cửa tàu bay.</w:t>
      </w:r>
    </w:p>
    <w:p>
      <w:pPr>
        <w:pStyle w:val="ListParagraph"/>
      </w:pPr>
      <w:r>
        <w:rPr>
          <w:sz w:val="22"/>
        </w:rPr>
        <w:t>C. Các khu vực hạn chế của cảng hàng không, sân bay.</w:t>
      </w:r>
    </w:p>
    <w:p>
      <w:pPr>
        <w:pStyle w:val="ListParagraph"/>
      </w:pPr>
      <w:r>
        <w:rPr>
          <w:sz w:val="22"/>
        </w:rPr>
        <w:t>D. Đáp án B và C đúng.</w:t>
      </w:r>
    </w:p>
    <w:p/>
    <w:p>
      <w:r>
        <w:rPr>
          <w:b/>
          <w:sz w:val="24"/>
        </w:rPr>
        <w:t>Câu 73: Tỷ lệ kiểm tra bổ sung ngẫu nhiên tối thiểu sau kiểm tra an ninh lần đầu đối với hành khách, hành lý xách tay là bao nhiêu?</w:t>
      </w:r>
    </w:p>
    <w:p>
      <w:pPr>
        <w:pStyle w:val="ListParagraph"/>
      </w:pPr>
      <w:r>
        <w:rPr>
          <w:sz w:val="22"/>
        </w:rPr>
        <w:t>A. 5%.</w:t>
      </w:r>
    </w:p>
    <w:p>
      <w:pPr>
        <w:pStyle w:val="ListParagraph"/>
      </w:pPr>
      <w:r>
        <w:rPr>
          <w:sz w:val="22"/>
        </w:rPr>
        <w:t>B. 10%.</w:t>
      </w:r>
    </w:p>
    <w:p>
      <w:pPr>
        <w:pStyle w:val="ListParagraph"/>
      </w:pPr>
      <w:r>
        <w:rPr>
          <w:sz w:val="22"/>
        </w:rPr>
        <w:t>C. 15%.</w:t>
      </w:r>
    </w:p>
    <w:p>
      <w:pPr>
        <w:pStyle w:val="ListParagraph"/>
      </w:pPr>
      <w:r>
        <w:rPr>
          <w:sz w:val="22"/>
        </w:rPr>
        <w:t>D. 20%.</w:t>
      </w:r>
    </w:p>
    <w:p/>
    <w:p>
      <w:r>
        <w:rPr>
          <w:b/>
          <w:sz w:val="24"/>
        </w:rPr>
        <w:t>Câu 74: Các trường hợp nào sau đây phải được niêm phong ANHK sau khi kiểm tra?</w:t>
      </w:r>
    </w:p>
    <w:p>
      <w:pPr>
        <w:pStyle w:val="ListParagraph"/>
      </w:pPr>
      <w:r>
        <w:rPr>
          <w:sz w:val="22"/>
        </w:rPr>
        <w:t>A. Thùng đựng hàng hóa, bưu gửi, thùng hoặc mâm đựng hàng hóa rời, hành lý thất lạc, hành lý không có người nhận, tủ, túi đựng suất ăn.</w:t>
      </w:r>
    </w:p>
    <w:p>
      <w:pPr>
        <w:pStyle w:val="ListParagraph"/>
      </w:pPr>
      <w:r>
        <w:rPr>
          <w:sz w:val="22"/>
        </w:rPr>
        <w:t>B. Thùng, túi đựng đồ vật phục vụ trên tàu bay, trừ đồ vật phục vụ cho việc bảo dưỡng, sửa chữa tàu bay.</w:t>
      </w:r>
    </w:p>
    <w:p>
      <w:pPr>
        <w:pStyle w:val="ListParagraph"/>
      </w:pPr>
      <w:r>
        <w:rPr>
          <w:sz w:val="22"/>
        </w:rPr>
        <w:t>C. Phương tiện tra nạp nhiên liệu cho tàu bay sau khi tiếp nhận nhiên liệu để nạp cho tàu bay phải niêm phong an ninh các cửa nạp, cửa xả; tàu bay không khai thác phải niêm phong an ninh các cửa của tàu bay.</w:t>
      </w:r>
    </w:p>
    <w:p>
      <w:pPr>
        <w:pStyle w:val="ListParagraph"/>
      </w:pPr>
      <w:r>
        <w:rPr>
          <w:sz w:val="22"/>
        </w:rPr>
        <w:t>D. Đáp án A, B và C đúng.</w:t>
      </w:r>
    </w:p>
    <w:p>
      <w:pPr>
        <w:pStyle w:val="ListParagraph"/>
      </w:pPr>
      <w:r>
        <w:rPr>
          <w:sz w:val="22"/>
        </w:rPr>
        <w:t>E. Đáp án A và C đúng.</w:t>
      </w:r>
    </w:p>
    <w:p/>
    <w:p>
      <w:r>
        <w:rPr>
          <w:b/>
          <w:sz w:val="24"/>
        </w:rPr>
        <w:t>Câu 75: Việc mang theo trang thiết bị y tế là vật phẩm nguy hiểm theo người lên tàu bay để chăm sóc bệnh nhân và đối tượng cảnh vệ được quy định như thế nào?</w:t>
      </w:r>
    </w:p>
    <w:p>
      <w:pPr>
        <w:pStyle w:val="ListParagraph"/>
      </w:pPr>
      <w:r>
        <w:rPr>
          <w:sz w:val="22"/>
        </w:rPr>
        <w:t>A. Phải được đề nghị bằng văn bản, được sự đồng ý của đại diện hãng hàng không và người đứng đầu đơn vị kiểm soát ANHK Cảng hàng không, sân bay.</w:t>
      </w:r>
    </w:p>
    <w:p>
      <w:pPr>
        <w:pStyle w:val="ListParagraph"/>
      </w:pPr>
      <w:r>
        <w:rPr>
          <w:sz w:val="22"/>
        </w:rPr>
        <w:t>B. Có đề nghị bằng văn bản, được sự đồng ý của đại diện hãng hàng không và Bộ tư lệnh cảnh vệ.</w:t>
      </w:r>
    </w:p>
    <w:p>
      <w:pPr>
        <w:pStyle w:val="ListParagraph"/>
      </w:pPr>
      <w:r>
        <w:rPr>
          <w:sz w:val="22"/>
        </w:rPr>
        <w:t>C. Có đề nghị bằng văn bản, được sự đồng ý của đại diện hãng hàng không và bộ phận y tế tại Cảng hàng không, sân bay.</w:t>
      </w:r>
    </w:p>
    <w:p>
      <w:pPr>
        <w:pStyle w:val="ListParagraph"/>
      </w:pPr>
      <w:r>
        <w:rPr>
          <w:sz w:val="22"/>
        </w:rPr>
        <w:t>D. Đáp án B và C đúng.</w:t>
      </w:r>
    </w:p>
    <w:p/>
    <w:p>
      <w:r>
        <w:rPr>
          <w:b/>
          <w:sz w:val="24"/>
        </w:rPr>
        <w:t>Câu 76: Khi phát hiện vật phẩm nguy hiểm không tuân thủ điều kiện bảo đảm vận chuyển an toàn bằng đường hàng không, lực lượng kiểm soát ANHK tại cảng hàng không, sân bay xử lý như thế nào?</w:t>
      </w:r>
    </w:p>
    <w:p>
      <w:pPr>
        <w:pStyle w:val="ListParagraph"/>
      </w:pPr>
      <w:r>
        <w:rPr>
          <w:sz w:val="22"/>
        </w:rPr>
        <w:t>A. Hướng dẫn hành khách bỏ lại hoặc hướng dẫn hành khách thực hiện thủ tục vận chuyển theo quy định và yêu cầu hãng hàng không, đại diện hợp pháp của người gửi hàng, hành khách tuân thủ các điều kiện vận chuyển.</w:t>
      </w:r>
    </w:p>
    <w:p>
      <w:pPr>
        <w:pStyle w:val="ListParagraph"/>
      </w:pPr>
      <w:r>
        <w:rPr>
          <w:sz w:val="22"/>
        </w:rPr>
        <w:t>B. Hướng dẫn hành khách thực hiện thủ tục vận chuyển theo quy định hoặc từ chối hoàn thành thủ tục kiểm tra ANHK và yêu cầu hãng hàng không, đại diện hợp pháp của người gửi hàng, hành khách tuân thủ các điều kiện vận chuyển.</w:t>
      </w:r>
    </w:p>
    <w:p>
      <w:pPr>
        <w:pStyle w:val="ListParagraph"/>
      </w:pPr>
      <w:r>
        <w:rPr>
          <w:sz w:val="22"/>
        </w:rPr>
        <w:t>C. Hướng dẫn hành khách bỏ lại hoặc hướng dẫn hành khách thực hiện thủ tục vận chuyển theo quy định hoặc từ chối hoàn thành thủ tục kiểm tra ANHK và yêu cầu hãng hàng không, đại diện hợp pháp của người gửi hàng, hành khách tuân thủ các điều kiện vận chuyển.</w:t>
      </w:r>
    </w:p>
    <w:p>
      <w:pPr>
        <w:pStyle w:val="ListParagraph"/>
      </w:pPr>
      <w:r>
        <w:rPr>
          <w:sz w:val="22"/>
        </w:rPr>
        <w:t>D. Đáp án A, B và C đúng.</w:t>
      </w:r>
    </w:p>
    <w:p/>
    <w:p>
      <w:r>
        <w:rPr>
          <w:b/>
          <w:sz w:val="24"/>
        </w:rPr>
        <w:t>Câu 77: Theo Thông tư 14/2026/TT-BCA, việc kiểm tra ANHK đối với thành viên tổ bay được thực hiện như thế nào?</w:t>
      </w:r>
    </w:p>
    <w:p>
      <w:pPr>
        <w:pStyle w:val="ListParagraph"/>
      </w:pPr>
      <w:r>
        <w:rPr>
          <w:sz w:val="22"/>
        </w:rPr>
        <w:t>A. Thành viên tổ bay phải xuất trình thẻ nhận dạng tổ bay tại điểm kiểm tra ANHK. Cán bộ kiểm soát ANHK kiểm tra, đối chiếu danh sách tổ bay của chuyến bay do người khai thác tàu bay cung cấp với thẻ nhận dạng tổ bay.</w:t>
      </w:r>
    </w:p>
    <w:p>
      <w:pPr>
        <w:pStyle w:val="ListParagraph"/>
      </w:pPr>
      <w:r>
        <w:rPr>
          <w:sz w:val="22"/>
        </w:rPr>
        <w:t>B. Thành viên tổ bay phải xuất trình thẻ nhận dạng tổ bay tại điểm kiểm tra ANHK. Cán bộ kiểm soát ANHK kiểm tra, đối chiếu danh sách tổ bay của chuyến bay do Cảng vụ hàng không cung cấp với thẻ nhận dạng tổ bay.</w:t>
      </w:r>
    </w:p>
    <w:p>
      <w:pPr>
        <w:pStyle w:val="ListParagraph"/>
      </w:pPr>
      <w:r>
        <w:rPr>
          <w:sz w:val="22"/>
        </w:rPr>
        <w:t>C. Thành viên tổ bay phải xuất trình thẻ nhận dạng tổ bay tại điểm kiểm tra ANHK. Cán bộ kiểm soát ANHK kiểm tra, đối chiếu danh sách tổ bay của chuyến bay do người khai thác cảng hàng không cung cấp với thẻ nhận dạng tổ bay.</w:t>
      </w:r>
    </w:p>
    <w:p>
      <w:pPr>
        <w:pStyle w:val="ListParagraph"/>
      </w:pPr>
      <w:r>
        <w:rPr>
          <w:sz w:val="22"/>
        </w:rPr>
        <w:t>D. Thành viên tổ bay phải xuất trình thẻ nhận dạng tổ bay tại điểm kiểm tra ANHK. Cán bộ kiểm soát ANHK kiểm tra, đối chiếu danh sách tổ bay của chuyến bay do Cục Quản lý xuất nhập cảnh cung cấp với thẻ nhận dạng tổ bay.</w:t>
      </w:r>
    </w:p>
    <w:p/>
    <w:p>
      <w:r>
        <w:rPr>
          <w:b/>
          <w:sz w:val="24"/>
        </w:rPr>
        <w:t>Câu 78: Theo Thông tư 115/2026/TT-BCA, đối với cán bộ, chiến sĩ, nhân viên kiểm soát ANHK, thời hạn hiệu lực của năng định an ninh soi chiếu là bao lâu?</w:t>
      </w:r>
    </w:p>
    <w:p>
      <w:pPr>
        <w:pStyle w:val="ListParagraph"/>
      </w:pPr>
      <w:r>
        <w:rPr>
          <w:sz w:val="22"/>
        </w:rPr>
        <w:t>A. 12 tháng.</w:t>
      </w:r>
    </w:p>
    <w:p>
      <w:pPr>
        <w:pStyle w:val="ListParagraph"/>
      </w:pPr>
      <w:r>
        <w:rPr>
          <w:sz w:val="22"/>
        </w:rPr>
        <w:t>B. 18 tháng.</w:t>
      </w:r>
    </w:p>
    <w:p>
      <w:pPr>
        <w:pStyle w:val="ListParagraph"/>
      </w:pPr>
      <w:r>
        <w:rPr>
          <w:sz w:val="22"/>
        </w:rPr>
        <w:t>C. 24 tháng.</w:t>
      </w:r>
    </w:p>
    <w:p>
      <w:pPr>
        <w:pStyle w:val="ListParagraph"/>
      </w:pPr>
      <w:r>
        <w:rPr>
          <w:sz w:val="22"/>
        </w:rPr>
        <w:t>D. 36 tháng.</w:t>
      </w:r>
    </w:p>
    <w:p/>
    <w:p>
      <w:r>
        <w:rPr>
          <w:b/>
          <w:sz w:val="24"/>
        </w:rPr>
        <w:t>Câu 79: Trách nhiệm xử lý ban đầu các vụ việc vi phạm ANHK, trật tự công cộng xảy ra tại cảng hàng không, sân bay thuộc quyền quản lý của lực lượng kiểm soát ANHK được thực hiện như thế nào?</w:t>
      </w:r>
    </w:p>
    <w:p>
      <w:pPr>
        <w:pStyle w:val="ListParagraph"/>
      </w:pPr>
      <w:r>
        <w:rPr>
          <w:sz w:val="22"/>
        </w:rPr>
        <w:t>A. Ngăn chặn hành vi vi phạm; tạm giữ đối tượng vi phạm; kiểm tra, lục soát, thu giữ tang vật, chứng cứ; đưa người, tang vật vi phạm về nơi quy định để giải quyết, xử lý vi phạm.</w:t>
      </w:r>
    </w:p>
    <w:p>
      <w:pPr>
        <w:pStyle w:val="ListParagraph"/>
      </w:pPr>
      <w:r>
        <w:rPr>
          <w:sz w:val="22"/>
        </w:rPr>
        <w:t>B. Báo cáo ngay cho chỉ huy đơn vị trực ca công tác, lập biên bản vi phạm theo mẫu quy định.</w:t>
      </w:r>
    </w:p>
    <w:p>
      <w:pPr>
        <w:pStyle w:val="ListParagraph"/>
      </w:pPr>
      <w:r>
        <w:rPr>
          <w:sz w:val="22"/>
        </w:rPr>
        <w:t>C. Bảo vệ hiện trường và trao đổi các cơ quan, đơn vị liên quan tại cảng hàng không, sân bay nếu xét thấy cần thiết.</w:t>
      </w:r>
    </w:p>
    <w:p>
      <w:pPr>
        <w:pStyle w:val="ListParagraph"/>
      </w:pPr>
      <w:r>
        <w:rPr>
          <w:sz w:val="22"/>
        </w:rPr>
        <w:t>D. Đáp án A, B và C đúng.</w:t>
      </w:r>
    </w:p>
    <w:p/>
    <w:p>
      <w:r>
        <w:rPr>
          <w:b/>
          <w:sz w:val="24"/>
        </w:rPr>
        <w:t>Câu 80: Theo Thông tư 14/2026/TT-BCA, ngày 03/02/2026, đơn vị nào chịu trách nhiệm hướng dẫn chi tiết cách thức kiểm soát, sử dụng niêm phong ANHK?</w:t>
      </w:r>
    </w:p>
    <w:p>
      <w:pPr>
        <w:pStyle w:val="ListParagraph"/>
      </w:pPr>
      <w:r>
        <w:rPr>
          <w:sz w:val="22"/>
        </w:rPr>
        <w:t>A. Công an cấp tỉnh.</w:t>
      </w:r>
    </w:p>
    <w:p>
      <w:pPr>
        <w:pStyle w:val="ListParagraph"/>
      </w:pPr>
      <w:r>
        <w:rPr>
          <w:sz w:val="22"/>
        </w:rPr>
        <w:t>B. Cục Quản lý xuất nhập cảnh.</w:t>
      </w:r>
    </w:p>
    <w:p>
      <w:pPr>
        <w:pStyle w:val="ListParagraph"/>
      </w:pPr>
      <w:r>
        <w:rPr>
          <w:sz w:val="22"/>
        </w:rPr>
        <w:t>C. Cục hàng không Việt Nam.</w:t>
      </w:r>
    </w:p>
    <w:p>
      <w:pPr>
        <w:pStyle w:val="ListParagraph"/>
      </w:pPr>
      <w:r>
        <w:rPr>
          <w:sz w:val="22"/>
        </w:rPr>
        <w:t>D. Tổng công ty Cảng hàng không Việt Nam.</w:t>
      </w:r>
    </w:p>
    <w:p/>
    <w:p>
      <w:r>
        <w:rPr>
          <w:b/>
          <w:sz w:val="24"/>
        </w:rPr>
        <w:t>Câu 81: Which organization approves Security program of aerodrome, airport operators?</w:t>
      </w:r>
    </w:p>
    <w:p>
      <w:pPr>
        <w:pStyle w:val="ListParagraph"/>
      </w:pPr>
      <w:r>
        <w:rPr>
          <w:sz w:val="22"/>
        </w:rPr>
        <w:t>A. Southern Airport Authority.</w:t>
      </w:r>
    </w:p>
    <w:p>
      <w:pPr>
        <w:pStyle w:val="ListParagraph"/>
      </w:pPr>
      <w:r>
        <w:rPr>
          <w:sz w:val="22"/>
        </w:rPr>
        <w:t>B. Immigration Department.</w:t>
      </w:r>
    </w:p>
    <w:p>
      <w:pPr>
        <w:pStyle w:val="ListParagraph"/>
      </w:pPr>
      <w:r>
        <w:rPr>
          <w:sz w:val="22"/>
        </w:rPr>
        <w:t>C. Airport operator.</w:t>
      </w:r>
    </w:p>
    <w:p>
      <w:pPr>
        <w:pStyle w:val="ListParagraph"/>
      </w:pPr>
      <w:r>
        <w:rPr>
          <w:sz w:val="22"/>
        </w:rPr>
        <w:t>D. A, B and C are correct.</w:t>
      </w:r>
    </w:p>
    <w:p/>
    <w:p>
      <w:r>
        <w:rPr>
          <w:b/>
          <w:sz w:val="24"/>
        </w:rPr>
        <w:t>Câu 82: What is the maximum amount of time an aviation security control officer is permitted to monitor the screening equipment screen for checked baggage, cargo and mail?</w:t>
      </w:r>
    </w:p>
    <w:p>
      <w:pPr>
        <w:pStyle w:val="ListParagraph"/>
      </w:pPr>
      <w:r>
        <w:rPr>
          <w:sz w:val="22"/>
        </w:rPr>
        <w:t>A. No more than 30 minutes at a time, with at least a 15-minute break before returning.</w:t>
      </w:r>
    </w:p>
    <w:p>
      <w:pPr>
        <w:pStyle w:val="ListParagraph"/>
      </w:pPr>
      <w:r>
        <w:rPr>
          <w:sz w:val="22"/>
        </w:rPr>
        <w:t>B. No more than 20 minutes at a time, with at least a 20-minute break before returning.</w:t>
      </w:r>
    </w:p>
    <w:p>
      <w:pPr>
        <w:pStyle w:val="ListParagraph"/>
      </w:pPr>
      <w:r>
        <w:rPr>
          <w:sz w:val="22"/>
        </w:rPr>
        <w:t>C. No more than 30 minutes at a time, with at least a 30-minute break before returning.</w:t>
      </w:r>
    </w:p>
    <w:p>
      <w:pPr>
        <w:pStyle w:val="ListParagraph"/>
      </w:pPr>
      <w:r>
        <w:rPr>
          <w:sz w:val="22"/>
        </w:rPr>
        <w:t>D. No more than 20 minutes at a time, with at least a 30-minute break before returning.</w:t>
      </w:r>
    </w:p>
    <w:p/>
    <w:p>
      <w:r>
        <w:rPr>
          <w:b/>
          <w:sz w:val="24"/>
        </w:rPr>
        <w:t>Câu 83: Which security enhancement levels below are unaccompanied baggages not allowed to be transported on the aircraft?</w:t>
      </w:r>
    </w:p>
    <w:p>
      <w:pPr>
        <w:pStyle w:val="ListParagraph"/>
      </w:pPr>
      <w:r>
        <w:rPr>
          <w:sz w:val="22"/>
        </w:rPr>
        <w:t>A. Security enhancement level 1.</w:t>
      </w:r>
    </w:p>
    <w:p>
      <w:pPr>
        <w:pStyle w:val="ListParagraph"/>
      </w:pPr>
      <w:r>
        <w:rPr>
          <w:sz w:val="22"/>
        </w:rPr>
        <w:t>B. Security enhancement level 2.</w:t>
      </w:r>
    </w:p>
    <w:p>
      <w:pPr>
        <w:pStyle w:val="ListParagraph"/>
      </w:pPr>
      <w:r>
        <w:rPr>
          <w:sz w:val="22"/>
        </w:rPr>
        <w:t>C. Security enhancement level 3.</w:t>
      </w:r>
    </w:p>
    <w:p>
      <w:pPr>
        <w:pStyle w:val="ListParagraph"/>
      </w:pPr>
      <w:r>
        <w:rPr>
          <w:sz w:val="22"/>
        </w:rPr>
        <w:t>D. B and C are correct.</w:t>
      </w:r>
    </w:p>
    <w:p/>
    <w:p>
      <w:r>
        <w:rPr>
          <w:b/>
          <w:sz w:val="24"/>
        </w:rPr>
        <w:t>Câu 84: What are the priorities to all measures dealing with illegal interventions into civil aviation activities?</w:t>
      </w:r>
    </w:p>
    <w:p>
      <w:pPr>
        <w:pStyle w:val="ListParagraph"/>
      </w:pPr>
      <w:r>
        <w:rPr>
          <w:sz w:val="22"/>
        </w:rPr>
        <w:t>A. Safety for aircraft.</w:t>
      </w:r>
    </w:p>
    <w:p>
      <w:pPr>
        <w:pStyle w:val="ListParagraph"/>
      </w:pPr>
      <w:r>
        <w:rPr>
          <w:sz w:val="22"/>
        </w:rPr>
        <w:t>B. Human lives.</w:t>
      </w:r>
    </w:p>
    <w:p>
      <w:pPr>
        <w:pStyle w:val="ListParagraph"/>
      </w:pPr>
      <w:r>
        <w:rPr>
          <w:sz w:val="22"/>
        </w:rPr>
        <w:t>C. Passenger properties.</w:t>
      </w:r>
    </w:p>
    <w:p>
      <w:pPr>
        <w:pStyle w:val="ListParagraph"/>
      </w:pPr>
      <w:r>
        <w:rPr>
          <w:sz w:val="22"/>
        </w:rPr>
        <w:t>D. A and B are correct.</w:t>
      </w:r>
    </w:p>
    <w:p/>
    <w:p>
      <w:r>
        <w:rPr>
          <w:b/>
          <w:sz w:val="24"/>
        </w:rPr>
        <w:t>Câu 85: How is the visual check of a passenger in the search room carried out?</w:t>
      </w:r>
    </w:p>
    <w:p>
      <w:pPr>
        <w:pStyle w:val="ListParagraph"/>
      </w:pPr>
      <w:r>
        <w:rPr>
          <w:sz w:val="22"/>
        </w:rPr>
        <w:t>A. The visual check of a passenger in the search room will be carried out by a security officer of the same gender, with a third person of the same gender as a witness, and recorded in the visual check minute.</w:t>
      </w:r>
    </w:p>
    <w:p>
      <w:pPr>
        <w:pStyle w:val="ListParagraph"/>
      </w:pPr>
      <w:r>
        <w:rPr>
          <w:sz w:val="22"/>
        </w:rPr>
        <w:t>B. The visual check of a passenger in the search room will be carried out by a security officer of the same gender, with a third person of the same gender as a witness.</w:t>
      </w:r>
    </w:p>
    <w:p>
      <w:pPr>
        <w:pStyle w:val="ListParagraph"/>
      </w:pPr>
      <w:r>
        <w:rPr>
          <w:sz w:val="22"/>
        </w:rPr>
        <w:t>C. The visual check of a passenger in the search room will be carried out by a security officer of the same gender.</w:t>
      </w:r>
    </w:p>
    <w:p>
      <w:pPr>
        <w:pStyle w:val="ListParagraph"/>
      </w:pPr>
      <w:r>
        <w:rPr>
          <w:sz w:val="22"/>
        </w:rPr>
        <w:t>D. The visual check of a passenger in the search room will be carried out by a security officer of the same gender, with a third person of the same gender as a witness, and not recorded in the visual check minute.</w:t>
      </w:r>
    </w:p>
    <w:p/>
    <w:p>
      <w:r>
        <w:rPr>
          <w:b/>
          <w:sz w:val="24"/>
        </w:rPr>
        <w:t>Câu 86: In which cases that can not perform Aviation security test?</w:t>
      </w:r>
    </w:p>
    <w:p>
      <w:pPr>
        <w:pStyle w:val="ListParagraph"/>
      </w:pPr>
      <w:r>
        <w:rPr>
          <w:sz w:val="22"/>
        </w:rPr>
        <w:t>A. Aircraft in flight.</w:t>
      </w:r>
    </w:p>
    <w:p>
      <w:pPr>
        <w:pStyle w:val="ListParagraph"/>
      </w:pPr>
      <w:r>
        <w:rPr>
          <w:sz w:val="22"/>
        </w:rPr>
        <w:t>B. VIP Charter Flight and VIP Cabin Flight.</w:t>
      </w:r>
    </w:p>
    <w:p>
      <w:pPr>
        <w:pStyle w:val="ListParagraph"/>
      </w:pPr>
      <w:r>
        <w:rPr>
          <w:sz w:val="22"/>
        </w:rPr>
        <w:t>C. At any time.</w:t>
      </w:r>
    </w:p>
    <w:p>
      <w:pPr>
        <w:pStyle w:val="ListParagraph"/>
      </w:pPr>
      <w:r>
        <w:rPr>
          <w:sz w:val="22"/>
        </w:rPr>
        <w:t>D. A and B are correct.</w:t>
      </w:r>
    </w:p>
    <w:p/>
    <w:p>
      <w:r>
        <w:rPr>
          <w:b/>
          <w:sz w:val="24"/>
        </w:rPr>
        <w:t>Câu 87: How often does the Immigration Department undertake the prime responsibility for, and coordinate with relevant agencies and units inside and outside the aviation industry to organize drills to deal with illegal sector interventions at an airport or at an air traffic service supplier?</w:t>
      </w:r>
    </w:p>
    <w:p>
      <w:pPr>
        <w:pStyle w:val="ListParagraph"/>
      </w:pPr>
      <w:r>
        <w:rPr>
          <w:sz w:val="22"/>
        </w:rPr>
        <w:t>A. Every 1 year.</w:t>
      </w:r>
    </w:p>
    <w:p>
      <w:pPr>
        <w:pStyle w:val="ListParagraph"/>
      </w:pPr>
      <w:r>
        <w:rPr>
          <w:sz w:val="22"/>
        </w:rPr>
        <w:t>B. Every 2 years</w:t>
      </w:r>
    </w:p>
    <w:p>
      <w:pPr>
        <w:pStyle w:val="ListParagraph"/>
      </w:pPr>
      <w:r>
        <w:rPr>
          <w:sz w:val="22"/>
        </w:rPr>
        <w:t>C. Every 3 years.</w:t>
      </w:r>
    </w:p>
    <w:p>
      <w:pPr>
        <w:pStyle w:val="ListParagraph"/>
      </w:pPr>
      <w:r>
        <w:rPr>
          <w:sz w:val="22"/>
        </w:rPr>
        <w:t>D. Every 4 years.</w:t>
      </w:r>
    </w:p>
    <w:p/>
    <w:p>
      <w:r>
        <w:rPr>
          <w:b/>
          <w:sz w:val="24"/>
        </w:rPr>
        <w:t>Câu 88: In which cases diplomatic bags are screened?</w:t>
      </w:r>
    </w:p>
    <w:p>
      <w:pPr>
        <w:pStyle w:val="ListParagraph"/>
      </w:pPr>
      <w:r>
        <w:rPr>
          <w:sz w:val="22"/>
        </w:rPr>
        <w:t>A. Diplomatic bags and consular bags may be screened when the airline directly transporting them submits a written request to the head of the aviation security control unit at the airport or aerodrome and obtains the consent of the diplomatic courier or consular courier.</w:t>
      </w:r>
    </w:p>
    <w:p>
      <w:pPr>
        <w:pStyle w:val="ListParagraph"/>
      </w:pPr>
      <w:r>
        <w:rPr>
          <w:sz w:val="22"/>
        </w:rPr>
        <w:t>B. Diplomatic bags are screened when the airline sends written proposal to director of the airport.</w:t>
      </w:r>
    </w:p>
    <w:p>
      <w:pPr>
        <w:pStyle w:val="ListParagraph"/>
      </w:pPr>
      <w:r>
        <w:rPr>
          <w:sz w:val="22"/>
        </w:rPr>
        <w:t>C. Diplomatic bags are screened in all cases.</w:t>
      </w:r>
    </w:p>
    <w:p>
      <w:pPr>
        <w:pStyle w:val="ListParagraph"/>
      </w:pPr>
      <w:r>
        <w:rPr>
          <w:sz w:val="22"/>
        </w:rPr>
        <w:t>D. A and B are correct.</w:t>
      </w:r>
    </w:p>
    <w:p/>
    <w:p>
      <w:r>
        <w:rPr>
          <w:b/>
          <w:sz w:val="24"/>
        </w:rPr>
        <w:t>Câu 89: What action must be taken when screened passengers intermingle with unscreened ones?</w:t>
      </w:r>
    </w:p>
    <w:p>
      <w:pPr>
        <w:pStyle w:val="ListParagraph"/>
      </w:pPr>
      <w:r>
        <w:rPr>
          <w:sz w:val="22"/>
        </w:rPr>
        <w:t>A. Do nothing because it is the airline responsibility.</w:t>
      </w:r>
    </w:p>
    <w:p>
      <w:pPr>
        <w:pStyle w:val="ListParagraph"/>
      </w:pPr>
      <w:r>
        <w:rPr>
          <w:sz w:val="22"/>
        </w:rPr>
        <w:t>B. All passengers must be rescreened.</w:t>
      </w:r>
    </w:p>
    <w:p>
      <w:pPr>
        <w:pStyle w:val="ListParagraph"/>
      </w:pPr>
      <w:r>
        <w:rPr>
          <w:sz w:val="22"/>
        </w:rPr>
        <w:t>C. It depends on cases.</w:t>
      </w:r>
    </w:p>
    <w:p>
      <w:pPr>
        <w:pStyle w:val="ListParagraph"/>
      </w:pPr>
      <w:r>
        <w:rPr>
          <w:sz w:val="22"/>
        </w:rPr>
        <w:t>D. B and C are correct.</w:t>
      </w:r>
    </w:p>
    <w:p/>
    <w:p>
      <w:r>
        <w:rPr>
          <w:b/>
          <w:sz w:val="24"/>
        </w:rPr>
        <w:t>Câu 90: What is the maximum time of continuing machine monitor observation?</w:t>
      </w:r>
    </w:p>
    <w:p>
      <w:pPr>
        <w:pStyle w:val="ListParagraph"/>
      </w:pPr>
      <w:r>
        <w:rPr>
          <w:sz w:val="22"/>
        </w:rPr>
        <w:t>A. 40 minutes.</w:t>
      </w:r>
    </w:p>
    <w:p>
      <w:pPr>
        <w:pStyle w:val="ListParagraph"/>
      </w:pPr>
      <w:r>
        <w:rPr>
          <w:sz w:val="22"/>
        </w:rPr>
        <w:t>B. 30 minutes.</w:t>
      </w:r>
    </w:p>
    <w:p>
      <w:pPr>
        <w:pStyle w:val="ListParagraph"/>
      </w:pPr>
      <w:r>
        <w:rPr>
          <w:sz w:val="22"/>
        </w:rPr>
        <w:t>C. 10 minutes.</w:t>
      </w:r>
    </w:p>
    <w:p>
      <w:pPr>
        <w:pStyle w:val="ListParagraph"/>
      </w:pPr>
      <w:r>
        <w:rPr>
          <w:sz w:val="22"/>
        </w:rPr>
        <w:t>D. 20 minutes.</w:t>
      </w:r>
    </w:p>
    <w:p/>
    <w:p>
      <w:r>
        <w:rPr>
          <w:b/>
          <w:sz w:val="24"/>
        </w:rPr>
        <w:t>Câu 91: How long is the maximum validity period of the Airport Security Forces license/badge from the effective date?</w:t>
      </w:r>
    </w:p>
    <w:p>
      <w:pPr>
        <w:pStyle w:val="ListParagraph"/>
      </w:pPr>
      <w:r>
        <w:rPr>
          <w:sz w:val="22"/>
        </w:rPr>
        <w:t>A. No more than 2 years.</w:t>
      </w:r>
    </w:p>
    <w:p>
      <w:pPr>
        <w:pStyle w:val="ListParagraph"/>
      </w:pPr>
      <w:r>
        <w:rPr>
          <w:sz w:val="22"/>
        </w:rPr>
        <w:t>B. No more than 3 years.</w:t>
      </w:r>
    </w:p>
    <w:p>
      <w:pPr>
        <w:pStyle w:val="ListParagraph"/>
      </w:pPr>
      <w:r>
        <w:rPr>
          <w:sz w:val="22"/>
        </w:rPr>
        <w:t>C. No more than 4 years.</w:t>
      </w:r>
    </w:p>
    <w:p>
      <w:pPr>
        <w:pStyle w:val="ListParagraph"/>
      </w:pPr>
      <w:r>
        <w:rPr>
          <w:sz w:val="22"/>
        </w:rPr>
        <w:t>D. No more than 5 years.</w:t>
      </w:r>
    </w:p>
    <w:p/>
    <w:p>
      <w:r>
        <w:rPr>
          <w:b/>
          <w:sz w:val="24"/>
        </w:rPr>
        <w:t>Câu 92: Which of the following statement is true?</w:t>
      </w:r>
    </w:p>
    <w:p>
      <w:pPr>
        <w:pStyle w:val="ListParagraph"/>
      </w:pPr>
      <w:r>
        <w:rPr>
          <w:sz w:val="22"/>
        </w:rPr>
        <w:t>A. Passengers and their luggage must be reconciled.</w:t>
      </w:r>
    </w:p>
    <w:p>
      <w:pPr>
        <w:pStyle w:val="ListParagraph"/>
      </w:pPr>
      <w:r>
        <w:rPr>
          <w:sz w:val="22"/>
        </w:rPr>
        <w:t>B. Passengers and their luggage do not have to be reconciled.</w:t>
      </w:r>
    </w:p>
    <w:p>
      <w:pPr>
        <w:pStyle w:val="ListParagraph"/>
      </w:pPr>
      <w:r>
        <w:rPr>
          <w:sz w:val="22"/>
        </w:rPr>
        <w:t>C. Passengers and their luggage must be separated.</w:t>
      </w:r>
    </w:p>
    <w:p>
      <w:pPr>
        <w:pStyle w:val="ListParagraph"/>
      </w:pPr>
      <w:r>
        <w:rPr>
          <w:sz w:val="22"/>
        </w:rPr>
        <w:t>D. B and C are correct.</w:t>
      </w:r>
    </w:p>
    <w:p/>
    <w:p>
      <w:r>
        <w:rPr>
          <w:b/>
          <w:sz w:val="24"/>
        </w:rPr>
        <w:t>Câu 93: Which of the following statement is true?</w:t>
      </w:r>
    </w:p>
    <w:p>
      <w:pPr>
        <w:pStyle w:val="ListParagraph"/>
      </w:pPr>
      <w:r>
        <w:rPr>
          <w:sz w:val="22"/>
        </w:rPr>
        <w:t>A. Cabin crew members are checked in the same manner as VIP passengers.</w:t>
      </w:r>
    </w:p>
    <w:p>
      <w:pPr>
        <w:pStyle w:val="ListParagraph"/>
      </w:pPr>
      <w:r>
        <w:rPr>
          <w:sz w:val="22"/>
        </w:rPr>
        <w:t>B. Cabin crew members are exempted from security check.</w:t>
      </w:r>
    </w:p>
    <w:p>
      <w:pPr>
        <w:pStyle w:val="ListParagraph"/>
      </w:pPr>
      <w:r>
        <w:rPr>
          <w:sz w:val="22"/>
        </w:rPr>
        <w:t>C. Cabin crew members are checked in the same manner as normal passengers.</w:t>
      </w:r>
    </w:p>
    <w:p>
      <w:pPr>
        <w:pStyle w:val="ListParagraph"/>
      </w:pPr>
      <w:r>
        <w:rPr>
          <w:sz w:val="22"/>
        </w:rPr>
        <w:t>D. A and C are correct.</w:t>
      </w:r>
    </w:p>
    <w:p/>
    <w:p>
      <w:r>
        <w:rPr>
          <w:b/>
          <w:sz w:val="24"/>
        </w:rPr>
        <w:t>Câu 94: What is the method applied to supervise passengers and carry-on baggages that have completed aviation security check?</w:t>
      </w:r>
    </w:p>
    <w:p>
      <w:pPr>
        <w:pStyle w:val="ListParagraph"/>
      </w:pPr>
      <w:r>
        <w:rPr>
          <w:sz w:val="22"/>
        </w:rPr>
        <w:t>A. Applying approriate security checks.</w:t>
      </w:r>
    </w:p>
    <w:p>
      <w:pPr>
        <w:pStyle w:val="ListParagraph"/>
      </w:pPr>
      <w:r>
        <w:rPr>
          <w:sz w:val="22"/>
        </w:rPr>
        <w:t>B. Passengers and their luggages must be continuously monitored by camera security or directly supervised by Aviation security control officer or both until boarding.</w:t>
      </w:r>
    </w:p>
    <w:p>
      <w:pPr>
        <w:pStyle w:val="ListParagraph"/>
      </w:pPr>
      <w:r>
        <w:rPr>
          <w:sz w:val="22"/>
        </w:rPr>
        <w:t>C. It does not need to be supervised because the security check was passed.</w:t>
      </w:r>
    </w:p>
    <w:p>
      <w:pPr>
        <w:pStyle w:val="ListParagraph"/>
      </w:pPr>
      <w:r>
        <w:rPr>
          <w:sz w:val="22"/>
        </w:rPr>
        <w:t>D. A and B are correct.</w:t>
      </w:r>
    </w:p>
    <w:p/>
    <w:p>
      <w:r>
        <w:rPr>
          <w:b/>
          <w:sz w:val="24"/>
        </w:rPr>
        <w:t>Câu 95: Which organization is responsible for the acceptance to carry passengers who are mental illness?</w:t>
      </w:r>
    </w:p>
    <w:p>
      <w:pPr>
        <w:pStyle w:val="ListParagraph"/>
      </w:pPr>
      <w:r>
        <w:rPr>
          <w:sz w:val="22"/>
        </w:rPr>
        <w:t>A. Aviation airport security.</w:t>
      </w:r>
    </w:p>
    <w:p>
      <w:pPr>
        <w:pStyle w:val="ListParagraph"/>
      </w:pPr>
      <w:r>
        <w:rPr>
          <w:sz w:val="22"/>
        </w:rPr>
        <w:t>B. Airlines.</w:t>
      </w:r>
    </w:p>
    <w:p>
      <w:pPr>
        <w:pStyle w:val="ListParagraph"/>
      </w:pPr>
      <w:r>
        <w:rPr>
          <w:sz w:val="22"/>
        </w:rPr>
        <w:t>C. Relevant airport authority.</w:t>
      </w:r>
    </w:p>
    <w:p>
      <w:pPr>
        <w:pStyle w:val="ListParagraph"/>
      </w:pPr>
      <w:r>
        <w:rPr>
          <w:sz w:val="22"/>
        </w:rPr>
        <w:t>D. A, B and C are correct.</w:t>
      </w:r>
    </w:p>
    <w:p/>
    <w:p>
      <w:r>
        <w:rPr>
          <w:b/>
          <w:sz w:val="24"/>
        </w:rPr>
        <w:t>Câu 96: What security requirement applies to vehicles transporting catering supplies from a catering facility through non-restricted areas to an aircraft?</w:t>
      </w:r>
    </w:p>
    <w:p>
      <w:pPr>
        <w:pStyle w:val="ListParagraph"/>
      </w:pPr>
      <w:r>
        <w:rPr>
          <w:sz w:val="22"/>
        </w:rPr>
        <w:t>A. They are not subject to any aviation security measures.</w:t>
      </w:r>
    </w:p>
    <w:p>
      <w:pPr>
        <w:pStyle w:val="ListParagraph"/>
      </w:pPr>
      <w:r>
        <w:rPr>
          <w:sz w:val="22"/>
        </w:rPr>
        <w:t>B. Appropriate aviation security measures must be implemented.</w:t>
      </w:r>
    </w:p>
    <w:p>
      <w:pPr>
        <w:pStyle w:val="ListParagraph"/>
      </w:pPr>
      <w:r>
        <w:rPr>
          <w:sz w:val="22"/>
        </w:rPr>
        <w:t>C. They must always be escorted by aviation security personnel.</w:t>
      </w:r>
    </w:p>
    <w:p>
      <w:pPr>
        <w:pStyle w:val="ListParagraph"/>
      </w:pPr>
      <w:r>
        <w:rPr>
          <w:sz w:val="22"/>
        </w:rPr>
        <w:t>D. They may only operate within restricted areas.</w:t>
      </w:r>
    </w:p>
    <w:p/>
    <w:p>
      <w:r>
        <w:rPr>
          <w:b/>
          <w:sz w:val="24"/>
        </w:rPr>
        <w:t>Câu 97: What is the percentage of random check that must be applied to passengers and their carry-on luggage?</w:t>
      </w:r>
    </w:p>
    <w:p>
      <w:pPr>
        <w:pStyle w:val="ListParagraph"/>
      </w:pPr>
      <w:r>
        <w:rPr>
          <w:sz w:val="22"/>
        </w:rPr>
        <w:t>A. 5 percent.</w:t>
      </w:r>
    </w:p>
    <w:p>
      <w:pPr>
        <w:pStyle w:val="ListParagraph"/>
      </w:pPr>
      <w:r>
        <w:rPr>
          <w:sz w:val="22"/>
        </w:rPr>
        <w:t>B. 10 percent.</w:t>
      </w:r>
    </w:p>
    <w:p>
      <w:pPr>
        <w:pStyle w:val="ListParagraph"/>
      </w:pPr>
      <w:r>
        <w:rPr>
          <w:sz w:val="22"/>
        </w:rPr>
        <w:t>C. 2 percent.</w:t>
      </w:r>
    </w:p>
    <w:p>
      <w:pPr>
        <w:pStyle w:val="ListParagraph"/>
      </w:pPr>
      <w:r>
        <w:rPr>
          <w:sz w:val="22"/>
        </w:rPr>
        <w:t>D. 15 percent.</w:t>
      </w:r>
    </w:p>
    <w:p/>
    <w:p>
      <w:r>
        <w:rPr>
          <w:b/>
          <w:sz w:val="24"/>
        </w:rPr>
        <w:t>Câu 98: Which of the following statements is true?</w:t>
      </w:r>
    </w:p>
    <w:p>
      <w:pPr>
        <w:pStyle w:val="ListParagraph"/>
      </w:pPr>
      <w:r>
        <w:rPr>
          <w:sz w:val="22"/>
        </w:rPr>
        <w:t>A. The cargo and mail handling facility must meet the requirements on facilities and personnel for aviation security and have an Aviation Security Programme approved by the Immigration Department.</w:t>
      </w:r>
    </w:p>
    <w:p>
      <w:pPr>
        <w:pStyle w:val="ListParagraph"/>
      </w:pPr>
      <w:r>
        <w:rPr>
          <w:sz w:val="22"/>
        </w:rPr>
        <w:t>B. Cargo and mail shall be performed security checked at cargo processing unit outside the airport if the unit's facility meets the requirements of aviation security.</w:t>
      </w:r>
    </w:p>
    <w:p>
      <w:pPr>
        <w:pStyle w:val="ListParagraph"/>
      </w:pPr>
      <w:r>
        <w:rPr>
          <w:sz w:val="22"/>
        </w:rPr>
        <w:t>C. Cargo and mail shall be security checked at certain airports only.</w:t>
      </w:r>
    </w:p>
    <w:p>
      <w:pPr>
        <w:pStyle w:val="ListParagraph"/>
      </w:pPr>
      <w:r>
        <w:rPr>
          <w:sz w:val="22"/>
        </w:rPr>
        <w:t>D. A and B are correct.</w:t>
      </w:r>
    </w:p>
    <w:p/>
    <w:p>
      <w:r>
        <w:rPr>
          <w:b/>
          <w:sz w:val="24"/>
        </w:rPr>
        <w:t>Câu 99: Which organization has the authorization to penalize administrative violations related to aviation security of the airport?</w:t>
      </w:r>
    </w:p>
    <w:p>
      <w:pPr>
        <w:pStyle w:val="ListParagraph"/>
      </w:pPr>
      <w:r>
        <w:rPr>
          <w:sz w:val="22"/>
        </w:rPr>
        <w:t>A. Airport operator.</w:t>
      </w:r>
    </w:p>
    <w:p>
      <w:pPr>
        <w:pStyle w:val="ListParagraph"/>
      </w:pPr>
      <w:r>
        <w:rPr>
          <w:sz w:val="22"/>
        </w:rPr>
        <w:t>B. Relevant airport authority.</w:t>
      </w:r>
    </w:p>
    <w:p>
      <w:pPr>
        <w:pStyle w:val="ListParagraph"/>
      </w:pPr>
      <w:r>
        <w:rPr>
          <w:sz w:val="22"/>
        </w:rPr>
        <w:t>C. Airlines.</w:t>
      </w:r>
    </w:p>
    <w:p>
      <w:pPr>
        <w:pStyle w:val="ListParagraph"/>
      </w:pPr>
      <w:r>
        <w:rPr>
          <w:sz w:val="22"/>
        </w:rPr>
        <w:t>D. Aviation security control force at the airport or aerodrome.</w:t>
      </w:r>
    </w:p>
    <w:p/>
    <w:p>
      <w:r>
        <w:rPr>
          <w:b/>
          <w:sz w:val="24"/>
        </w:rPr>
        <w:t>Câu 100: Which organization is reponsible for checking, supervising refueling vehicles before entering the airport and assuring that refueling vehicles' delivery/dispensing nozzles are sealed and not damaged?</w:t>
      </w:r>
    </w:p>
    <w:p>
      <w:pPr>
        <w:pStyle w:val="ListParagraph"/>
      </w:pPr>
      <w:r>
        <w:rPr>
          <w:sz w:val="22"/>
        </w:rPr>
        <w:t>A. Aviation security control force</w:t>
      </w:r>
    </w:p>
    <w:p>
      <w:pPr>
        <w:pStyle w:val="ListParagraph"/>
      </w:pPr>
      <w:r>
        <w:rPr>
          <w:sz w:val="22"/>
        </w:rPr>
        <w:t>B. Fuel company.</w:t>
      </w:r>
    </w:p>
    <w:p>
      <w:pPr>
        <w:pStyle w:val="ListParagraph"/>
      </w:pPr>
      <w:r>
        <w:rPr>
          <w:sz w:val="22"/>
        </w:rPr>
        <w:t>C. Civil Aviation Authority.</w:t>
      </w:r>
    </w:p>
    <w:p>
      <w:pPr>
        <w:pStyle w:val="ListParagraph"/>
      </w:pPr>
      <w:r>
        <w:rPr>
          <w:sz w:val="22"/>
        </w:rPr>
        <w:t>D. Airlines.</w:t>
      </w:r>
    </w:p>
    <w:p/>
    <w:p>
      <w:r>
        <w:t>──────────────────────────────────────────────────</w:t>
      </w:r>
    </w:p>
    <w:p>
      <w:r>
        <w:rPr>
          <w:b/>
        </w:rPr>
        <w:t>BẢNG ĐÁP ÁN &amp; LỜI GIẢI CHI TIẾT</w:t>
      </w:r>
    </w:p>
    <w:p>
      <w:r>
        <w:rPr>
          <w:b/>
        </w:rPr>
        <w:t>Câu 1: Đáp án đúng: A</w:t>
      </w:r>
    </w:p>
    <w:p>
      <w:r>
        <w:rPr>
          <w:b/>
        </w:rPr>
        <w:t>Câu 2: Đáp án đúng: C</w:t>
      </w:r>
    </w:p>
    <w:p>
      <w:r>
        <w:rPr>
          <w:b/>
        </w:rPr>
        <w:t>Câu 3: Đáp án đúng: A</w:t>
      </w:r>
    </w:p>
    <w:p>
      <w:r>
        <w:rPr>
          <w:b/>
        </w:rPr>
        <w:t>Câu 4: Đáp án đúng: B</w:t>
      </w:r>
    </w:p>
    <w:p>
      <w:r>
        <w:rPr>
          <w:b/>
        </w:rPr>
        <w:t>Câu 5: Đáp án đúng: A</w:t>
      </w:r>
    </w:p>
    <w:p>
      <w:r>
        <w:rPr>
          <w:b/>
        </w:rPr>
        <w:t>Câu 6: Đáp án đúng: B</w:t>
      </w:r>
    </w:p>
    <w:p>
      <w:r>
        <w:rPr>
          <w:b/>
        </w:rPr>
        <w:t>Câu 7: Đáp án đúng: C</w:t>
      </w:r>
    </w:p>
    <w:p>
      <w:r>
        <w:rPr>
          <w:b/>
        </w:rPr>
        <w:t>Câu 8: Đáp án đúng: B</w:t>
      </w:r>
    </w:p>
    <w:p>
      <w:r>
        <w:rPr>
          <w:b/>
        </w:rPr>
        <w:t>Câu 9: Đáp án đúng: C</w:t>
      </w:r>
    </w:p>
    <w:p>
      <w:r>
        <w:rPr>
          <w:b/>
        </w:rPr>
        <w:t>Câu 10: Đáp án đúng: C</w:t>
      </w:r>
    </w:p>
    <w:p>
      <w:r>
        <w:rPr>
          <w:b/>
        </w:rPr>
        <w:t>Câu 11: Đáp án đúng: C</w:t>
      </w:r>
    </w:p>
    <w:p>
      <w:r>
        <w:rPr>
          <w:b/>
        </w:rPr>
        <w:t>Câu 12: Đáp án đúng: E</w:t>
      </w:r>
    </w:p>
    <w:p>
      <w:r>
        <w:rPr>
          <w:b/>
        </w:rPr>
        <w:t>Câu 13: Đáp án đúng: D</w:t>
      </w:r>
    </w:p>
    <w:p>
      <w:r>
        <w:rPr>
          <w:b/>
        </w:rPr>
        <w:t>Câu 14: Đáp án đúng: D</w:t>
      </w:r>
    </w:p>
    <w:p>
      <w:r>
        <w:rPr>
          <w:b/>
        </w:rPr>
        <w:t>Câu 15: Đáp án đúng: D</w:t>
      </w:r>
    </w:p>
    <w:p>
      <w:r>
        <w:rPr>
          <w:b/>
        </w:rPr>
        <w:t>Câu 16: Đáp án đúng: E</w:t>
      </w:r>
    </w:p>
    <w:p>
      <w:r>
        <w:rPr>
          <w:b/>
        </w:rPr>
        <w:t>Câu 17: Đáp án đúng: C</w:t>
      </w:r>
    </w:p>
    <w:p>
      <w:r>
        <w:rPr>
          <w:b/>
        </w:rPr>
        <w:t>Câu 18: Đáp án đúng: C</w:t>
      </w:r>
    </w:p>
    <w:p>
      <w:r>
        <w:rPr>
          <w:b/>
        </w:rPr>
        <w:t>Câu 19: Đáp án đúng: A</w:t>
      </w:r>
    </w:p>
    <w:p>
      <w:r>
        <w:rPr>
          <w:b/>
        </w:rPr>
        <w:t>Câu 20: Đáp án đúng: E</w:t>
      </w:r>
    </w:p>
    <w:p>
      <w:r>
        <w:rPr>
          <w:b/>
        </w:rPr>
        <w:t>Câu 21: Đáp án đúng: B</w:t>
      </w:r>
    </w:p>
    <w:p>
      <w:r>
        <w:rPr>
          <w:b/>
        </w:rPr>
        <w:t>Câu 22: Đáp án đúng: B</w:t>
      </w:r>
    </w:p>
    <w:p>
      <w:r>
        <w:rPr>
          <w:b/>
        </w:rPr>
        <w:t>Câu 23: Đáp án đúng: A</w:t>
      </w:r>
    </w:p>
    <w:p>
      <w:r>
        <w:rPr>
          <w:b/>
        </w:rPr>
        <w:t>Câu 24: Đáp án đúng: B</w:t>
      </w:r>
    </w:p>
    <w:p>
      <w:r>
        <w:rPr>
          <w:b/>
        </w:rPr>
        <w:t>Câu 25: Đáp án đúng: D</w:t>
      </w:r>
    </w:p>
    <w:p>
      <w:r>
        <w:rPr>
          <w:b/>
        </w:rPr>
        <w:t>Câu 26: Đáp án đúng: B</w:t>
      </w:r>
    </w:p>
    <w:p>
      <w:r>
        <w:rPr>
          <w:b/>
        </w:rPr>
        <w:t>Câu 27: Đáp án đúng: D</w:t>
      </w:r>
    </w:p>
    <w:p>
      <w:r>
        <w:rPr>
          <w:b/>
        </w:rPr>
        <w:t>Câu 28: Đáp án đúng: B</w:t>
      </w:r>
    </w:p>
    <w:p>
      <w:r>
        <w:rPr>
          <w:b/>
        </w:rPr>
        <w:t>Câu 29: Đáp án đúng: A</w:t>
      </w:r>
    </w:p>
    <w:p>
      <w:r>
        <w:rPr>
          <w:b/>
        </w:rPr>
        <w:t>Câu 30: Đáp án đúng: C</w:t>
      </w:r>
    </w:p>
    <w:p>
      <w:r>
        <w:rPr>
          <w:b/>
        </w:rPr>
        <w:t>Câu 31: Đáp án đúng: A</w:t>
      </w:r>
    </w:p>
    <w:p>
      <w:r>
        <w:rPr>
          <w:b/>
        </w:rPr>
        <w:t>Câu 32: Đáp án đúng: A</w:t>
      </w:r>
    </w:p>
    <w:p>
      <w:r>
        <w:rPr>
          <w:b/>
        </w:rPr>
        <w:t>Câu 33: Đáp án đúng: C</w:t>
      </w:r>
    </w:p>
    <w:p>
      <w:r>
        <w:rPr>
          <w:b/>
        </w:rPr>
        <w:t>Câu 34: Đáp án đúng: D</w:t>
      </w:r>
    </w:p>
    <w:p>
      <w:r>
        <w:rPr>
          <w:b/>
        </w:rPr>
        <w:t>Câu 35: Đáp án đúng: A</w:t>
      </w:r>
    </w:p>
    <w:p>
      <w:r>
        <w:rPr>
          <w:b/>
        </w:rPr>
        <w:t>Câu 36: Đáp án đúng: D</w:t>
      </w:r>
    </w:p>
    <w:p>
      <w:r>
        <w:rPr>
          <w:b/>
        </w:rPr>
        <w:t>Câu 37: Đáp án đúng: B</w:t>
      </w:r>
    </w:p>
    <w:p>
      <w:r>
        <w:rPr>
          <w:b/>
        </w:rPr>
        <w:t>Câu 38: Đáp án đúng: A</w:t>
      </w:r>
    </w:p>
    <w:p>
      <w:r>
        <w:rPr>
          <w:b/>
        </w:rPr>
        <w:t>Câu 39: Đáp án đúng: A</w:t>
      </w:r>
    </w:p>
    <w:p>
      <w:r>
        <w:rPr>
          <w:b/>
        </w:rPr>
        <w:t>Câu 40: Đáp án đúng: A</w:t>
      </w:r>
    </w:p>
    <w:p>
      <w:r>
        <w:rPr>
          <w:b/>
        </w:rPr>
        <w:t>Câu 41: Đáp án đúng: B</w:t>
      </w:r>
    </w:p>
    <w:p>
      <w:r>
        <w:rPr>
          <w:b/>
        </w:rPr>
        <w:t>Câu 42: Đáp án đúng: A</w:t>
      </w:r>
    </w:p>
    <w:p>
      <w:r>
        <w:rPr>
          <w:b/>
        </w:rPr>
        <w:t>Câu 43: Đáp án đúng: B</w:t>
      </w:r>
    </w:p>
    <w:p>
      <w:r>
        <w:rPr>
          <w:b/>
        </w:rPr>
        <w:t>Câu 44: Đáp án đúng: B</w:t>
      </w:r>
    </w:p>
    <w:p>
      <w:r>
        <w:rPr>
          <w:b/>
        </w:rPr>
        <w:t>Câu 45: Đáp án đúng: C</w:t>
      </w:r>
    </w:p>
    <w:p>
      <w:r>
        <w:rPr>
          <w:b/>
        </w:rPr>
        <w:t>Câu 46: Đáp án đúng: B</w:t>
      </w:r>
    </w:p>
    <w:p>
      <w:r>
        <w:rPr>
          <w:b/>
        </w:rPr>
        <w:t>Câu 47: Đáp án đúng: C</w:t>
      </w:r>
    </w:p>
    <w:p>
      <w:r>
        <w:rPr>
          <w:b/>
        </w:rPr>
        <w:t>Câu 48: Đáp án đúng: D</w:t>
      </w:r>
    </w:p>
    <w:p>
      <w:r>
        <w:rPr>
          <w:b/>
        </w:rPr>
        <w:t>Câu 49: Đáp án đúng: D</w:t>
      </w:r>
    </w:p>
    <w:p>
      <w:r>
        <w:rPr>
          <w:b/>
        </w:rPr>
        <w:t>Câu 50: Đáp án đúng: A</w:t>
      </w:r>
    </w:p>
    <w:p>
      <w:r>
        <w:rPr>
          <w:b/>
        </w:rPr>
        <w:t>Câu 51: Đáp án đúng: D</w:t>
      </w:r>
    </w:p>
    <w:p>
      <w:r>
        <w:rPr>
          <w:b/>
        </w:rPr>
        <w:t>Câu 52: Đáp án đúng: A</w:t>
      </w:r>
    </w:p>
    <w:p>
      <w:r>
        <w:rPr>
          <w:b/>
        </w:rPr>
        <w:t>Câu 53: Đáp án đúng: A</w:t>
      </w:r>
    </w:p>
    <w:p>
      <w:r>
        <w:rPr>
          <w:b/>
        </w:rPr>
        <w:t>Câu 54: Đáp án đúng: A</w:t>
      </w:r>
    </w:p>
    <w:p>
      <w:r>
        <w:rPr>
          <w:b/>
        </w:rPr>
        <w:t>Câu 55: Đáp án đúng: B</w:t>
      </w:r>
    </w:p>
    <w:p>
      <w:r>
        <w:rPr>
          <w:b/>
        </w:rPr>
        <w:t>Câu 56: Đáp án đúng: C</w:t>
      </w:r>
    </w:p>
    <w:p>
      <w:r>
        <w:rPr>
          <w:b/>
        </w:rPr>
        <w:t>Câu 57: Đáp án đúng: D</w:t>
      </w:r>
    </w:p>
    <w:p>
      <w:r>
        <w:rPr>
          <w:b/>
        </w:rPr>
        <w:t>Câu 58: Đáp án đúng: A</w:t>
      </w:r>
    </w:p>
    <w:p>
      <w:r>
        <w:rPr>
          <w:b/>
        </w:rPr>
        <w:t>Câu 59: Đáp án đúng: B</w:t>
      </w:r>
    </w:p>
    <w:p>
      <w:r>
        <w:rPr>
          <w:b/>
        </w:rPr>
        <w:t>Câu 60: Đáp án đúng: B</w:t>
      </w:r>
    </w:p>
    <w:p>
      <w:r>
        <w:rPr>
          <w:b/>
        </w:rPr>
        <w:t>Câu 61: Đáp án đúng: A</w:t>
      </w:r>
    </w:p>
    <w:p>
      <w:r>
        <w:rPr>
          <w:b/>
        </w:rPr>
        <w:t>Câu 62: Đáp án đúng: C</w:t>
      </w:r>
    </w:p>
    <w:p>
      <w:r>
        <w:rPr>
          <w:b/>
        </w:rPr>
        <w:t>Câu 63: Đáp án đúng: A</w:t>
      </w:r>
    </w:p>
    <w:p>
      <w:r>
        <w:rPr>
          <w:b/>
        </w:rPr>
        <w:t>Câu 64: Đáp án đúng: A</w:t>
      </w:r>
    </w:p>
    <w:p>
      <w:r>
        <w:rPr>
          <w:b/>
        </w:rPr>
        <w:t>Câu 65: Đáp án đúng: B</w:t>
      </w:r>
    </w:p>
    <w:p>
      <w:r>
        <w:rPr>
          <w:b/>
        </w:rPr>
        <w:t>Câu 66: Đáp án đúng: C</w:t>
      </w:r>
    </w:p>
    <w:p>
      <w:r>
        <w:rPr>
          <w:b/>
        </w:rPr>
        <w:t>Câu 67: Đáp án đúng: A</w:t>
      </w:r>
    </w:p>
    <w:p>
      <w:r>
        <w:rPr>
          <w:b/>
        </w:rPr>
        <w:t>Câu 68: Đáp án đúng: D</w:t>
      </w:r>
    </w:p>
    <w:p>
      <w:r>
        <w:rPr>
          <w:b/>
        </w:rPr>
        <w:t>Câu 69: Đáp án đúng: B</w:t>
      </w:r>
    </w:p>
    <w:p>
      <w:r>
        <w:rPr>
          <w:b/>
        </w:rPr>
        <w:t>Câu 70: Đáp án đúng: D</w:t>
      </w:r>
    </w:p>
    <w:p>
      <w:r>
        <w:rPr>
          <w:b/>
        </w:rPr>
        <w:t>Câu 71: Đáp án đúng: A</w:t>
      </w:r>
    </w:p>
    <w:p>
      <w:r>
        <w:rPr>
          <w:b/>
        </w:rPr>
        <w:t>Câu 72: Đáp án đúng: A</w:t>
      </w:r>
    </w:p>
    <w:p>
      <w:r>
        <w:rPr>
          <w:b/>
        </w:rPr>
        <w:t>Câu 73: Đáp án đúng: B</w:t>
      </w:r>
    </w:p>
    <w:p>
      <w:r>
        <w:rPr>
          <w:b/>
        </w:rPr>
        <w:t>Câu 74: Đáp án đúng: D</w:t>
      </w:r>
    </w:p>
    <w:p>
      <w:r>
        <w:rPr>
          <w:b/>
        </w:rPr>
        <w:t>Câu 75: Đáp án đúng: A</w:t>
      </w:r>
    </w:p>
    <w:p>
      <w:r>
        <w:rPr>
          <w:b/>
        </w:rPr>
        <w:t>Câu 76: Đáp án đúng: C</w:t>
      </w:r>
    </w:p>
    <w:p>
      <w:r>
        <w:rPr>
          <w:b/>
        </w:rPr>
        <w:t>Câu 77: Đáp án đúng: A</w:t>
      </w:r>
    </w:p>
    <w:p>
      <w:r>
        <w:rPr>
          <w:b/>
        </w:rPr>
        <w:t>Câu 78: Đáp án đúng: A</w:t>
      </w:r>
    </w:p>
    <w:p>
      <w:r>
        <w:rPr>
          <w:b/>
        </w:rPr>
        <w:t>Câu 79: Đáp án đúng: D</w:t>
      </w:r>
    </w:p>
    <w:p>
      <w:r>
        <w:rPr>
          <w:b/>
        </w:rPr>
        <w:t>Câu 80: Đáp án đúng: B</w:t>
      </w:r>
    </w:p>
    <w:p>
      <w:r>
        <w:rPr>
          <w:b/>
        </w:rPr>
        <w:t>Câu 81: Đáp án đúng: B</w:t>
      </w:r>
    </w:p>
    <w:p>
      <w:r>
        <w:rPr>
          <w:b/>
        </w:rPr>
        <w:t>Câu 82: Đáp án đúng: A</w:t>
      </w:r>
    </w:p>
    <w:p>
      <w:r>
        <w:rPr>
          <w:b/>
        </w:rPr>
        <w:t>Câu 83: Đáp án đúng: D</w:t>
      </w:r>
    </w:p>
    <w:p>
      <w:r>
        <w:rPr>
          <w:b/>
        </w:rPr>
        <w:t>Câu 84: Đáp án đúng: D</w:t>
      </w:r>
    </w:p>
    <w:p>
      <w:r>
        <w:rPr>
          <w:b/>
        </w:rPr>
        <w:t>Câu 85: Đáp án đúng: A</w:t>
      </w:r>
    </w:p>
    <w:p>
      <w:r>
        <w:rPr>
          <w:b/>
        </w:rPr>
        <w:t>Câu 86: Đáp án đúng: D</w:t>
      </w:r>
    </w:p>
    <w:p>
      <w:r>
        <w:rPr>
          <w:b/>
        </w:rPr>
        <w:t>Câu 87: Đáp án đúng: C</w:t>
      </w:r>
    </w:p>
    <w:p>
      <w:r>
        <w:rPr>
          <w:b/>
        </w:rPr>
        <w:t>Câu 88: Đáp án đúng: A</w:t>
      </w:r>
    </w:p>
    <w:p>
      <w:r>
        <w:rPr>
          <w:b/>
        </w:rPr>
        <w:t>Câu 89: Đáp án đúng: B</w:t>
      </w:r>
    </w:p>
    <w:p>
      <w:r>
        <w:rPr>
          <w:b/>
        </w:rPr>
        <w:t>Câu 90: Đáp án đúng: B</w:t>
      </w:r>
    </w:p>
    <w:p>
      <w:r>
        <w:rPr>
          <w:b/>
        </w:rPr>
        <w:t>Câu 91: Đáp án đúng: A</w:t>
      </w:r>
    </w:p>
    <w:p>
      <w:r>
        <w:rPr>
          <w:b/>
        </w:rPr>
        <w:t>Câu 92: Đáp án đúng: A</w:t>
      </w:r>
    </w:p>
    <w:p>
      <w:r>
        <w:rPr>
          <w:b/>
        </w:rPr>
        <w:t>Câu 93: Đáp án đúng: C</w:t>
      </w:r>
    </w:p>
    <w:p>
      <w:r>
        <w:rPr>
          <w:b/>
        </w:rPr>
        <w:t>Câu 94: Đáp án đúng: B</w:t>
      </w:r>
    </w:p>
    <w:p>
      <w:r>
        <w:rPr>
          <w:b/>
        </w:rPr>
        <w:t>Câu 95: Đáp án đúng: B</w:t>
      </w:r>
    </w:p>
    <w:p>
      <w:r>
        <w:rPr>
          <w:b/>
        </w:rPr>
        <w:t>Câu 96: Đáp án đúng: B</w:t>
      </w:r>
    </w:p>
    <w:p>
      <w:r>
        <w:rPr>
          <w:b/>
        </w:rPr>
        <w:t>Câu 97: Đáp án đúng: B</w:t>
      </w:r>
    </w:p>
    <w:p>
      <w:r>
        <w:rPr>
          <w:b/>
        </w:rPr>
        <w:t>Câu 98: Đáp án đúng: A</w:t>
      </w:r>
    </w:p>
    <w:p>
      <w:r>
        <w:rPr>
          <w:b/>
        </w:rPr>
        <w:t>Câu 99: Đáp án đúng: D</w:t>
      </w:r>
    </w:p>
    <w:p>
      <w:r>
        <w:rPr>
          <w:b/>
        </w:rPr>
        <w:t>Câu 100: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