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Bài trắc nghiệm - Toán 6 kết nối tti thức</w:t>
      </w:r>
    </w:p>
    <w:p>
      <w:pPr>
        <w:jc w:val="center"/>
      </w:pPr>
      <w:r>
        <w:rPr>
          <w:sz w:val="22"/>
        </w:rPr>
        <w:t>Số câu: 10    Thời gian: _____ phút    Họ và tên: _________________________</w:t>
      </w:r>
    </w:p>
    <w:p/>
    <w:p>
      <w:r>
        <w:rPr>
          <w:b/>
          <w:sz w:val="24"/>
        </w:rPr>
        <w:t>Câu 1: Tập hợp các số tự nhiên được kí hiệu là gì?</w:t>
      </w:r>
    </w:p>
    <w:p>
      <w:pPr>
        <w:pStyle w:val="ListParagraph"/>
      </w:pPr>
      <w:r>
        <w:rPr>
          <w:sz w:val="22"/>
        </w:rPr>
        <w:t>A. $\mathbb{N}$</w:t>
      </w:r>
    </w:p>
    <w:p>
      <w:pPr>
        <w:pStyle w:val="ListParagraph"/>
      </w:pPr>
      <w:r>
        <w:rPr>
          <w:sz w:val="22"/>
        </w:rPr>
        <w:t>B. $\mathbb{Z}$</w:t>
      </w:r>
    </w:p>
    <w:p>
      <w:pPr>
        <w:pStyle w:val="ListParagraph"/>
      </w:pPr>
      <w:r>
        <w:rPr>
          <w:sz w:val="22"/>
        </w:rPr>
        <w:t>C. $\mathbb{Q}$</w:t>
      </w:r>
    </w:p>
    <w:p>
      <w:pPr>
        <w:pStyle w:val="ListParagraph"/>
      </w:pPr>
      <w:r>
        <w:rPr>
          <w:sz w:val="22"/>
        </w:rPr>
        <w:t>D. $\mathbb{R}$</w:t>
      </w:r>
    </w:p>
    <w:p/>
    <w:p>
      <w:r>
        <w:rPr>
          <w:b/>
          <w:sz w:val="24"/>
        </w:rPr>
        <w:t>Câu 2: Số tự nhiên nhỏ nhất là số nào?</w:t>
      </w:r>
    </w:p>
    <w:p>
      <w:pPr>
        <w:pStyle w:val="ListParagraph"/>
      </w:pPr>
      <w:r>
        <w:rPr>
          <w:sz w:val="22"/>
        </w:rPr>
        <w:t>A. 0</w:t>
      </w:r>
    </w:p>
    <w:p>
      <w:pPr>
        <w:pStyle w:val="ListParagraph"/>
      </w:pPr>
      <w:r>
        <w:rPr>
          <w:sz w:val="22"/>
        </w:rPr>
        <w:t>B. 1</w:t>
      </w:r>
    </w:p>
    <w:p>
      <w:pPr>
        <w:pStyle w:val="ListParagraph"/>
      </w:pPr>
      <w:r>
        <w:rPr>
          <w:sz w:val="22"/>
        </w:rPr>
        <w:t>C. 2</w:t>
      </w:r>
    </w:p>
    <w:p>
      <w:pPr>
        <w:pStyle w:val="ListParagraph"/>
      </w:pPr>
      <w:r>
        <w:rPr>
          <w:sz w:val="22"/>
        </w:rPr>
        <w:t>D. Không có số nhỏ nhất</w:t>
      </w:r>
    </w:p>
    <w:p/>
    <w:p>
      <w:r>
        <w:rPr>
          <w:b/>
          <w:sz w:val="24"/>
        </w:rPr>
        <w:t>Câu 3: Trong hệ thập phân, số 2024 có chữ số hàng trăm là bao nhiêu?</w:t>
      </w:r>
    </w:p>
    <w:p>
      <w:pPr>
        <w:pStyle w:val="ListParagraph"/>
      </w:pPr>
      <w:r>
        <w:rPr>
          <w:sz w:val="22"/>
        </w:rPr>
        <w:t>A. 0</w:t>
      </w:r>
    </w:p>
    <w:p>
      <w:pPr>
        <w:pStyle w:val="ListParagraph"/>
      </w:pPr>
      <w:r>
        <w:rPr>
          <w:sz w:val="22"/>
        </w:rPr>
        <w:t>B. 2</w:t>
      </w:r>
    </w:p>
    <w:p>
      <w:pPr>
        <w:pStyle w:val="ListParagraph"/>
      </w:pPr>
      <w:r>
        <w:rPr>
          <w:sz w:val="22"/>
        </w:rPr>
        <w:t>C. 4</w:t>
      </w:r>
    </w:p>
    <w:p>
      <w:pPr>
        <w:pStyle w:val="ListParagraph"/>
      </w:pPr>
      <w:r>
        <w:rPr>
          <w:sz w:val="22"/>
        </w:rPr>
        <w:t>D. 1</w:t>
      </w:r>
    </w:p>
    <w:p/>
    <w:p>
      <w:r>
        <w:rPr>
          <w:b/>
          <w:sz w:val="24"/>
        </w:rPr>
        <w:t>Câu 4: Kết quả của phép tính $2^3 \cdot 2^2$ là:</w:t>
      </w:r>
    </w:p>
    <w:p>
      <w:pPr>
        <w:pStyle w:val="ListParagraph"/>
      </w:pPr>
      <w:r>
        <w:rPr>
          <w:sz w:val="22"/>
        </w:rPr>
        <w:t>A. $2^5$</w:t>
      </w:r>
    </w:p>
    <w:p>
      <w:pPr>
        <w:pStyle w:val="ListParagraph"/>
      </w:pPr>
      <w:r>
        <w:rPr>
          <w:sz w:val="22"/>
        </w:rPr>
        <w:t>B. $2^6$</w:t>
      </w:r>
    </w:p>
    <w:p>
      <w:pPr>
        <w:pStyle w:val="ListParagraph"/>
      </w:pPr>
      <w:r>
        <w:rPr>
          <w:sz w:val="22"/>
        </w:rPr>
        <w:t>C. $4^5$</w:t>
      </w:r>
    </w:p>
    <w:p>
      <w:pPr>
        <w:pStyle w:val="ListParagraph"/>
      </w:pPr>
      <w:r>
        <w:rPr>
          <w:sz w:val="22"/>
        </w:rPr>
        <w:t>D. $2^1$</w:t>
      </w:r>
    </w:p>
    <w:p/>
    <w:p>
      <w:r>
        <w:rPr>
          <w:b/>
          <w:sz w:val="24"/>
        </w:rPr>
        <w:t>Câu 5: Phép chia $a : b$ (với $b \neq 0$) được gọi là phép chia hết khi nào?</w:t>
      </w:r>
    </w:p>
    <w:p>
      <w:pPr>
        <w:pStyle w:val="ListParagraph"/>
      </w:pPr>
      <w:r>
        <w:rPr>
          <w:sz w:val="22"/>
        </w:rPr>
        <w:t>A. Khi tồn tại số tự nhiên $q$ sao cho $a = b \cdot q$</w:t>
      </w:r>
    </w:p>
    <w:p>
      <w:pPr>
        <w:pStyle w:val="ListParagraph"/>
      </w:pPr>
      <w:r>
        <w:rPr>
          <w:sz w:val="22"/>
        </w:rPr>
        <w:t>B. Khi $a &gt; b$</w:t>
      </w:r>
    </w:p>
    <w:p>
      <w:pPr>
        <w:pStyle w:val="ListParagraph"/>
      </w:pPr>
      <w:r>
        <w:rPr>
          <w:sz w:val="22"/>
        </w:rPr>
        <w:t>C. Khi $a &lt; b$</w:t>
      </w:r>
    </w:p>
    <w:p>
      <w:pPr>
        <w:pStyle w:val="ListParagraph"/>
      </w:pPr>
      <w:r>
        <w:rPr>
          <w:sz w:val="22"/>
        </w:rPr>
        <w:t>D. Khi $a = b$</w:t>
      </w:r>
    </w:p>
    <w:p/>
    <w:p>
      <w:r>
        <w:rPr>
          <w:b/>
          <w:sz w:val="24"/>
        </w:rPr>
        <w:t>Câu 6: Số nào sau đây là số nguyên tố?</w:t>
      </w:r>
    </w:p>
    <w:p>
      <w:pPr>
        <w:pStyle w:val="ListParagraph"/>
      </w:pPr>
      <w:r>
        <w:rPr>
          <w:sz w:val="22"/>
        </w:rPr>
        <w:t>A. 7</w:t>
      </w:r>
    </w:p>
    <w:p>
      <w:pPr>
        <w:pStyle w:val="ListParagraph"/>
      </w:pPr>
      <w:r>
        <w:rPr>
          <w:sz w:val="22"/>
        </w:rPr>
        <w:t>B. 9</w:t>
      </w:r>
    </w:p>
    <w:p>
      <w:pPr>
        <w:pStyle w:val="ListParagraph"/>
      </w:pPr>
      <w:r>
        <w:rPr>
          <w:sz w:val="22"/>
        </w:rPr>
        <w:t>C. 15</w:t>
      </w:r>
    </w:p>
    <w:p>
      <w:pPr>
        <w:pStyle w:val="ListParagraph"/>
      </w:pPr>
      <w:r>
        <w:rPr>
          <w:sz w:val="22"/>
        </w:rPr>
        <w:t>D. 21</w:t>
      </w:r>
    </w:p>
    <w:p/>
    <w:p>
      <w:r>
        <w:rPr>
          <w:b/>
          <w:sz w:val="24"/>
        </w:rPr>
        <w:t>Câu 7: Ước chung lớn nhất của 12 và 18 là:</w:t>
      </w:r>
    </w:p>
    <w:p>
      <w:pPr>
        <w:pStyle w:val="ListParagraph"/>
      </w:pPr>
      <w:r>
        <w:rPr>
          <w:sz w:val="22"/>
        </w:rPr>
        <w:t>A. 6</w:t>
      </w:r>
    </w:p>
    <w:p>
      <w:pPr>
        <w:pStyle w:val="ListParagraph"/>
      </w:pPr>
      <w:r>
        <w:rPr>
          <w:sz w:val="22"/>
        </w:rPr>
        <w:t>B. 12</w:t>
      </w:r>
    </w:p>
    <w:p>
      <w:pPr>
        <w:pStyle w:val="ListParagraph"/>
      </w:pPr>
      <w:r>
        <w:rPr>
          <w:sz w:val="22"/>
        </w:rPr>
        <w:t>C. 18</w:t>
      </w:r>
    </w:p>
    <w:p>
      <w:pPr>
        <w:pStyle w:val="ListParagraph"/>
      </w:pPr>
      <w:r>
        <w:rPr>
          <w:sz w:val="22"/>
        </w:rPr>
        <w:t>D. 36</w:t>
      </w:r>
    </w:p>
    <w:p/>
    <w:p>
      <w:r>
        <w:rPr>
          <w:b/>
          <w:sz w:val="24"/>
        </w:rPr>
        <w:t>Câu 8: Bội chung nhỏ nhất của 4 và 6 là:</w:t>
      </w:r>
    </w:p>
    <w:p>
      <w:pPr>
        <w:pStyle w:val="ListParagraph"/>
      </w:pPr>
      <w:r>
        <w:rPr>
          <w:sz w:val="22"/>
        </w:rPr>
        <w:t>A. 12</w:t>
      </w:r>
    </w:p>
    <w:p>
      <w:pPr>
        <w:pStyle w:val="ListParagraph"/>
      </w:pPr>
      <w:r>
        <w:rPr>
          <w:sz w:val="22"/>
        </w:rPr>
        <w:t>B. 24</w:t>
      </w:r>
    </w:p>
    <w:p>
      <w:pPr>
        <w:pStyle w:val="ListParagraph"/>
      </w:pPr>
      <w:r>
        <w:rPr>
          <w:sz w:val="22"/>
        </w:rPr>
        <w:t>C. 6</w:t>
      </w:r>
    </w:p>
    <w:p>
      <w:pPr>
        <w:pStyle w:val="ListParagraph"/>
      </w:pPr>
      <w:r>
        <w:rPr>
          <w:sz w:val="22"/>
        </w:rPr>
        <w:t>D. 4</w:t>
      </w:r>
    </w:p>
    <w:p/>
    <w:p>
      <w:r>
        <w:rPr>
          <w:b/>
          <w:sz w:val="24"/>
        </w:rPr>
        <w:t>Câu 9: Kết quả của phép tính $(-5) + 8$ là:</w:t>
      </w:r>
    </w:p>
    <w:p>
      <w:pPr>
        <w:pStyle w:val="ListParagraph"/>
      </w:pPr>
      <w:r>
        <w:rPr>
          <w:sz w:val="22"/>
        </w:rPr>
        <w:t>A. 3</w:t>
      </w:r>
    </w:p>
    <w:p>
      <w:pPr>
        <w:pStyle w:val="ListParagraph"/>
      </w:pPr>
      <w:r>
        <w:rPr>
          <w:sz w:val="22"/>
        </w:rPr>
        <w:t>B. -3</w:t>
      </w:r>
    </w:p>
    <w:p>
      <w:pPr>
        <w:pStyle w:val="ListParagraph"/>
      </w:pPr>
      <w:r>
        <w:rPr>
          <w:sz w:val="22"/>
        </w:rPr>
        <w:t>C. 13</w:t>
      </w:r>
    </w:p>
    <w:p>
      <w:pPr>
        <w:pStyle w:val="ListParagraph"/>
      </w:pPr>
      <w:r>
        <w:rPr>
          <w:sz w:val="22"/>
        </w:rPr>
        <w:t>D. -13</w:t>
      </w:r>
    </w:p>
    <w:p/>
    <w:p>
      <w:r>
        <w:rPr>
          <w:b/>
          <w:sz w:val="24"/>
        </w:rPr>
        <w:t>Câu 10: Số đối của số $-7$ là:</w:t>
      </w:r>
    </w:p>
    <w:p>
      <w:pPr>
        <w:pStyle w:val="ListParagraph"/>
      </w:pPr>
      <w:r>
        <w:rPr>
          <w:sz w:val="22"/>
        </w:rPr>
        <w:t>A. 7</w:t>
      </w:r>
    </w:p>
    <w:p>
      <w:pPr>
        <w:pStyle w:val="ListParagraph"/>
      </w:pPr>
      <w:r>
        <w:rPr>
          <w:sz w:val="22"/>
        </w:rPr>
        <w:t>B. -7</w:t>
      </w:r>
    </w:p>
    <w:p>
      <w:pPr>
        <w:pStyle w:val="ListParagraph"/>
      </w:pPr>
      <w:r>
        <w:rPr>
          <w:sz w:val="22"/>
        </w:rPr>
        <w:t>C. 0</w:t>
      </w:r>
    </w:p>
    <w:p>
      <w:pPr>
        <w:pStyle w:val="ListParagraph"/>
      </w:pPr>
      <w:r>
        <w:rPr>
          <w:sz w:val="22"/>
        </w:rPr>
        <w:t>D. $\frac{1}{7}$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A</w:t>
      </w:r>
    </w:p>
    <w:p>
      <w:r>
        <w:rPr>
          <w:b/>
        </w:rPr>
        <w:t>Câu 2: Đáp án đúng: A</w:t>
      </w:r>
    </w:p>
    <w:p>
      <w:r>
        <w:rPr>
          <w:b/>
        </w:rPr>
        <w:t>Câu 3: Đáp án đúng: A</w:t>
      </w:r>
    </w:p>
    <w:p>
      <w:r>
        <w:rPr>
          <w:b/>
        </w:rPr>
        <w:t>Câu 4: Đáp án đúng: A</w:t>
      </w:r>
    </w:p>
    <w:p>
      <w:r>
        <w:rPr>
          <w:b/>
        </w:rPr>
        <w:t>Câu 5: Đáp án đúng: A</w:t>
      </w:r>
    </w:p>
    <w:p>
      <w:r>
        <w:rPr>
          <w:b/>
        </w:rPr>
        <w:t>Câu 6: Đáp án đúng: A</w:t>
      </w:r>
    </w:p>
    <w:p>
      <w:r>
        <w:rPr>
          <w:b/>
        </w:rPr>
        <w:t>Câu 7: Đáp án đúng: A</w:t>
      </w:r>
    </w:p>
    <w:p>
      <w:r>
        <w:rPr>
          <w:b/>
        </w:rPr>
        <w:t>Câu 8: Đáp án đúng: A</w:t>
      </w:r>
    </w:p>
    <w:p>
      <w:r>
        <w:rPr>
          <w:b/>
        </w:rPr>
        <w:t>Câu 9: Đáp án đúng: A</w:t>
      </w:r>
    </w:p>
    <w:p>
      <w:r>
        <w:rPr>
          <w:b/>
        </w:rPr>
        <w:t>Câu 10: Đáp án đúng: A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