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Địa lý - Tài nguyên sinh vật và khoáng sản của nước ta rất</w:t>
      </w:r>
    </w:p>
    <w:p>
      <w:pPr>
        <w:jc w:val="center"/>
      </w:pPr>
      <w:r>
        <w:rPr>
          <w:sz w:val="22"/>
        </w:rPr>
        <w:t>Số câu: 32    Thời gian: _____ phút    Họ và tên: _________________________</w:t>
      </w:r>
    </w:p>
    <w:p/>
    <w:p>
      <w:r>
        <w:rPr>
          <w:b/>
          <w:sz w:val="24"/>
        </w:rPr>
        <w:t>Câu 1: Tài nguyên sinh vật và khoáng sản của nước ta rất đa dạng là do</w:t>
      </w:r>
    </w:p>
    <w:p>
      <w:pPr>
        <w:pStyle w:val="ListParagraph"/>
      </w:pPr>
      <w:r>
        <w:rPr>
          <w:sz w:val="22"/>
        </w:rPr>
        <w:t>A. nằm gần nơi giao nhau của hai vành đai sinh khoáng lớn, trên đường di cư của nhiều loài sinh vật.</w:t>
      </w:r>
    </w:p>
    <w:p>
      <w:pPr>
        <w:pStyle w:val="ListParagraph"/>
      </w:pPr>
      <w:r>
        <w:rPr>
          <w:sz w:val="22"/>
        </w:rPr>
        <w:t>B. nằm trong vùng nội chí tuyến của bán cầu Bắc, trong khu vực gió mùa châu Á.</w:t>
      </w:r>
    </w:p>
    <w:p>
      <w:pPr>
        <w:pStyle w:val="ListParagraph"/>
      </w:pPr>
      <w:r>
        <w:rPr>
          <w:sz w:val="22"/>
        </w:rPr>
        <w:t>C. các vận động tạo núi diễn ra liên tục ở giai đoạn Tân kiến tạo.</w:t>
      </w:r>
    </w:p>
    <w:p>
      <w:pPr>
        <w:pStyle w:val="ListParagraph"/>
      </w:pPr>
      <w:r>
        <w:rPr>
          <w:sz w:val="22"/>
        </w:rPr>
        <w:t>D. lãnh thổ hẹp ngang, trải dài trên nhiều vĩ độ, tiếp giáp với vùng biển rộng lớn.</w:t>
      </w:r>
    </w:p>
    <w:p/>
    <w:p>
      <w:r>
        <w:rPr>
          <w:b/>
          <w:sz w:val="24"/>
        </w:rPr>
        <w:t>Câu 2: Sự tương phản giữa mùa đông với mùa hạ ở miền Bắc và giữa mùa mưa với mùa khô ở miền Nam là do</w:t>
      </w:r>
    </w:p>
    <w:p>
      <w:pPr>
        <w:pStyle w:val="ListParagraph"/>
      </w:pPr>
      <w:r>
        <w:rPr>
          <w:sz w:val="22"/>
        </w:rPr>
        <w:t>A. lãnh thổ nước ta kéo dài nhiều vĩ độ.</w:t>
      </w:r>
    </w:p>
    <w:p>
      <w:pPr>
        <w:pStyle w:val="ListParagraph"/>
      </w:pPr>
      <w:r>
        <w:rPr>
          <w:sz w:val="22"/>
        </w:rPr>
        <w:t>B. hoạt động của gió mùa và Tín phong.</w:t>
      </w:r>
    </w:p>
    <w:p>
      <w:pPr>
        <w:pStyle w:val="ListParagraph"/>
      </w:pPr>
      <w:r>
        <w:rPr>
          <w:sz w:val="22"/>
        </w:rPr>
        <w:t>C. hoạt động của gió Tây khô nóng.</w:t>
      </w:r>
    </w:p>
    <w:p>
      <w:pPr>
        <w:pStyle w:val="ListParagraph"/>
      </w:pPr>
      <w:r>
        <w:rPr>
          <w:sz w:val="22"/>
        </w:rPr>
        <w:t>D. dải hội tụ nhiệt đới.</w:t>
      </w:r>
    </w:p>
    <w:p/>
    <w:p>
      <w:r>
        <w:rPr>
          <w:b/>
          <w:sz w:val="24"/>
        </w:rPr>
        <w:t>Câu 3: Quá trình xâm thực ở nước ta diễn ra mạnh là do</w:t>
      </w:r>
    </w:p>
    <w:p>
      <w:pPr>
        <w:pStyle w:val="ListParagraph"/>
      </w:pPr>
      <w:r>
        <w:rPr>
          <w:sz w:val="22"/>
        </w:rPr>
        <w:t>A. lượng mưa lớn.</w:t>
      </w:r>
    </w:p>
    <w:p>
      <w:pPr>
        <w:pStyle w:val="ListParagraph"/>
      </w:pPr>
      <w:r>
        <w:rPr>
          <w:sz w:val="22"/>
        </w:rPr>
        <w:t>B. đồi núi chiếm diện tích lớn.</w:t>
      </w:r>
    </w:p>
    <w:p>
      <w:pPr>
        <w:pStyle w:val="ListParagraph"/>
      </w:pPr>
      <w:r>
        <w:rPr>
          <w:sz w:val="22"/>
        </w:rPr>
        <w:t>C. đất feralit chiếm diện tích lớn.</w:t>
      </w:r>
    </w:p>
    <w:p>
      <w:pPr>
        <w:pStyle w:val="ListParagraph"/>
      </w:pPr>
      <w:r>
        <w:rPr>
          <w:sz w:val="22"/>
        </w:rPr>
        <w:t>D. có nhiều cao nguyên rộng.</w:t>
      </w:r>
    </w:p>
    <w:p/>
    <w:p>
      <w:r>
        <w:rPr>
          <w:b/>
          <w:sz w:val="24"/>
        </w:rPr>
        <w:t>Câu 4: Thiên nhiên nhiệt đới ẩm gió mùa biểu hiện qua yếu tố sinh vật và sự phổ biến của các loài sinh vật</w:t>
      </w:r>
    </w:p>
    <w:p>
      <w:pPr>
        <w:pStyle w:val="ListParagraph"/>
      </w:pPr>
      <w:r>
        <w:rPr>
          <w:sz w:val="22"/>
        </w:rPr>
        <w:t>A. ôn đới và hệ sinh thái rừng lá kim.</w:t>
      </w:r>
    </w:p>
    <w:p>
      <w:pPr>
        <w:pStyle w:val="ListParagraph"/>
      </w:pPr>
      <w:r>
        <w:rPr>
          <w:sz w:val="22"/>
        </w:rPr>
        <w:t>B. nhiệt đới và hệ sinh thái rừng nhiệt đới gió mùa.</w:t>
      </w:r>
    </w:p>
    <w:p>
      <w:pPr>
        <w:pStyle w:val="ListParagraph"/>
      </w:pPr>
      <w:r>
        <w:rPr>
          <w:sz w:val="22"/>
        </w:rPr>
        <w:t>C. cận nhiệt và hệ sinh thái rừng lá rộng.</w:t>
      </w:r>
    </w:p>
    <w:p>
      <w:pPr>
        <w:pStyle w:val="ListParagraph"/>
      </w:pPr>
      <w:r>
        <w:rPr>
          <w:sz w:val="22"/>
        </w:rPr>
        <w:t>D. nhiệt đới và hệ sinh thái rừng, cây bụi lá cứng.</w:t>
      </w:r>
    </w:p>
    <w:p/>
    <w:p>
      <w:r>
        <w:rPr>
          <w:b/>
          <w:sz w:val="24"/>
        </w:rPr>
        <w:t>Câu 5: Biên độ nhiệt độ trung bình năm của nước ta</w:t>
      </w:r>
    </w:p>
    <w:p>
      <w:pPr>
        <w:pStyle w:val="ListParagraph"/>
      </w:pPr>
      <w:r>
        <w:rPr>
          <w:sz w:val="22"/>
        </w:rPr>
        <w:t>A. tăng dần từ Bắc vào Nam.</w:t>
      </w:r>
    </w:p>
    <w:p>
      <w:pPr>
        <w:pStyle w:val="ListParagraph"/>
      </w:pPr>
      <w:r>
        <w:rPr>
          <w:sz w:val="22"/>
        </w:rPr>
        <w:t>B. tăng đều từ Bắc vào Nam.</w:t>
      </w:r>
    </w:p>
    <w:p>
      <w:pPr>
        <w:pStyle w:val="ListParagraph"/>
      </w:pPr>
      <w:r>
        <w:rPr>
          <w:sz w:val="22"/>
        </w:rPr>
        <w:t>C. giảm dần từ Bắc vào Nam.</w:t>
      </w:r>
    </w:p>
    <w:p>
      <w:pPr>
        <w:pStyle w:val="ListParagraph"/>
      </w:pPr>
      <w:r>
        <w:rPr>
          <w:sz w:val="22"/>
        </w:rPr>
        <w:t>D. ổn định từ Bắc vào Nam.</w:t>
      </w:r>
    </w:p>
    <w:p/>
    <w:p>
      <w:r>
        <w:rPr>
          <w:b/>
          <w:sz w:val="24"/>
        </w:rPr>
        <w:t>Câu 6: Đặc điểm nào sau đây không đúng với vị trí địa lí của nước ta?</w:t>
      </w:r>
    </w:p>
    <w:p>
      <w:pPr>
        <w:pStyle w:val="ListParagraph"/>
      </w:pPr>
      <w:r>
        <w:rPr>
          <w:sz w:val="22"/>
        </w:rPr>
        <w:t>A. Nằm hoàn toàn trong vùng nội chí tuyến của bán cầu Bắc.</w:t>
      </w:r>
    </w:p>
    <w:p>
      <w:pPr>
        <w:pStyle w:val="ListParagraph"/>
      </w:pPr>
      <w:r>
        <w:rPr>
          <w:sz w:val="22"/>
        </w:rPr>
        <w:t>B. Gần nơi giao nhau của các vành đai sinh khoáng lớn là Thái Bình Dương và Địa Trung Hải.</w:t>
      </w:r>
    </w:p>
    <w:p>
      <w:pPr>
        <w:pStyle w:val="ListParagraph"/>
      </w:pPr>
      <w:r>
        <w:rPr>
          <w:sz w:val="22"/>
        </w:rPr>
        <w:t>C. Nằm trong khu vực hoạt động của gió Tây ôn đới và Tín phong bán cầu Bắc.</w:t>
      </w:r>
    </w:p>
    <w:p>
      <w:pPr>
        <w:pStyle w:val="ListParagraph"/>
      </w:pPr>
      <w:r>
        <w:rPr>
          <w:sz w:val="22"/>
        </w:rPr>
        <w:t>D. Nằm trên đường di cư của nhiều loài sinh vật từ các khu hệ sinh vật khác nhau.</w:t>
      </w:r>
    </w:p>
    <w:p/>
    <w:p>
      <w:r>
        <w:rPr>
          <w:b/>
          <w:sz w:val="24"/>
        </w:rPr>
        <w:t>Câu 7: Nước ta nhận được lượng bức xạ mặt trời lớn, nhiệt độ trung bình năm cao là do</w:t>
      </w:r>
    </w:p>
    <w:p>
      <w:pPr>
        <w:pStyle w:val="ListParagraph"/>
      </w:pPr>
      <w:r>
        <w:rPr>
          <w:sz w:val="22"/>
        </w:rPr>
        <w:t>A. vị trí nằm trong vùng nội chí tuyến.</w:t>
      </w:r>
    </w:p>
    <w:p>
      <w:pPr>
        <w:pStyle w:val="ListParagraph"/>
      </w:pPr>
      <w:r>
        <w:rPr>
          <w:sz w:val="22"/>
        </w:rPr>
        <w:t>B. lãnh thổ kéo dài nhiều vĩ độ.</w:t>
      </w:r>
    </w:p>
    <w:p>
      <w:pPr>
        <w:pStyle w:val="ListParagraph"/>
      </w:pPr>
      <w:r>
        <w:rPr>
          <w:sz w:val="22"/>
        </w:rPr>
        <w:t>C. vị trí giáp với biển ở phía Đông.</w:t>
      </w:r>
    </w:p>
    <w:p>
      <w:pPr>
        <w:pStyle w:val="ListParagraph"/>
      </w:pPr>
      <w:r>
        <w:rPr>
          <w:sz w:val="22"/>
        </w:rPr>
        <w:t>D. vị trí nằm trong khu vực chịu ảnh hưởng của Tín phong.</w:t>
      </w:r>
    </w:p>
    <w:p/>
    <w:p>
      <w:r>
        <w:rPr>
          <w:b/>
          <w:sz w:val="24"/>
        </w:rPr>
        <w:t>Câu 8: Nguyên nhân chủ yếu dẫn tới sự phân hóa của thiên nhiên nước ta theo chiều Bắc – Nam là do</w:t>
      </w:r>
    </w:p>
    <w:p>
      <w:pPr>
        <w:pStyle w:val="ListParagraph"/>
      </w:pPr>
      <w:r>
        <w:rPr>
          <w:sz w:val="22"/>
        </w:rPr>
        <w:t>A. sự đa dạng của địa hình.</w:t>
      </w:r>
    </w:p>
    <w:p>
      <w:pPr>
        <w:pStyle w:val="ListParagraph"/>
      </w:pPr>
      <w:r>
        <w:rPr>
          <w:sz w:val="22"/>
        </w:rPr>
        <w:t>B. Tín phong bán cầu Bắc.</w:t>
      </w:r>
    </w:p>
    <w:p>
      <w:pPr>
        <w:pStyle w:val="ListParagraph"/>
      </w:pPr>
      <w:r>
        <w:rPr>
          <w:sz w:val="22"/>
        </w:rPr>
        <w:t>C. gió mùa kết hợp với địa hình.</w:t>
      </w:r>
    </w:p>
    <w:p>
      <w:pPr>
        <w:pStyle w:val="ListParagraph"/>
      </w:pPr>
      <w:r>
        <w:rPr>
          <w:sz w:val="22"/>
        </w:rPr>
        <w:t>D. gió Tây Nam và dãy Trường Sơn.</w:t>
      </w:r>
    </w:p>
    <w:p/>
    <w:p>
      <w:r>
        <w:rPr>
          <w:b/>
          <w:sz w:val="24"/>
        </w:rPr>
        <w:t>Câu 9: Độ ẩm thấp, ít mưa, xuất hiện cây chịu hạn, rụng lá là cảnh sắc thiên nhiên của</w:t>
      </w:r>
    </w:p>
    <w:p>
      <w:pPr>
        <w:pStyle w:val="ListParagraph"/>
      </w:pPr>
      <w:r>
        <w:rPr>
          <w:sz w:val="22"/>
        </w:rPr>
        <w:t>A. mùa đông ở phần lãnh thổ phía Bắc.</w:t>
      </w:r>
    </w:p>
    <w:p>
      <w:pPr>
        <w:pStyle w:val="ListParagraph"/>
      </w:pPr>
      <w:r>
        <w:rPr>
          <w:sz w:val="22"/>
        </w:rPr>
        <w:t>B. mùa mưa ở phần lãnh thổ phía Nam.</w:t>
      </w:r>
    </w:p>
    <w:p>
      <w:pPr>
        <w:pStyle w:val="ListParagraph"/>
      </w:pPr>
      <w:r>
        <w:rPr>
          <w:sz w:val="22"/>
        </w:rPr>
        <w:t>C. dãy núi Hoàng Liên Sơn.</w:t>
      </w:r>
    </w:p>
    <w:p>
      <w:pPr>
        <w:pStyle w:val="ListParagraph"/>
      </w:pPr>
      <w:r>
        <w:rPr>
          <w:sz w:val="22"/>
        </w:rPr>
        <w:t>D. mùa khô ở phần lãnh thổ phía Nam.</w:t>
      </w:r>
    </w:p>
    <w:p/>
    <w:p>
      <w:r>
        <w:rPr>
          <w:b/>
          <w:sz w:val="24"/>
        </w:rPr>
        <w:t>Câu 10: Tính chất nhiệt đới của khí hậu nước ta được quyết định bởi</w:t>
      </w:r>
    </w:p>
    <w:p>
      <w:pPr>
        <w:pStyle w:val="ListParagraph"/>
      </w:pPr>
      <w:r>
        <w:rPr>
          <w:sz w:val="22"/>
        </w:rPr>
        <w:t>A. ảnh hưởng của biển Đông rộng lớn.</w:t>
      </w:r>
    </w:p>
    <w:p>
      <w:pPr>
        <w:pStyle w:val="ListParagraph"/>
      </w:pPr>
      <w:r>
        <w:rPr>
          <w:sz w:val="22"/>
        </w:rPr>
        <w:t>B. ảnh hưởng sâu sắc hoàn lưu gió mùa.</w:t>
      </w:r>
    </w:p>
    <w:p>
      <w:pPr>
        <w:pStyle w:val="ListParagraph"/>
      </w:pPr>
      <w:r>
        <w:rPr>
          <w:sz w:val="22"/>
        </w:rPr>
        <w:t>C. vị trí nằm trong vùng nội chí tuyến.</w:t>
      </w:r>
    </w:p>
    <w:p>
      <w:pPr>
        <w:pStyle w:val="ListParagraph"/>
      </w:pPr>
      <w:r>
        <w:rPr>
          <w:sz w:val="22"/>
        </w:rPr>
        <w:t>D. chuyển động biểu kiến của Mặt Trời.</w:t>
      </w:r>
    </w:p>
    <w:p/>
    <w:p>
      <w:r>
        <w:rPr>
          <w:b/>
          <w:sz w:val="24"/>
        </w:rPr>
        <w:t>Câu 11: Khí hậu phân mùa ảnh hưởng như thế nào tới sản xuất nông nghiệp nước ta?</w:t>
      </w:r>
    </w:p>
    <w:p>
      <w:pPr>
        <w:pStyle w:val="ListParagraph"/>
      </w:pPr>
      <w:r>
        <w:rPr>
          <w:sz w:val="22"/>
        </w:rPr>
        <w:t>A. Thuận lợi cho việc đa dạng hóa cây trồng, vật nuôi.</w:t>
      </w:r>
    </w:p>
    <w:p>
      <w:pPr>
        <w:pStyle w:val="ListParagraph"/>
      </w:pPr>
      <w:r>
        <w:rPr>
          <w:sz w:val="22"/>
        </w:rPr>
        <w:t>B. Thuận lợi cho việc phòng chống sâu hại, dịch bệnh.</w:t>
      </w:r>
    </w:p>
    <w:p>
      <w:pPr>
        <w:pStyle w:val="ListParagraph"/>
      </w:pPr>
      <w:r>
        <w:rPr>
          <w:sz w:val="22"/>
        </w:rPr>
        <w:t>C. Khó khăn cho việc đa dạng hóa sản phẩm nông nghiệp.</w:t>
      </w:r>
    </w:p>
    <w:p>
      <w:pPr>
        <w:pStyle w:val="ListParagraph"/>
      </w:pPr>
      <w:r>
        <w:rPr>
          <w:sz w:val="22"/>
        </w:rPr>
        <w:t>D. Khó khăn cho việc phòng chống sâu hại, dịch bệnh.</w:t>
      </w:r>
    </w:p>
    <w:p/>
    <w:p>
      <w:r>
        <w:rPr>
          <w:b/>
          <w:sz w:val="24"/>
        </w:rPr>
        <w:t>Câu 12: Phát biểu nào sau đây không đúng với khí hậu của phần lãnh thổ phía Nam nước ta?</w:t>
      </w:r>
    </w:p>
    <w:p>
      <w:pPr>
        <w:pStyle w:val="ListParagraph"/>
      </w:pPr>
      <w:r>
        <w:rPr>
          <w:sz w:val="22"/>
        </w:rPr>
        <w:t>A. Biên độ nhiệt độ trung bình năm lớn.</w:t>
      </w:r>
    </w:p>
    <w:p>
      <w:pPr>
        <w:pStyle w:val="ListParagraph"/>
      </w:pPr>
      <w:r>
        <w:rPr>
          <w:sz w:val="22"/>
        </w:rPr>
        <w:t>B. Nhiệt độ trung bình năm trên 25°C.</w:t>
      </w:r>
    </w:p>
    <w:p>
      <w:pPr>
        <w:pStyle w:val="ListParagraph"/>
      </w:pPr>
      <w:r>
        <w:rPr>
          <w:sz w:val="22"/>
        </w:rPr>
        <w:t>C. Phân hóa hai mùa mưa và khô rõ rệt.</w:t>
      </w:r>
    </w:p>
    <w:p>
      <w:pPr>
        <w:pStyle w:val="ListParagraph"/>
      </w:pPr>
      <w:r>
        <w:rPr>
          <w:sz w:val="22"/>
        </w:rPr>
        <w:t>D. Nền nhiệt độ thiên về khí hậu xích đạo.</w:t>
      </w:r>
    </w:p>
    <w:p/>
    <w:p>
      <w:r>
        <w:rPr>
          <w:b/>
          <w:sz w:val="24"/>
        </w:rPr>
        <w:t>Câu 13: Hoạt động sản xuất nào sau đây là nguyên nhân gây ô nhiễm không khí đáng kể nhất ở nước ta?</w:t>
      </w:r>
    </w:p>
    <w:p>
      <w:pPr>
        <w:pStyle w:val="ListParagraph"/>
      </w:pPr>
      <w:r>
        <w:rPr>
          <w:sz w:val="22"/>
        </w:rPr>
        <w:t>A. Hoạt động sản xuất nông nghiệp.</w:t>
      </w:r>
    </w:p>
    <w:p>
      <w:pPr>
        <w:pStyle w:val="ListParagraph"/>
      </w:pPr>
      <w:r>
        <w:rPr>
          <w:sz w:val="22"/>
        </w:rPr>
        <w:t>B. Hoạt động sản xuất công nghiệp.</w:t>
      </w:r>
    </w:p>
    <w:p>
      <w:pPr>
        <w:pStyle w:val="ListParagraph"/>
      </w:pPr>
      <w:r>
        <w:rPr>
          <w:sz w:val="22"/>
        </w:rPr>
        <w:t>C. Hoạt động làng nghề.</w:t>
      </w:r>
    </w:p>
    <w:p>
      <w:pPr>
        <w:pStyle w:val="ListParagraph"/>
      </w:pPr>
      <w:r>
        <w:rPr>
          <w:sz w:val="22"/>
        </w:rPr>
        <w:t>D. Hoạt động giao thông vận tải.</w:t>
      </w:r>
    </w:p>
    <w:p/>
    <w:p>
      <w:r>
        <w:rPr>
          <w:b/>
          <w:sz w:val="24"/>
        </w:rPr>
        <w:t>Câu 14: Giải pháp nào sau đây không phải để phát triển dân số ở nước ta?</w:t>
      </w:r>
    </w:p>
    <w:p>
      <w:pPr>
        <w:pStyle w:val="ListParagraph"/>
      </w:pPr>
      <w:r>
        <w:rPr>
          <w:sz w:val="22"/>
        </w:rPr>
        <w:t>A. Nâng cao chất lượng dịch vụ về dân số.</w:t>
      </w:r>
    </w:p>
    <w:p>
      <w:pPr>
        <w:pStyle w:val="ListParagraph"/>
      </w:pPr>
      <w:r>
        <w:rPr>
          <w:sz w:val="22"/>
        </w:rPr>
        <w:t>B. Đổi mới nội dung tuyên truyền, vận động về công tác dân số.</w:t>
      </w:r>
    </w:p>
    <w:p>
      <w:pPr>
        <w:pStyle w:val="ListParagraph"/>
      </w:pPr>
      <w:r>
        <w:rPr>
          <w:sz w:val="22"/>
        </w:rPr>
        <w:t>C. Hạn chế liên kết với các nước khác trong lĩnh vực dân số.</w:t>
      </w:r>
    </w:p>
    <w:p>
      <w:pPr>
        <w:pStyle w:val="ListParagraph"/>
      </w:pPr>
      <w:r>
        <w:rPr>
          <w:sz w:val="22"/>
        </w:rPr>
        <w:t>D. Hoàn thiện về cơ chế, chính sách, pháp luật về dân số.</w:t>
      </w:r>
    </w:p>
    <w:p/>
    <w:p>
      <w:r>
        <w:rPr>
          <w:b/>
          <w:sz w:val="24"/>
        </w:rPr>
        <w:t>Câu 15: Đặc điểm nào sau đây đúng với vị trí địa lí của nước ta?</w:t>
      </w:r>
    </w:p>
    <w:p>
      <w:pPr>
        <w:pStyle w:val="ListParagraph"/>
      </w:pPr>
      <w:r>
        <w:rPr>
          <w:sz w:val="22"/>
        </w:rPr>
        <w:t>A. Nằm hoàn toàn trong vùng nội chí tuyến của cả hai bán cầu.</w:t>
      </w:r>
    </w:p>
    <w:p>
      <w:pPr>
        <w:pStyle w:val="ListParagraph"/>
      </w:pPr>
      <w:r>
        <w:rPr>
          <w:sz w:val="22"/>
        </w:rPr>
        <w:t>B. Nằm ở nơi tập trung tài nguyên khoáng sản lớn bậc nhất của thế giới.</w:t>
      </w:r>
    </w:p>
    <w:p>
      <w:pPr>
        <w:pStyle w:val="ListParagraph"/>
      </w:pPr>
      <w:r>
        <w:rPr>
          <w:sz w:val="22"/>
        </w:rPr>
        <w:t>C. Nằm trong vùng nội chí tuyến bán cầu Bắc.</w:t>
      </w:r>
    </w:p>
    <w:p>
      <w:pPr>
        <w:pStyle w:val="ListParagraph"/>
      </w:pPr>
      <w:r>
        <w:rPr>
          <w:sz w:val="22"/>
        </w:rPr>
        <w:t>D. Là nơi di cư của nhiều loài sinh vật nhiệt đới.</w:t>
      </w:r>
    </w:p>
    <w:p/>
    <w:p>
      <w:r>
        <w:rPr>
          <w:b/>
          <w:sz w:val="24"/>
        </w:rPr>
        <w:t>Câu 16: Lãnh thổ Việt Nam là một khối thống nhất và toàn vẹn, bao gồm:</w:t>
      </w:r>
    </w:p>
    <w:p>
      <w:pPr>
        <w:pStyle w:val="ListParagraph"/>
      </w:pPr>
      <w:r>
        <w:rPr>
          <w:sz w:val="22"/>
        </w:rPr>
        <w:t>A. đất liền và biển Đông.</w:t>
      </w:r>
    </w:p>
    <w:p>
      <w:pPr>
        <w:pStyle w:val="ListParagraph"/>
      </w:pPr>
      <w:r>
        <w:rPr>
          <w:sz w:val="22"/>
        </w:rPr>
        <w:t>B. vùng đất, vùng biển và vùng trời.</w:t>
      </w:r>
    </w:p>
    <w:p>
      <w:pPr>
        <w:pStyle w:val="ListParagraph"/>
      </w:pPr>
      <w:r>
        <w:rPr>
          <w:sz w:val="22"/>
        </w:rPr>
        <w:t>C. đất liền và các đảo ven bờ.</w:t>
      </w:r>
    </w:p>
    <w:p>
      <w:pPr>
        <w:pStyle w:val="ListParagraph"/>
      </w:pPr>
      <w:r>
        <w:rPr>
          <w:sz w:val="22"/>
        </w:rPr>
        <w:t>D. vùng đất, vùng biển và các quần đảo.</w:t>
      </w:r>
    </w:p>
    <w:p/>
    <w:p>
      <w:r>
        <w:rPr>
          <w:b/>
          <w:sz w:val="24"/>
        </w:rPr>
        <w:t>Câu 17: Nguyên nhân nào sau đây không làm suy giảm tài nguyên sinh vật ở nước ta?</w:t>
      </w:r>
    </w:p>
    <w:p>
      <w:pPr>
        <w:pStyle w:val="ListParagraph"/>
      </w:pPr>
      <w:r>
        <w:rPr>
          <w:sz w:val="22"/>
        </w:rPr>
        <w:t>A. Chuyển đổi phương thức sử dụng đất.</w:t>
      </w:r>
    </w:p>
    <w:p>
      <w:pPr>
        <w:pStyle w:val="ListParagraph"/>
      </w:pPr>
      <w:r>
        <w:rPr>
          <w:sz w:val="22"/>
        </w:rPr>
        <w:t>B. Tái sinh rừng tự nhiên.</w:t>
      </w:r>
    </w:p>
    <w:p>
      <w:pPr>
        <w:pStyle w:val="ListParagraph"/>
      </w:pPr>
      <w:r>
        <w:rPr>
          <w:sz w:val="22"/>
        </w:rPr>
        <w:t>C. Ô nhiễm môi trường, biến đổi khí hậu.</w:t>
      </w:r>
    </w:p>
    <w:p>
      <w:pPr>
        <w:pStyle w:val="ListParagraph"/>
      </w:pPr>
      <w:r>
        <w:rPr>
          <w:sz w:val="22"/>
        </w:rPr>
        <w:t>D. Gia tăng dân số, tình trạng di dân.</w:t>
      </w:r>
    </w:p>
    <w:p/>
    <w:p>
      <w:r>
        <w:rPr>
          <w:b/>
          <w:sz w:val="24"/>
        </w:rPr>
        <w:t>Câu 18: Một trong những nguyên nhân trực tiếp dẫn tới nguồn nước bị ô nhiễm là</w:t>
      </w:r>
    </w:p>
    <w:p>
      <w:pPr>
        <w:pStyle w:val="ListParagraph"/>
      </w:pPr>
      <w:r>
        <w:rPr>
          <w:sz w:val="22"/>
        </w:rPr>
        <w:t>A. xây dựng nhiều hồ chứa nước.</w:t>
      </w:r>
    </w:p>
    <w:p>
      <w:pPr>
        <w:pStyle w:val="ListParagraph"/>
      </w:pPr>
      <w:r>
        <w:rPr>
          <w:sz w:val="22"/>
        </w:rPr>
        <w:t>B. nuôi trồng nhiều thủy sản.</w:t>
      </w:r>
    </w:p>
    <w:p>
      <w:pPr>
        <w:pStyle w:val="ListParagraph"/>
      </w:pPr>
      <w:r>
        <w:rPr>
          <w:sz w:val="22"/>
        </w:rPr>
        <w:t>C. biến đổi khí hậu.</w:t>
      </w:r>
    </w:p>
    <w:p>
      <w:pPr>
        <w:pStyle w:val="ListParagraph"/>
      </w:pPr>
      <w:r>
        <w:rPr>
          <w:sz w:val="22"/>
        </w:rPr>
        <w:t>D. sự gia tăng nguồn nước thải.</w:t>
      </w:r>
    </w:p>
    <w:p/>
    <w:p>
      <w:r>
        <w:rPr>
          <w:b/>
          <w:sz w:val="24"/>
        </w:rPr>
        <w:t>Câu 19: Tài nguyên khoáng sản của nước ta đa dạng là do</w:t>
      </w:r>
    </w:p>
    <w:p>
      <w:pPr>
        <w:pStyle w:val="ListParagraph"/>
      </w:pPr>
      <w:r>
        <w:rPr>
          <w:sz w:val="22"/>
        </w:rPr>
        <w:t>A. nằm gần hai vành đai sinh khoáng lớn là Thái Bình Dương và Địa Trung Hải.</w:t>
      </w:r>
    </w:p>
    <w:p>
      <w:pPr>
        <w:pStyle w:val="ListParagraph"/>
      </w:pPr>
      <w:r>
        <w:rPr>
          <w:sz w:val="22"/>
        </w:rPr>
        <w:t>B. nằm trong “vành đai lửa” Thái Bình Dương.</w:t>
      </w:r>
    </w:p>
    <w:p>
      <w:pPr>
        <w:pStyle w:val="ListParagraph"/>
      </w:pPr>
      <w:r>
        <w:rPr>
          <w:sz w:val="22"/>
        </w:rPr>
        <w:t>C. các vận động tạo núi diễn ra liên tục ở giai đoạn Tân kiến tạo.</w:t>
      </w:r>
    </w:p>
    <w:p>
      <w:pPr>
        <w:pStyle w:val="ListParagraph"/>
      </w:pPr>
      <w:r>
        <w:rPr>
          <w:sz w:val="22"/>
        </w:rPr>
        <w:t>D. khí hậu ngày càng lạnh dẫn đến quá trình hóa thạch diễn ra nhanh chóng.</w:t>
      </w:r>
    </w:p>
    <w:p/>
    <w:p>
      <w:r>
        <w:rPr>
          <w:b/>
          <w:sz w:val="24"/>
        </w:rPr>
        <w:t>Câu 20: Vị trí nước ta nằm trong khu vực hoạt động của gió mùa điển hình ở châu Á nên</w:t>
      </w:r>
    </w:p>
    <w:p>
      <w:pPr>
        <w:pStyle w:val="ListParagraph"/>
      </w:pPr>
      <w:r>
        <w:rPr>
          <w:sz w:val="22"/>
        </w:rPr>
        <w:t>A. có sự phân mùa của khí hậu, các thành phần và cảnh quan tự nhiên.</w:t>
      </w:r>
    </w:p>
    <w:p>
      <w:pPr>
        <w:pStyle w:val="ListParagraph"/>
      </w:pPr>
      <w:r>
        <w:rPr>
          <w:sz w:val="22"/>
        </w:rPr>
        <w:t>B. 3/4 diện tích lãnh thổ là đồi núi, 1/4 diện tích lãnh thổ là đồng bằng.</w:t>
      </w:r>
    </w:p>
    <w:p>
      <w:pPr>
        <w:pStyle w:val="ListParagraph"/>
      </w:pPr>
      <w:r>
        <w:rPr>
          <w:sz w:val="22"/>
        </w:rPr>
        <w:t>C. luôn là nơi đầu tiên đón các đợt gió mùa về ở khu vực Đông Nam Á.</w:t>
      </w:r>
    </w:p>
    <w:p>
      <w:pPr>
        <w:pStyle w:val="ListParagraph"/>
      </w:pPr>
      <w:r>
        <w:rPr>
          <w:sz w:val="22"/>
        </w:rPr>
        <w:t>D. quanh năm chỉ có gió mùa đông hoạt động.</w:t>
      </w:r>
    </w:p>
    <w:p/>
    <w:p>
      <w:r>
        <w:rPr>
          <w:b/>
          <w:sz w:val="24"/>
        </w:rPr>
        <w:t>Câu 21: Số ngày mưa nhiều, tổng lượng mưa lớn và độ ẩm không khí trung bình năm cao là biểu hiện</w:t>
      </w:r>
    </w:p>
    <w:p>
      <w:pPr>
        <w:pStyle w:val="ListParagraph"/>
      </w:pPr>
      <w:r>
        <w:rPr>
          <w:sz w:val="22"/>
        </w:rPr>
        <w:t>A. về cân bằng ẩm của khí hậu.</w:t>
      </w:r>
    </w:p>
    <w:p>
      <w:pPr>
        <w:pStyle w:val="ListParagraph"/>
      </w:pPr>
      <w:r>
        <w:rPr>
          <w:sz w:val="22"/>
        </w:rPr>
        <w:t>B. tính ẩm của khí hậu.</w:t>
      </w:r>
    </w:p>
    <w:p>
      <w:pPr>
        <w:pStyle w:val="ListParagraph"/>
      </w:pPr>
      <w:r>
        <w:rPr>
          <w:sz w:val="22"/>
        </w:rPr>
        <w:t>C. tính nhiệt đới của khí hậu.</w:t>
      </w:r>
    </w:p>
    <w:p>
      <w:pPr>
        <w:pStyle w:val="ListParagraph"/>
      </w:pPr>
      <w:r>
        <w:rPr>
          <w:sz w:val="22"/>
        </w:rPr>
        <w:t>D. tính phân hóa của khí hậu.</w:t>
      </w:r>
    </w:p>
    <w:p/>
    <w:p>
      <w:r>
        <w:rPr>
          <w:b/>
          <w:sz w:val="24"/>
        </w:rPr>
        <w:t>Câu 22: Theo độ cao, thiên nhiên nước ta phân hóa thành bao nhiêu đai?</w:t>
      </w:r>
    </w:p>
    <w:p>
      <w:pPr>
        <w:pStyle w:val="ListParagraph"/>
      </w:pPr>
      <w:r>
        <w:rPr>
          <w:sz w:val="22"/>
        </w:rPr>
        <w:t>A. 5.</w:t>
      </w:r>
    </w:p>
    <w:p>
      <w:pPr>
        <w:pStyle w:val="ListParagraph"/>
      </w:pPr>
      <w:r>
        <w:rPr>
          <w:sz w:val="22"/>
        </w:rPr>
        <w:t>B. 4.</w:t>
      </w:r>
    </w:p>
    <w:p>
      <w:pPr>
        <w:pStyle w:val="ListParagraph"/>
      </w:pPr>
      <w:r>
        <w:rPr>
          <w:sz w:val="22"/>
        </w:rPr>
        <w:t>C. 3.</w:t>
      </w:r>
    </w:p>
    <w:p>
      <w:pPr>
        <w:pStyle w:val="ListParagraph"/>
      </w:pPr>
      <w:r>
        <w:rPr>
          <w:sz w:val="22"/>
        </w:rPr>
        <w:t>D. 2.</w:t>
      </w:r>
    </w:p>
    <w:p/>
    <w:p>
      <w:r>
        <w:rPr>
          <w:b/>
          <w:sz w:val="24"/>
        </w:rPr>
        <w:t>Câu 23: Sự phân hóa của khí hậu nước ta theo chiều Bắc – Nam là do</w:t>
      </w:r>
    </w:p>
    <w:p>
      <w:pPr>
        <w:pStyle w:val="ListParagraph"/>
      </w:pPr>
      <w:r>
        <w:rPr>
          <w:sz w:val="22"/>
        </w:rPr>
        <w:t>A. sự đa dạng của địa hình.</w:t>
      </w:r>
    </w:p>
    <w:p>
      <w:pPr>
        <w:pStyle w:val="ListParagraph"/>
      </w:pPr>
      <w:r>
        <w:rPr>
          <w:sz w:val="22"/>
        </w:rPr>
        <w:t>B. hoạt động của Tín phong.</w:t>
      </w:r>
    </w:p>
    <w:p>
      <w:pPr>
        <w:pStyle w:val="ListParagraph"/>
      </w:pPr>
      <w:r>
        <w:rPr>
          <w:sz w:val="22"/>
        </w:rPr>
        <w:t>C. gió mùa kết hợp với địa hình.</w:t>
      </w:r>
    </w:p>
    <w:p>
      <w:pPr>
        <w:pStyle w:val="ListParagraph"/>
      </w:pPr>
      <w:r>
        <w:rPr>
          <w:sz w:val="22"/>
        </w:rPr>
        <w:t>D. ảnh hưởng của dãy Trường Sơn.</w:t>
      </w:r>
    </w:p>
    <w:p/>
    <w:p>
      <w:r>
        <w:rPr>
          <w:b/>
          <w:sz w:val="24"/>
        </w:rPr>
        <w:t>Câu 24: Biểu hiện tính nhiệt đới ẩm gió mùa qua sông ngòi nước ta là</w:t>
      </w:r>
    </w:p>
    <w:p>
      <w:pPr>
        <w:pStyle w:val="ListParagraph"/>
      </w:pPr>
      <w:r>
        <w:rPr>
          <w:sz w:val="22"/>
        </w:rPr>
        <w:t>A. sông nhiều nước và lên xuống thất thường.</w:t>
      </w:r>
    </w:p>
    <w:p>
      <w:pPr>
        <w:pStyle w:val="ListParagraph"/>
      </w:pPr>
      <w:r>
        <w:rPr>
          <w:sz w:val="22"/>
        </w:rPr>
        <w:t>B. mật độ sông lớn; sông nhiều nước, nhiều phù sa và có sự phân mùa.</w:t>
      </w:r>
    </w:p>
    <w:p>
      <w:pPr>
        <w:pStyle w:val="ListParagraph"/>
      </w:pPr>
      <w:r>
        <w:rPr>
          <w:sz w:val="22"/>
        </w:rPr>
        <w:t>C. mật độ sông dày đặc, độ dốc lòng sông lớn, dòng chảy xiết.</w:t>
      </w:r>
    </w:p>
    <w:p>
      <w:pPr>
        <w:pStyle w:val="ListParagraph"/>
      </w:pPr>
      <w:r>
        <w:rPr>
          <w:sz w:val="22"/>
        </w:rPr>
        <w:t>D. nhiều sông lớn, chế độ nước khá điều hòa trong năm.</w:t>
      </w:r>
    </w:p>
    <w:p/>
    <w:p>
      <w:r>
        <w:rPr>
          <w:b/>
          <w:sz w:val="24"/>
        </w:rPr>
        <w:t>Câu 25: Sự phân hóa thiên nhiên của vùng biển – thềm lục địa, vùng đồng bằng ven biển và vùng đồi núi là biểu hiện của sự phân hóa theo chiều</w:t>
      </w:r>
    </w:p>
    <w:p>
      <w:pPr>
        <w:pStyle w:val="ListParagraph"/>
      </w:pPr>
      <w:r>
        <w:rPr>
          <w:sz w:val="22"/>
        </w:rPr>
        <w:t>A. Bắc – Nam.</w:t>
      </w:r>
    </w:p>
    <w:p>
      <w:pPr>
        <w:pStyle w:val="ListParagraph"/>
      </w:pPr>
      <w:r>
        <w:rPr>
          <w:sz w:val="22"/>
        </w:rPr>
        <w:t>B. Đông – Tây.</w:t>
      </w:r>
    </w:p>
    <w:p>
      <w:pPr>
        <w:pStyle w:val="ListParagraph"/>
      </w:pPr>
      <w:r>
        <w:rPr>
          <w:sz w:val="22"/>
        </w:rPr>
        <w:t>C. Độ cao.</w:t>
      </w:r>
    </w:p>
    <w:p>
      <w:pPr>
        <w:pStyle w:val="ListParagraph"/>
      </w:pPr>
      <w:r>
        <w:rPr>
          <w:sz w:val="22"/>
        </w:rPr>
        <w:t>D. Tây – Đông.</w:t>
      </w:r>
    </w:p>
    <w:p/>
    <w:p>
      <w:r>
        <w:rPr>
          <w:b/>
          <w:sz w:val="24"/>
        </w:rPr>
        <w:t>Câu 26: Nhận định nào sau đây đúng về tài nguyên rừng của nước ta hiện nay?</w:t>
      </w:r>
    </w:p>
    <w:p>
      <w:pPr>
        <w:pStyle w:val="ListParagraph"/>
      </w:pPr>
      <w:r>
        <w:rPr>
          <w:sz w:val="22"/>
        </w:rPr>
        <w:t>A. Chất lượng rừng đã được phục hồi hoàn toàn.</w:t>
      </w:r>
    </w:p>
    <w:p>
      <w:pPr>
        <w:pStyle w:val="ListParagraph"/>
      </w:pPr>
      <w:r>
        <w:rPr>
          <w:sz w:val="22"/>
        </w:rPr>
        <w:t>B. Rừng nghèo và mới phục hồi chiếm tỉ lệ lớn.</w:t>
      </w:r>
    </w:p>
    <w:p>
      <w:pPr>
        <w:pStyle w:val="ListParagraph"/>
      </w:pPr>
      <w:r>
        <w:rPr>
          <w:sz w:val="22"/>
        </w:rPr>
        <w:t>C. Diện tích rừng giảm nhanh, liên tục.</w:t>
      </w:r>
    </w:p>
    <w:p>
      <w:pPr>
        <w:pStyle w:val="ListParagraph"/>
      </w:pPr>
      <w:r>
        <w:rPr>
          <w:sz w:val="22"/>
        </w:rPr>
        <w:t>D. Diện tích rừng giàu chiếm tỉ lệ lớn.</w:t>
      </w:r>
    </w:p>
    <w:p/>
    <w:p>
      <w:r>
        <w:rPr>
          <w:b/>
          <w:sz w:val="24"/>
        </w:rPr>
        <w:t>Câu 27: Cho thông tin sau: Phần đất liền, phạm vi lãnh thổ Việt Nam được xác định bởi các điểm cực: cực Bắc ở khoảng vĩ độ 23°23’B; điểm cực Nam ở khoảng vĩ độ 8°34’B; điểm cực Tây ở khoảng kinh độ 102°09’Đ; điểm cực Đông ở khoảng kinh độ 109°28’Đ. Nước ta tiếp giáp với các nước láng giềng là Trung Quốc, Lào, Campuchia và có chung Biển Đông với nhiều quốc gia. a) Biên giới trên đất liền nước ta tiếp giáp với bốn quốc gia. b) Việt Nam nằm hoàn toàn trong vùng nội chí tuyến Bắc bán cầu. c) Nước ta nằm hoàn toàn ở bán cầu Đông. d) Thiên nhiên nước ta chịu ảnh hưởng sâu sắc của biển.</w:t>
      </w:r>
    </w:p>
    <w:p>
      <w:pPr>
        <w:pStyle w:val="ListParagraph"/>
      </w:pPr>
      <w:r>
        <w:rPr>
          <w:sz w:val="22"/>
        </w:rPr>
        <w:t>A. a) Đúng</w:t>
      </w:r>
    </w:p>
    <w:p>
      <w:pPr>
        <w:pStyle w:val="ListParagraph"/>
      </w:pPr>
      <w:r>
        <w:rPr>
          <w:sz w:val="22"/>
        </w:rPr>
        <w:t>B. b) Đúng</w:t>
      </w:r>
    </w:p>
    <w:p>
      <w:pPr>
        <w:pStyle w:val="ListParagraph"/>
      </w:pPr>
      <w:r>
        <w:rPr>
          <w:sz w:val="22"/>
        </w:rPr>
        <w:t>C. c) Đúng</w:t>
      </w:r>
    </w:p>
    <w:p>
      <w:pPr>
        <w:pStyle w:val="ListParagraph"/>
      </w:pPr>
      <w:r>
        <w:rPr>
          <w:sz w:val="22"/>
        </w:rPr>
        <w:t>D. d) Đúng</w:t>
      </w:r>
    </w:p>
    <w:p/>
    <w:p>
      <w:r>
        <w:rPr>
          <w:b/>
          <w:sz w:val="24"/>
        </w:rPr>
        <w:t>Câu 28: Cho thông tin sau: Tình trạng ô nhiễm môi trường ở nước ta đang là vấn đề cấp bách, mức độ ô nhiễm ở một số khu vực ngày càng gia tăng. Trong ô nhiễm môi trường, đáng chú ý nhất là ô nhiễm môi trường không khí và môi trường nước. a) Ở nước ta, tình trạng ô nhiễm không khí xảy ra nghiêm trọng tại các thành phố, khu công nghiệp. b) Nguồn nước sông của nước ta ô nhiễm chủ yếu do chất thải công nghiệp, đô thị và các làng nghề. c) Tình trạng ô nhiễm bụi mịn xảy ra ở các thành phố chủ yếu do hoạt động công nghiệp tạo ra nhiều chất thải. d) Nguyên nhân gián tiếp dẫn đến ô nhiễm môi trường là do chất thải sinh hoạt và sản xuất nông nghiệp hàng hóa.</w:t>
      </w:r>
    </w:p>
    <w:p>
      <w:pPr>
        <w:pStyle w:val="ListParagraph"/>
      </w:pPr>
      <w:r>
        <w:rPr>
          <w:sz w:val="22"/>
        </w:rPr>
        <w:t>A. a) Đúng</w:t>
      </w:r>
    </w:p>
    <w:p>
      <w:pPr>
        <w:pStyle w:val="ListParagraph"/>
      </w:pPr>
      <w:r>
        <w:rPr>
          <w:sz w:val="22"/>
        </w:rPr>
        <w:t>B. b) Đúng</w:t>
      </w:r>
    </w:p>
    <w:p>
      <w:pPr>
        <w:pStyle w:val="ListParagraph"/>
      </w:pPr>
      <w:r>
        <w:rPr>
          <w:sz w:val="22"/>
        </w:rPr>
        <w:t>C. c) Đúng</w:t>
      </w:r>
    </w:p>
    <w:p>
      <w:pPr>
        <w:pStyle w:val="ListParagraph"/>
      </w:pPr>
      <w:r>
        <w:rPr>
          <w:sz w:val="22"/>
        </w:rPr>
        <w:t>D. d) Đúng</w:t>
      </w:r>
    </w:p>
    <w:p/>
    <w:p>
      <w:r>
        <w:rPr>
          <w:b/>
          <w:sz w:val="24"/>
        </w:rPr>
        <w:t>Câu 29: Cho thông tin sau: “Sự phân hóa của thiên nhiên theo chiều Đông – Tây được thể hiện khá rõ ở vùng đồi núi nước ta. Vùng đồi núi Đông Bắc là nơi có mùa đông lạnh nhất cả nước, về mùa đông nhiệt độ hạ xuống rất thấp, thời tiết hanh khô, thiên nhiên mang tính chất cận nhiệt đới gió mùa. Vùng núi Tây Bắc có mùa đông tương đối ấm và khô hanh, ở các vùng núi thấp cảnh quan mang tính chất nhiệt đới gió mùa, tuy nhiên ở các vùng núi cao cảnh quan thiên nhiên lại giống vùng ôn đới”. a) Vùng núi Đông Bắc có mùa đông lạnh nhất cả nước do vị trí địa lí kết hợp với hướng núi. b) Vùng núi Tây Bắc có mùa đông ấm hơn, khô hanh do vị trí và ảnh hưởng của các dãy núi hướng Tây Bắc – Đông Nam đã ngăn cản gió mùa Đông Bắc. c) Vùng núi cao Tây Bắc nhiệt độ hạ thấp do gió mùa Đông Bắc kết hợp độ cao địa hình. d) Tại các vùng núi cao Tây Bắc có nhiệt độ hạ thấp do địa hình cao hút gió từ các hướng tới.</w:t>
      </w:r>
    </w:p>
    <w:p>
      <w:pPr>
        <w:pStyle w:val="ListParagraph"/>
      </w:pPr>
      <w:r>
        <w:rPr>
          <w:sz w:val="22"/>
        </w:rPr>
        <w:t>A. a) Đúng</w:t>
      </w:r>
    </w:p>
    <w:p>
      <w:pPr>
        <w:pStyle w:val="ListParagraph"/>
      </w:pPr>
      <w:r>
        <w:rPr>
          <w:sz w:val="22"/>
        </w:rPr>
        <w:t>B. b) Đúng</w:t>
      </w:r>
    </w:p>
    <w:p>
      <w:pPr>
        <w:pStyle w:val="ListParagraph"/>
      </w:pPr>
      <w:r>
        <w:rPr>
          <w:sz w:val="22"/>
        </w:rPr>
        <w:t>C. c) Đúng</w:t>
      </w:r>
    </w:p>
    <w:p>
      <w:pPr>
        <w:pStyle w:val="ListParagraph"/>
      </w:pPr>
      <w:r>
        <w:rPr>
          <w:sz w:val="22"/>
        </w:rPr>
        <w:t>D. d) Đúng</w:t>
      </w:r>
    </w:p>
    <w:p/>
    <w:p>
      <w:r>
        <w:rPr>
          <w:b/>
          <w:sz w:val="24"/>
        </w:rPr>
        <w:t>Câu 30: Cho bảng số liệu: Cơ cấu dân số phân theo nhóm tuổi ở nước ta giai đoạn 1999 – 2021 (Đơn vị: %) Nhóm tuổi/Năm 1999 2009 2019 2021 0 – 14 tuổi 33,1 24,5 24,3 24,1 15 – 64 tuổi 61,1 69,1 68,0 67,6 Từ 65 tuổi trở lên 5,8 6,4 7,7 8,3 a) Số dân trong nhóm 15 – 64 tuổi năm 2021 của nước ta là 66,6 triệu người (Tổng số dân năm 2021 là 98,5 triệu người). b) Cơ cấu dân số nước ta đang thay đổi theo xu hướng tăng tỉ trọng ở nhóm 0 – 14 tuổi, giảm tỉ trọng ở nhóm từ 65 tuổi trở lên. c) Dân số phân theo nhóm tuổi của nước ta đang ở giai đoạn cơ cấu dân số trẻ. d) Dân số nước ta liên tục tăng, gia tăng dân số có chiều hướng giảm.</w:t>
      </w:r>
    </w:p>
    <w:p>
      <w:pPr>
        <w:pStyle w:val="ListParagraph"/>
      </w:pPr>
      <w:r>
        <w:rPr>
          <w:sz w:val="22"/>
        </w:rPr>
        <w:t>A. a) Đúng</w:t>
      </w:r>
    </w:p>
    <w:p>
      <w:pPr>
        <w:pStyle w:val="ListParagraph"/>
      </w:pPr>
      <w:r>
        <w:rPr>
          <w:sz w:val="22"/>
        </w:rPr>
        <w:t>B. b) Đúng</w:t>
      </w:r>
    </w:p>
    <w:p>
      <w:pPr>
        <w:pStyle w:val="ListParagraph"/>
      </w:pPr>
      <w:r>
        <w:rPr>
          <w:sz w:val="22"/>
        </w:rPr>
        <w:t>C. c) Đúng</w:t>
      </w:r>
    </w:p>
    <w:p>
      <w:pPr>
        <w:pStyle w:val="ListParagraph"/>
      </w:pPr>
      <w:r>
        <w:rPr>
          <w:sz w:val="22"/>
        </w:rPr>
        <w:t>D. d) Đúng</w:t>
      </w:r>
    </w:p>
    <w:p/>
    <w:p>
      <w:r>
        <w:rPr>
          <w:b/>
          <w:sz w:val="24"/>
        </w:rPr>
        <w:t>Câu 31: Đọc đoạn thông tin và kiến thức đã học, hãy chọn đúng hoặc sai ở mỗi ý a), b), c), d) sau đây. Nước ta nằm ở phía đông của bán đảo Đông Dương, phần đất liền tiếp giáp với 3 quốc gia. Trên biển, Việt Nam có chung Biển Đông với nhiều quốc gia khác. Nước ta nằm ở vị trí trung chuyển của các tuyến đường hàng hải và hàng không quốc tế, cũng như các tuyến đường bộ, đường sắt xuyên Á. a) Ba quốc gia tiếp giáp với nước ta trên đất liền là: Trung Quốc, Thái Lan, Lào. b) Nước ta là cửa ngõ thông ra biển của một số quốc gia trong khu vực. c) Vị trí địa lí đã tạo thuận lợi cho nước ta mở rộng giao lưu, phát triển các ngành kinh tế biển. d) Vị trí địa lí đã tạo nhiều thuận lợi cho nước ta trong việc bảo vệ an ninh quốc phòng.</w:t>
      </w:r>
    </w:p>
    <w:p>
      <w:pPr>
        <w:pStyle w:val="ListParagraph"/>
      </w:pPr>
      <w:r>
        <w:rPr>
          <w:sz w:val="22"/>
        </w:rPr>
        <w:t>A. a) Đúng</w:t>
      </w:r>
    </w:p>
    <w:p>
      <w:pPr>
        <w:pStyle w:val="ListParagraph"/>
      </w:pPr>
      <w:r>
        <w:rPr>
          <w:sz w:val="22"/>
        </w:rPr>
        <w:t>B. b) Đúng</w:t>
      </w:r>
    </w:p>
    <w:p>
      <w:pPr>
        <w:pStyle w:val="ListParagraph"/>
      </w:pPr>
      <w:r>
        <w:rPr>
          <w:sz w:val="22"/>
        </w:rPr>
        <w:t>C. c) Đúng</w:t>
      </w:r>
    </w:p>
    <w:p>
      <w:pPr>
        <w:pStyle w:val="ListParagraph"/>
      </w:pPr>
      <w:r>
        <w:rPr>
          <w:sz w:val="22"/>
        </w:rPr>
        <w:t>D. d) Đúng</w:t>
      </w:r>
    </w:p>
    <w:p/>
    <w:p>
      <w:r>
        <w:rPr>
          <w:b/>
          <w:sz w:val="24"/>
        </w:rPr>
        <w:t>Câu 32: Cho thông tin sau: “Từ tháng 11 đến tháng 4 năm sau, miền Bắc nước ta chịu tác động của gió mùa Đông Bắc. Nửa đầu mùa đông, miền Bắc có thời tiết lạnh khô, nửa sau mùa đông có thời tiết lạnh ẩm, có mưa phùn ở vùng ven biển và các đồng bằng ở Bắc Bộ và Bắc Trung Bộ. Từ 16°B trở vào Nam, khối khí lạnh đã bị suy yếu nên Tín phong bán cầu Bắc chiếm ưu thế”. a) Hoạt động của gió mùa Đông Bắc đã làm cho miền Bắc có một mùa đông lạnh. b) Gió mùa Đông Bắc bị biến tính khi đi qua biển nên gây mưa phùn vào cuối mùa đông ở vùng ven biển và các đồng bằng ở Bắc Bộ, Bắc Trung Bộ. c) Tín phong bán cầu Bắc là nguyên nhân chính tạo nên mùa khô ở Nam Bộ và Tây Nguyên. d) Gió mùa Đông Bắc là nguyên nhân tạo nên mùa khô cho cả nước.</w:t>
      </w:r>
    </w:p>
    <w:p>
      <w:pPr>
        <w:pStyle w:val="ListParagraph"/>
      </w:pPr>
      <w:r>
        <w:rPr>
          <w:sz w:val="22"/>
        </w:rPr>
        <w:t>A. a) Đúng</w:t>
      </w:r>
    </w:p>
    <w:p>
      <w:pPr>
        <w:pStyle w:val="ListParagraph"/>
      </w:pPr>
      <w:r>
        <w:rPr>
          <w:sz w:val="22"/>
        </w:rPr>
        <w:t>B. b) Đúng</w:t>
      </w:r>
    </w:p>
    <w:p>
      <w:pPr>
        <w:pStyle w:val="ListParagraph"/>
      </w:pPr>
      <w:r>
        <w:rPr>
          <w:sz w:val="22"/>
        </w:rPr>
        <w:t>C. c) Đúng</w:t>
      </w:r>
    </w:p>
    <w:p>
      <w:pPr>
        <w:pStyle w:val="ListParagraph"/>
      </w:pPr>
      <w:r>
        <w:rPr>
          <w:sz w:val="22"/>
        </w:rPr>
        <w:t>D. d) Đúng</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B</w:t>
      </w:r>
    </w:p>
    <w:p>
      <w:r>
        <w:rPr>
          <w:b/>
        </w:rPr>
        <w:t>Câu 5: Đáp án đúng: C</w:t>
      </w:r>
    </w:p>
    <w:p>
      <w:r>
        <w:rPr>
          <w:b/>
        </w:rPr>
        <w:t>Câu 6: Đáp án đúng: C</w:t>
      </w:r>
    </w:p>
    <w:p>
      <w:r>
        <w:rPr>
          <w:b/>
        </w:rPr>
        <w:t>Câu 7: Đáp án đúng: A</w:t>
      </w:r>
    </w:p>
    <w:p>
      <w:r>
        <w:rPr>
          <w:b/>
        </w:rPr>
        <w:t>Câu 8: Đáp án đúng: C</w:t>
      </w:r>
    </w:p>
    <w:p>
      <w:r>
        <w:rPr>
          <w:b/>
        </w:rPr>
        <w:t>Câu 9: Đáp án đúng: D</w:t>
      </w:r>
    </w:p>
    <w:p>
      <w:r>
        <w:rPr>
          <w:b/>
        </w:rPr>
        <w:t>Câu 10: Đáp án đúng: C</w:t>
      </w:r>
    </w:p>
    <w:p>
      <w:r>
        <w:rPr>
          <w:b/>
        </w:rPr>
        <w:t>Câu 11: Đáp án đúng: D</w:t>
      </w:r>
    </w:p>
    <w:p>
      <w:r>
        <w:rPr>
          <w:b/>
        </w:rPr>
        <w:t>Câu 12: Đáp án đúng: A</w:t>
      </w:r>
    </w:p>
    <w:p>
      <w:r>
        <w:rPr>
          <w:b/>
        </w:rPr>
        <w:t>Câu 13: Đáp án đúng: B</w:t>
      </w:r>
    </w:p>
    <w:p>
      <w:r>
        <w:rPr>
          <w:b/>
        </w:rPr>
        <w:t>Câu 14: Đáp án đúng: C</w:t>
      </w:r>
    </w:p>
    <w:p>
      <w:r>
        <w:rPr>
          <w:b/>
        </w:rPr>
        <w:t>Câu 15: Đáp án đúng: C</w:t>
      </w:r>
    </w:p>
    <w:p>
      <w:r>
        <w:rPr>
          <w:b/>
        </w:rPr>
        <w:t>Câu 16: Đáp án đúng: B</w:t>
      </w:r>
    </w:p>
    <w:p>
      <w:r>
        <w:rPr>
          <w:b/>
        </w:rPr>
        <w:t>Câu 17: Đáp án đúng: B</w:t>
      </w:r>
    </w:p>
    <w:p>
      <w:r>
        <w:rPr>
          <w:b/>
        </w:rPr>
        <w:t>Câu 18: Đáp án đúng: D</w:t>
      </w:r>
    </w:p>
    <w:p>
      <w:r>
        <w:rPr>
          <w:b/>
        </w:rPr>
        <w:t>Câu 19: Đáp án đúng: A</w:t>
      </w:r>
    </w:p>
    <w:p>
      <w:r>
        <w:rPr>
          <w:b/>
        </w:rPr>
        <w:t>Câu 20: Đáp án đúng: A</w:t>
      </w:r>
    </w:p>
    <w:p>
      <w:r>
        <w:rPr>
          <w:b/>
        </w:rPr>
        <w:t>Câu 21: Đáp án đúng: B</w:t>
      </w:r>
    </w:p>
    <w:p>
      <w:r>
        <w:rPr>
          <w:b/>
        </w:rPr>
        <w:t>Câu 22: Đáp án đúng: C</w:t>
      </w:r>
    </w:p>
    <w:p>
      <w:r>
        <w:rPr>
          <w:b/>
        </w:rPr>
        <w:t>Câu 23: Đáp án đúng: C</w:t>
      </w:r>
    </w:p>
    <w:p>
      <w:r>
        <w:rPr>
          <w:b/>
        </w:rPr>
        <w:t>Câu 24: Đáp án đúng: B</w:t>
      </w:r>
    </w:p>
    <w:p>
      <w:r>
        <w:rPr>
          <w:b/>
        </w:rPr>
        <w:t>Câu 25: Đáp án đúng: B</w:t>
      </w:r>
    </w:p>
    <w:p>
      <w:r>
        <w:rPr>
          <w:b/>
        </w:rPr>
        <w:t>Câu 26: Đáp án đúng: B</w:t>
      </w:r>
    </w:p>
    <w:p>
      <w:r>
        <w:rPr>
          <w:b/>
        </w:rPr>
        <w:t>Câu 27: Đáp án đúng: None</w:t>
      </w:r>
    </w:p>
    <w:p>
      <w:r>
        <w:rPr>
          <w:b/>
        </w:rPr>
        <w:t>Câu 28: Đáp án đúng: None</w:t>
      </w:r>
    </w:p>
    <w:p>
      <w:r>
        <w:rPr>
          <w:b/>
        </w:rPr>
        <w:t>Câu 29: Đáp án đúng: None</w:t>
      </w:r>
    </w:p>
    <w:p>
      <w:r>
        <w:rPr>
          <w:b/>
        </w:rPr>
        <w:t>Câu 30: Đáp án đúng: None</w:t>
      </w:r>
    </w:p>
    <w:p>
      <w:r>
        <w:rPr>
          <w:b/>
        </w:rPr>
        <w:t>Câu 31: Đáp án đúng: None</w:t>
      </w:r>
    </w:p>
    <w:p>
      <w:r>
        <w:rPr>
          <w:b/>
        </w:rPr>
        <w:t>Câu 32: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