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Hóa học Lớp 6 - Tính theo phương trình hóa học</w:t>
      </w:r>
    </w:p>
    <w:p>
      <w:pPr>
        <w:jc w:val="center"/>
      </w:pPr>
      <w:r>
        <w:rPr>
          <w:sz w:val="22"/>
        </w:rPr>
        <w:t>Số câu: 18    Thời gian: _____ phút    Họ và tên: _________________________</w:t>
      </w:r>
    </w:p>
    <w:p/>
    <w:p>
      <w:r>
        <w:rPr>
          <w:b/>
          <w:sz w:val="24"/>
        </w:rPr>
        <w:t>Câu 1: Cho phản ứng: $2H_2 + O_2 \rightarrow 2H_2O$. Nếu có 4 mol $H_2$ phản ứng hoàn toàn với $O_2$ dư, số mol $H_2O$ thu được là:</w:t>
      </w:r>
    </w:p>
    <w:p>
      <w:pPr>
        <w:pStyle w:val="ListParagraph"/>
      </w:pPr>
      <w:r>
        <w:rPr>
          <w:sz w:val="22"/>
        </w:rPr>
        <w:t>A. 2 mol</w:t>
      </w:r>
    </w:p>
    <w:p>
      <w:pPr>
        <w:pStyle w:val="ListParagraph"/>
      </w:pPr>
      <w:r>
        <w:rPr>
          <w:sz w:val="22"/>
        </w:rPr>
        <w:t>B. 4 mol</w:t>
      </w:r>
    </w:p>
    <w:p>
      <w:pPr>
        <w:pStyle w:val="ListParagraph"/>
      </w:pPr>
      <w:r>
        <w:rPr>
          <w:sz w:val="22"/>
        </w:rPr>
        <w:t>C. 6 mol</w:t>
      </w:r>
    </w:p>
    <w:p>
      <w:pPr>
        <w:pStyle w:val="ListParagraph"/>
      </w:pPr>
      <w:r>
        <w:rPr>
          <w:sz w:val="22"/>
        </w:rPr>
        <w:t>D. 8 mol</w:t>
      </w:r>
    </w:p>
    <w:p/>
    <w:p>
      <w:r>
        <w:rPr>
          <w:b/>
          <w:sz w:val="24"/>
        </w:rPr>
        <w:t>Câu 2: Đốt cháy hoàn toàn 12 gam cacbon (C) trong khí oxi dư. Thể tích khí $CO_2$ thu được ở đktc là bao nhiêu? (C = 12)</w:t>
      </w:r>
    </w:p>
    <w:p>
      <w:pPr>
        <w:pStyle w:val="ListParagraph"/>
      </w:pPr>
      <w:r>
        <w:rPr>
          <w:sz w:val="22"/>
        </w:rPr>
        <w:t>A. 11,2 lít</w:t>
      </w:r>
    </w:p>
    <w:p>
      <w:pPr>
        <w:pStyle w:val="ListParagraph"/>
      </w:pPr>
      <w:r>
        <w:rPr>
          <w:sz w:val="22"/>
        </w:rPr>
        <w:t>B. 22,4 lít</w:t>
      </w:r>
    </w:p>
    <w:p>
      <w:pPr>
        <w:pStyle w:val="ListParagraph"/>
      </w:pPr>
      <w:r>
        <w:rPr>
          <w:sz w:val="22"/>
        </w:rPr>
        <w:t>C. 33,6 lít</w:t>
      </w:r>
    </w:p>
    <w:p>
      <w:pPr>
        <w:pStyle w:val="ListParagraph"/>
      </w:pPr>
      <w:r>
        <w:rPr>
          <w:sz w:val="22"/>
        </w:rPr>
        <w:t>D. 44,8 lít</w:t>
      </w:r>
    </w:p>
    <w:p/>
    <w:p>
      <w:r>
        <w:rPr>
          <w:b/>
          <w:sz w:val="24"/>
        </w:rPr>
        <w:t>Câu 3: Cho 5,6 gam Fe tác dụng vừa đủ với dung dịch HCl. Thể tích khí $H_2$ thoát ra ở đktc là bao nhiêu? (Fe = 56)</w:t>
      </w:r>
    </w:p>
    <w:p>
      <w:pPr>
        <w:pStyle w:val="ListParagraph"/>
      </w:pPr>
      <w:r>
        <w:rPr>
          <w:sz w:val="22"/>
        </w:rPr>
        <w:t>A. 1,12 lít</w:t>
      </w:r>
    </w:p>
    <w:p>
      <w:pPr>
        <w:pStyle w:val="ListParagraph"/>
      </w:pPr>
      <w:r>
        <w:rPr>
          <w:sz w:val="22"/>
        </w:rPr>
        <w:t>B. 2,24 lít</w:t>
      </w:r>
    </w:p>
    <w:p>
      <w:pPr>
        <w:pStyle w:val="ListParagraph"/>
      </w:pPr>
      <w:r>
        <w:rPr>
          <w:sz w:val="22"/>
        </w:rPr>
        <w:t>C. 3,36 lít</w:t>
      </w:r>
    </w:p>
    <w:p>
      <w:pPr>
        <w:pStyle w:val="ListParagraph"/>
      </w:pPr>
      <w:r>
        <w:rPr>
          <w:sz w:val="22"/>
        </w:rPr>
        <w:t>D. 4,48 lít</w:t>
      </w:r>
    </w:p>
    <w:p/>
    <w:p>
      <w:r>
        <w:rPr>
          <w:b/>
          <w:sz w:val="24"/>
        </w:rPr>
        <w:t>Câu 4: Nhiệt phân hoàn toàn 24,5 gam $KClO_3$ (có xúc tác $MnO_2$). Thể tích khí $O_2$ thu được ở đktc là bao nhiêu? (K = 39, Cl = 35,5, O = 16)</w:t>
      </w:r>
    </w:p>
    <w:p>
      <w:pPr>
        <w:pStyle w:val="ListParagraph"/>
      </w:pPr>
      <w:r>
        <w:rPr>
          <w:sz w:val="22"/>
        </w:rPr>
        <w:t>A. 6,72 lít</w:t>
      </w:r>
    </w:p>
    <w:p>
      <w:pPr>
        <w:pStyle w:val="ListParagraph"/>
      </w:pPr>
      <w:r>
        <w:rPr>
          <w:sz w:val="22"/>
        </w:rPr>
        <w:t>B. 13,44 lít</w:t>
      </w:r>
    </w:p>
    <w:p>
      <w:pPr>
        <w:pStyle w:val="ListParagraph"/>
      </w:pPr>
      <w:r>
        <w:rPr>
          <w:sz w:val="22"/>
        </w:rPr>
        <w:t>C. 20,16 lít</w:t>
      </w:r>
    </w:p>
    <w:p>
      <w:pPr>
        <w:pStyle w:val="ListParagraph"/>
      </w:pPr>
      <w:r>
        <w:rPr>
          <w:sz w:val="22"/>
        </w:rPr>
        <w:t>D. 26,88 lít</w:t>
      </w:r>
    </w:p>
    <w:p/>
    <w:p>
      <w:r>
        <w:rPr>
          <w:b/>
          <w:sz w:val="24"/>
        </w:rPr>
        <w:t>Câu 5: Cho 13 gam Zn tác dụng với dung dịch $H_2SO_4$ loãng dư. Khối lượng muối $ZnSO_4$ thu được là bao nhiêu? (Zn = 65, S = 32, O = 16)</w:t>
      </w:r>
    </w:p>
    <w:p>
      <w:pPr>
        <w:pStyle w:val="ListParagraph"/>
      </w:pPr>
      <w:r>
        <w:rPr>
          <w:sz w:val="22"/>
        </w:rPr>
        <w:t>A. 16,1 gam</w:t>
      </w:r>
    </w:p>
    <w:p>
      <w:pPr>
        <w:pStyle w:val="ListParagraph"/>
      </w:pPr>
      <w:r>
        <w:rPr>
          <w:sz w:val="22"/>
        </w:rPr>
        <w:t>B. 32,2 gam</w:t>
      </w:r>
    </w:p>
    <w:p>
      <w:pPr>
        <w:pStyle w:val="ListParagraph"/>
      </w:pPr>
      <w:r>
        <w:rPr>
          <w:sz w:val="22"/>
        </w:rPr>
        <w:t>C. 48,3 gam</w:t>
      </w:r>
    </w:p>
    <w:p>
      <w:pPr>
        <w:pStyle w:val="ListParagraph"/>
      </w:pPr>
      <w:r>
        <w:rPr>
          <w:sz w:val="22"/>
        </w:rPr>
        <w:t>D. 64,4 gam</w:t>
      </w:r>
    </w:p>
    <w:p/>
    <w:p>
      <w:r>
        <w:rPr>
          <w:b/>
          <w:sz w:val="24"/>
        </w:rPr>
        <w:t>Câu 6: Để điều chế 8 gam Cu bằng cách khử CuO bằng khí $H_2$, khối lượng CuO cần dùng là bao nhiêu? (Cu = 64, O = 16)</w:t>
      </w:r>
    </w:p>
    <w:p>
      <w:pPr>
        <w:pStyle w:val="ListParagraph"/>
      </w:pPr>
      <w:r>
        <w:rPr>
          <w:sz w:val="22"/>
        </w:rPr>
        <w:t>A. 8 gam</w:t>
      </w:r>
    </w:p>
    <w:p>
      <w:pPr>
        <w:pStyle w:val="ListParagraph"/>
      </w:pPr>
      <w:r>
        <w:rPr>
          <w:sz w:val="22"/>
        </w:rPr>
        <w:t>B. 10 gam</w:t>
      </w:r>
    </w:p>
    <w:p>
      <w:pPr>
        <w:pStyle w:val="ListParagraph"/>
      </w:pPr>
      <w:r>
        <w:rPr>
          <w:sz w:val="22"/>
        </w:rPr>
        <w:t>C. 12 gam</w:t>
      </w:r>
    </w:p>
    <w:p>
      <w:pPr>
        <w:pStyle w:val="ListParagraph"/>
      </w:pPr>
      <w:r>
        <w:rPr>
          <w:sz w:val="22"/>
        </w:rPr>
        <w:t>D. 16 gam</w:t>
      </w:r>
    </w:p>
    <w:p/>
    <w:p>
      <w:r>
        <w:rPr>
          <w:b/>
          <w:sz w:val="24"/>
        </w:rPr>
        <w:t>Câu 7: Cho 4,8 gam Mg tác dụng hết với dung dịch HCl. Khối lượng $MgCl_2$ tạo thành là bao nhiêu? (Mg = 24, Cl = 35,5)</w:t>
      </w:r>
    </w:p>
    <w:p>
      <w:pPr>
        <w:pStyle w:val="ListParagraph"/>
      </w:pPr>
      <w:r>
        <w:rPr>
          <w:sz w:val="22"/>
        </w:rPr>
        <w:t>A. 9,5 gam</w:t>
      </w:r>
    </w:p>
    <w:p>
      <w:pPr>
        <w:pStyle w:val="ListParagraph"/>
      </w:pPr>
      <w:r>
        <w:rPr>
          <w:sz w:val="22"/>
        </w:rPr>
        <w:t>B. 19 gam</w:t>
      </w:r>
    </w:p>
    <w:p>
      <w:pPr>
        <w:pStyle w:val="ListParagraph"/>
      </w:pPr>
      <w:r>
        <w:rPr>
          <w:sz w:val="22"/>
        </w:rPr>
        <w:t>C. 28,5 gam</w:t>
      </w:r>
    </w:p>
    <w:p>
      <w:pPr>
        <w:pStyle w:val="ListParagraph"/>
      </w:pPr>
      <w:r>
        <w:rPr>
          <w:sz w:val="22"/>
        </w:rPr>
        <w:t>D. 38 gam</w:t>
      </w:r>
    </w:p>
    <w:p/>
    <w:p>
      <w:r>
        <w:rPr>
          <w:b/>
          <w:sz w:val="24"/>
        </w:rPr>
        <w:t>Câu 8: Đốt cháy hoàn toàn 3,1 gam photpho trong oxi dư, thu được $P_2O_5$. Khối lượng $P_2O_5$ tạo thành là bao nhiêu? (P = 31, O = 16)</w:t>
      </w:r>
    </w:p>
    <w:p>
      <w:pPr>
        <w:pStyle w:val="ListParagraph"/>
      </w:pPr>
      <w:r>
        <w:rPr>
          <w:sz w:val="22"/>
        </w:rPr>
        <w:t>A. 7,1 gam</w:t>
      </w:r>
    </w:p>
    <w:p>
      <w:pPr>
        <w:pStyle w:val="ListParagraph"/>
      </w:pPr>
      <w:r>
        <w:rPr>
          <w:sz w:val="22"/>
        </w:rPr>
        <w:t>B. 14,2 gam</w:t>
      </w:r>
    </w:p>
    <w:p>
      <w:pPr>
        <w:pStyle w:val="ListParagraph"/>
      </w:pPr>
      <w:r>
        <w:rPr>
          <w:sz w:val="22"/>
        </w:rPr>
        <w:t>C. 21,3 gam</w:t>
      </w:r>
    </w:p>
    <w:p>
      <w:pPr>
        <w:pStyle w:val="ListParagraph"/>
      </w:pPr>
      <w:r>
        <w:rPr>
          <w:sz w:val="22"/>
        </w:rPr>
        <w:t>D. 28,4 gam</w:t>
      </w:r>
    </w:p>
    <w:p/>
    <w:p>
      <w:r>
        <w:rPr>
          <w:b/>
          <w:sz w:val="24"/>
        </w:rPr>
        <w:t>Câu 9: Cho 2,24 lít khí $CO_2$ (đktc) hấp thụ hoàn toàn vào dung dịch $Ca(OH)_2$ dư. Khối lượng kết tủa $CaCO_3$ thu được là bao nhiêu? (Ca = 40, C = 12, O = 16)</w:t>
      </w:r>
    </w:p>
    <w:p>
      <w:pPr>
        <w:pStyle w:val="ListParagraph"/>
      </w:pPr>
      <w:r>
        <w:rPr>
          <w:sz w:val="22"/>
        </w:rPr>
        <w:t>A. 5 gam</w:t>
      </w:r>
    </w:p>
    <w:p>
      <w:pPr>
        <w:pStyle w:val="ListParagraph"/>
      </w:pPr>
      <w:r>
        <w:rPr>
          <w:sz w:val="22"/>
        </w:rPr>
        <w:t>B. 10 gam</w:t>
      </w:r>
    </w:p>
    <w:p>
      <w:pPr>
        <w:pStyle w:val="ListParagraph"/>
      </w:pPr>
      <w:r>
        <w:rPr>
          <w:sz w:val="22"/>
        </w:rPr>
        <w:t>C. 15 gam</w:t>
      </w:r>
    </w:p>
    <w:p>
      <w:pPr>
        <w:pStyle w:val="ListParagraph"/>
      </w:pPr>
      <w:r>
        <w:rPr>
          <w:sz w:val="22"/>
        </w:rPr>
        <w:t>D. 20 gam</w:t>
      </w:r>
    </w:p>
    <w:p/>
    <w:p>
      <w:r>
        <w:rPr>
          <w:b/>
          <w:sz w:val="24"/>
        </w:rPr>
        <w:t>Câu 10: Cần bao nhiêu gam $KMnO_4$ để điều chế 2,24 lít khí $O_2$ (đktc)? Biết phản ứng nhiệt phân: $2KMnO_4 \rightarrow K_2MnO_4 + MnO_2 + O_2$. (K = 39, Mn = 55, O = 16)</w:t>
      </w:r>
    </w:p>
    <w:p>
      <w:pPr>
        <w:pStyle w:val="ListParagraph"/>
      </w:pPr>
      <w:r>
        <w:rPr>
          <w:sz w:val="22"/>
        </w:rPr>
        <w:t>A. 15,8 gam</w:t>
      </w:r>
    </w:p>
    <w:p>
      <w:pPr>
        <w:pStyle w:val="ListParagraph"/>
      </w:pPr>
      <w:r>
        <w:rPr>
          <w:sz w:val="22"/>
        </w:rPr>
        <w:t>B. 31,6 gam</w:t>
      </w:r>
    </w:p>
    <w:p>
      <w:pPr>
        <w:pStyle w:val="ListParagraph"/>
      </w:pPr>
      <w:r>
        <w:rPr>
          <w:sz w:val="22"/>
        </w:rPr>
        <w:t>C. 47,4 gam</w:t>
      </w:r>
    </w:p>
    <w:p>
      <w:pPr>
        <w:pStyle w:val="ListParagraph"/>
      </w:pPr>
      <w:r>
        <w:rPr>
          <w:sz w:val="22"/>
        </w:rPr>
        <w:t>D. 63,2 gam</w:t>
      </w:r>
    </w:p>
    <w:p/>
    <w:p>
      <w:r>
        <w:rPr>
          <w:b/>
          <w:sz w:val="24"/>
        </w:rPr>
        <w:t>Câu 11: Cho 6,5 gam Zn tác dụng với dung dịch HCl dư. Thể tích khí $H_2$ thu được ở đktc là bao nhiêu? (Zn = 65)</w:t>
      </w:r>
    </w:p>
    <w:p>
      <w:pPr>
        <w:pStyle w:val="ListParagraph"/>
      </w:pPr>
      <w:r>
        <w:rPr>
          <w:sz w:val="22"/>
        </w:rPr>
        <w:t>A. 1,12 lít</w:t>
      </w:r>
    </w:p>
    <w:p>
      <w:pPr>
        <w:pStyle w:val="ListParagraph"/>
      </w:pPr>
      <w:r>
        <w:rPr>
          <w:sz w:val="22"/>
        </w:rPr>
        <w:t>B. 2,24 lít</w:t>
      </w:r>
    </w:p>
    <w:p>
      <w:pPr>
        <w:pStyle w:val="ListParagraph"/>
      </w:pPr>
      <w:r>
        <w:rPr>
          <w:sz w:val="22"/>
        </w:rPr>
        <w:t>C. 3,36 lít</w:t>
      </w:r>
    </w:p>
    <w:p>
      <w:pPr>
        <w:pStyle w:val="ListParagraph"/>
      </w:pPr>
      <w:r>
        <w:rPr>
          <w:sz w:val="22"/>
        </w:rPr>
        <w:t>D. 4,48 lít</w:t>
      </w:r>
    </w:p>
    <w:p/>
    <w:p>
      <w:r>
        <w:rPr>
          <w:b/>
          <w:sz w:val="24"/>
        </w:rPr>
        <w:t>Câu 12: Đốt cháy hoàn toàn 4,6 gam Na trong khí oxi dư, thu được $Na_2O$. Khối lượng $Na_2O$ tạo thành là bao nhiêu? (Na = 23, O = 16)</w:t>
      </w:r>
    </w:p>
    <w:p>
      <w:pPr>
        <w:pStyle w:val="ListParagraph"/>
      </w:pPr>
      <w:r>
        <w:rPr>
          <w:sz w:val="22"/>
        </w:rPr>
        <w:t>A. 3,1 gam</w:t>
      </w:r>
    </w:p>
    <w:p>
      <w:pPr>
        <w:pStyle w:val="ListParagraph"/>
      </w:pPr>
      <w:r>
        <w:rPr>
          <w:sz w:val="22"/>
        </w:rPr>
        <w:t>B. 6,2 gam</w:t>
      </w:r>
    </w:p>
    <w:p>
      <w:pPr>
        <w:pStyle w:val="ListParagraph"/>
      </w:pPr>
      <w:r>
        <w:rPr>
          <w:sz w:val="22"/>
        </w:rPr>
        <w:t>C. 9,3 gam</w:t>
      </w:r>
    </w:p>
    <w:p>
      <w:pPr>
        <w:pStyle w:val="ListParagraph"/>
      </w:pPr>
      <w:r>
        <w:rPr>
          <w:sz w:val="22"/>
        </w:rPr>
        <w:t>D. 12,4 gam</w:t>
      </w:r>
    </w:p>
    <w:p/>
    <w:p>
      <w:r>
        <w:rPr>
          <w:b/>
          <w:sz w:val="24"/>
        </w:rPr>
        <w:t>Câu 13: Cho 8 gam CuO tác dụng với khí $H_2$ dư, đun nóng. Khối lượng Cu thu được sau phản ứng là bao nhiêu? (Cu = 64, O = 16)</w:t>
      </w:r>
    </w:p>
    <w:p>
      <w:pPr>
        <w:pStyle w:val="ListParagraph"/>
      </w:pPr>
      <w:r>
        <w:rPr>
          <w:sz w:val="22"/>
        </w:rPr>
        <w:t>A. 3,2 gam</w:t>
      </w:r>
    </w:p>
    <w:p>
      <w:pPr>
        <w:pStyle w:val="ListParagraph"/>
      </w:pPr>
      <w:r>
        <w:rPr>
          <w:sz w:val="22"/>
        </w:rPr>
        <w:t>B. 6,4 gam</w:t>
      </w:r>
    </w:p>
    <w:p>
      <w:pPr>
        <w:pStyle w:val="ListParagraph"/>
      </w:pPr>
      <w:r>
        <w:rPr>
          <w:sz w:val="22"/>
        </w:rPr>
        <w:t>C. 9,6 gam</w:t>
      </w:r>
    </w:p>
    <w:p>
      <w:pPr>
        <w:pStyle w:val="ListParagraph"/>
      </w:pPr>
      <w:r>
        <w:rPr>
          <w:sz w:val="22"/>
        </w:rPr>
        <w:t>D. 12,8 gam</w:t>
      </w:r>
    </w:p>
    <w:p/>
    <w:p>
      <w:r>
        <w:rPr>
          <w:b/>
          <w:sz w:val="24"/>
        </w:rPr>
        <w:t>Câu 14: Cho 5,4 gam Al tác dụng với dung dịch HCl dư. Thể tích khí $H_2$ thoát ra ở đktc là bao nhiêu? (Al = 27)</w:t>
      </w:r>
    </w:p>
    <w:p>
      <w:pPr>
        <w:pStyle w:val="ListParagraph"/>
      </w:pPr>
      <w:r>
        <w:rPr>
          <w:sz w:val="22"/>
        </w:rPr>
        <w:t>A. 2,24 lít</w:t>
      </w:r>
    </w:p>
    <w:p>
      <w:pPr>
        <w:pStyle w:val="ListParagraph"/>
      </w:pPr>
      <w:r>
        <w:rPr>
          <w:sz w:val="22"/>
        </w:rPr>
        <w:t>B. 4,48 lít</w:t>
      </w:r>
    </w:p>
    <w:p>
      <w:pPr>
        <w:pStyle w:val="ListParagraph"/>
      </w:pPr>
      <w:r>
        <w:rPr>
          <w:sz w:val="22"/>
        </w:rPr>
        <w:t>C. 6,72 lít</w:t>
      </w:r>
    </w:p>
    <w:p>
      <w:pPr>
        <w:pStyle w:val="ListParagraph"/>
      </w:pPr>
      <w:r>
        <w:rPr>
          <w:sz w:val="22"/>
        </w:rPr>
        <w:t>D. 8,96 lít</w:t>
      </w:r>
    </w:p>
    <w:p/>
    <w:p>
      <w:r>
        <w:rPr>
          <w:b/>
          <w:sz w:val="24"/>
        </w:rPr>
        <w:t>Câu 15: Đốt cháy hoàn toàn 2,4 gam Mg trong khí oxi dư, thu được MgO. Khối lượng MgO tạo thành là bao nhiêu? (Mg = 24, O = 16)</w:t>
      </w:r>
    </w:p>
    <w:p>
      <w:pPr>
        <w:pStyle w:val="ListParagraph"/>
      </w:pPr>
      <w:r>
        <w:rPr>
          <w:sz w:val="22"/>
        </w:rPr>
        <w:t>A. 2 gam</w:t>
      </w:r>
    </w:p>
    <w:p>
      <w:pPr>
        <w:pStyle w:val="ListParagraph"/>
      </w:pPr>
      <w:r>
        <w:rPr>
          <w:sz w:val="22"/>
        </w:rPr>
        <w:t>B. 4 gam</w:t>
      </w:r>
    </w:p>
    <w:p>
      <w:pPr>
        <w:pStyle w:val="ListParagraph"/>
      </w:pPr>
      <w:r>
        <w:rPr>
          <w:sz w:val="22"/>
        </w:rPr>
        <w:t>C. 6 gam</w:t>
      </w:r>
    </w:p>
    <w:p>
      <w:pPr>
        <w:pStyle w:val="ListParagraph"/>
      </w:pPr>
      <w:r>
        <w:rPr>
          <w:sz w:val="22"/>
        </w:rPr>
        <w:t>D. 8 gam</w:t>
      </w:r>
    </w:p>
    <w:p/>
    <w:p>
      <w:r>
        <w:rPr>
          <w:b/>
          <w:sz w:val="24"/>
        </w:rPr>
        <w:t>Câu 16: Cho 11,2 gam Fe tác dụng với dung dịch $H_2SO_4$ loãng dư. Thể tích khí $H_2$ thu được ở đktc là bao nhiêu? (Fe = 56)</w:t>
      </w:r>
    </w:p>
    <w:p>
      <w:pPr>
        <w:pStyle w:val="ListParagraph"/>
      </w:pPr>
      <w:r>
        <w:rPr>
          <w:sz w:val="22"/>
        </w:rPr>
        <w:t>A. 2,24 lít</w:t>
      </w:r>
    </w:p>
    <w:p>
      <w:pPr>
        <w:pStyle w:val="ListParagraph"/>
      </w:pPr>
      <w:r>
        <w:rPr>
          <w:sz w:val="22"/>
        </w:rPr>
        <w:t>B. 4,48 lít</w:t>
      </w:r>
    </w:p>
    <w:p>
      <w:pPr>
        <w:pStyle w:val="ListParagraph"/>
      </w:pPr>
      <w:r>
        <w:rPr>
          <w:sz w:val="22"/>
        </w:rPr>
        <w:t>C. 6,72 lít</w:t>
      </w:r>
    </w:p>
    <w:p>
      <w:pPr>
        <w:pStyle w:val="ListParagraph"/>
      </w:pPr>
      <w:r>
        <w:rPr>
          <w:sz w:val="22"/>
        </w:rPr>
        <w:t>D. 8,96 lít</w:t>
      </w:r>
    </w:p>
    <w:p/>
    <w:p>
      <w:r>
        <w:rPr>
          <w:b/>
          <w:sz w:val="24"/>
        </w:rPr>
        <w:t>Câu 17: Nhiệt phân hoàn toàn 50 gam $CaCO_3$ thu được CaO và $CO_2$. Thể tích khí $CO_2$ thu được ở đktc là bao nhiêu? (Ca = 40, C = 12, O = 16)</w:t>
      </w:r>
    </w:p>
    <w:p>
      <w:pPr>
        <w:pStyle w:val="ListParagraph"/>
      </w:pPr>
      <w:r>
        <w:rPr>
          <w:sz w:val="22"/>
        </w:rPr>
        <w:t>A. 5,6 lít</w:t>
      </w:r>
    </w:p>
    <w:p>
      <w:pPr>
        <w:pStyle w:val="ListParagraph"/>
      </w:pPr>
      <w:r>
        <w:rPr>
          <w:sz w:val="22"/>
        </w:rPr>
        <w:t>B. 11,2 lít</w:t>
      </w:r>
    </w:p>
    <w:p>
      <w:pPr>
        <w:pStyle w:val="ListParagraph"/>
      </w:pPr>
      <w:r>
        <w:rPr>
          <w:sz w:val="22"/>
        </w:rPr>
        <w:t>C. 22,4 lít</w:t>
      </w:r>
    </w:p>
    <w:p>
      <w:pPr>
        <w:pStyle w:val="ListParagraph"/>
      </w:pPr>
      <w:r>
        <w:rPr>
          <w:sz w:val="22"/>
        </w:rPr>
        <w:t>D. 33,6 lít</w:t>
      </w:r>
    </w:p>
    <w:p/>
    <w:p>
      <w:r>
        <w:rPr>
          <w:b/>
          <w:sz w:val="24"/>
        </w:rPr>
        <w:t>Câu 18: Cho 4,8 gam Mg tác dụng vừa đủ với dung dịch HCl. Khối lượng $MgCl_2$ thu được là bao nhiêu? (Mg = 24, Cl = 35,5)</w:t>
      </w:r>
    </w:p>
    <w:p>
      <w:pPr>
        <w:pStyle w:val="ListParagraph"/>
      </w:pPr>
      <w:r>
        <w:rPr>
          <w:sz w:val="22"/>
        </w:rPr>
        <w:t>A. 9,5 gam</w:t>
      </w:r>
    </w:p>
    <w:p>
      <w:pPr>
        <w:pStyle w:val="ListParagraph"/>
      </w:pPr>
      <w:r>
        <w:rPr>
          <w:sz w:val="22"/>
        </w:rPr>
        <w:t>B. 19 gam</w:t>
      </w:r>
    </w:p>
    <w:p>
      <w:pPr>
        <w:pStyle w:val="ListParagraph"/>
      </w:pPr>
      <w:r>
        <w:rPr>
          <w:sz w:val="22"/>
        </w:rPr>
        <w:t>C. 28,5 gam</w:t>
      </w:r>
    </w:p>
    <w:p>
      <w:pPr>
        <w:pStyle w:val="ListParagraph"/>
      </w:pPr>
      <w:r>
        <w:rPr>
          <w:sz w:val="22"/>
        </w:rPr>
        <w:t>D. 38 gam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B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