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Thi tay nghề sonova 2026</w:t>
      </w:r>
    </w:p>
    <w:p>
      <w:pPr>
        <w:jc w:val="center"/>
      </w:pPr>
      <w:r>
        <w:rPr>
          <w:sz w:val="22"/>
        </w:rPr>
        <w:t>Số câu: 7    Thời gian: _____ phút    Họ và tên: _________________________</w:t>
      </w:r>
    </w:p>
    <w:p/>
    <w:p>
      <w:r>
        <w:rPr>
          <w:b/>
          <w:sz w:val="24"/>
        </w:rPr>
        <w:t>Câu 1: Hãy cho biết định nghĩa của 5S là gì?</w:t>
      </w:r>
    </w:p>
    <w:p>
      <w:pPr>
        <w:pStyle w:val="ListParagraph"/>
      </w:pPr>
      <w:r>
        <w:rPr>
          <w:sz w:val="22"/>
        </w:rPr>
        <w:t>A. 5S là một phương pháp quản lý chất lượng</w:t>
      </w:r>
    </w:p>
    <w:p>
      <w:pPr>
        <w:pStyle w:val="ListParagraph"/>
      </w:pPr>
      <w:r>
        <w:rPr>
          <w:sz w:val="22"/>
        </w:rPr>
        <w:t>B. 5S là một phương pháp quản lý chất lượng sàng</w:t>
      </w:r>
    </w:p>
    <w:p>
      <w:pPr>
        <w:pStyle w:val="ListParagraph"/>
      </w:pPr>
      <w:r>
        <w:rPr>
          <w:sz w:val="22"/>
        </w:rPr>
        <w:t>C. 5S là một phương pháp quản lý và tổ chức nơi làm việc</w:t>
      </w:r>
    </w:p>
    <w:p>
      <w:pPr>
        <w:pStyle w:val="ListParagraph"/>
      </w:pPr>
      <w:r>
        <w:rPr>
          <w:sz w:val="22"/>
        </w:rPr>
        <w:t>D. 5S là một phương pháp kiểm tra an toàn</w:t>
      </w:r>
    </w:p>
    <w:p/>
    <w:p>
      <w:r>
        <w:rPr>
          <w:b/>
          <w:sz w:val="24"/>
        </w:rPr>
        <w:t>Câu 2: Quan điểm cơ bản của 5S là gì? *</w:t>
      </w:r>
    </w:p>
    <w:p>
      <w:pPr>
        <w:pStyle w:val="ListParagraph"/>
      </w:pPr>
      <w:r>
        <w:rPr>
          <w:sz w:val="22"/>
        </w:rPr>
        <w:t>A. Nếu được trang bị phương tiện làm việc đầy đủ, năng suất lao động sẽ được nâng cao</w:t>
      </w:r>
    </w:p>
    <w:p>
      <w:pPr>
        <w:pStyle w:val="ListParagraph"/>
      </w:pPr>
      <w:r>
        <w:rPr>
          <w:sz w:val="22"/>
        </w:rPr>
        <w:t>B. Nếu được trang bị thiết bị sản xuất hiện đại, chất lượng sản phẩm sẽ được nâng cao</w:t>
      </w:r>
    </w:p>
    <w:p>
      <w:pPr>
        <w:pStyle w:val="ListParagraph"/>
      </w:pPr>
      <w:r>
        <w:rPr>
          <w:sz w:val="22"/>
        </w:rPr>
        <w:t>C. Nếu được trang bị bảo hộ đầy đủ, tính an toàn khi làm việc sẽ được nâng cao</w:t>
      </w:r>
    </w:p>
    <w:p>
      <w:pPr>
        <w:pStyle w:val="ListParagraph"/>
      </w:pPr>
      <w:r>
        <w:rPr>
          <w:sz w:val="22"/>
        </w:rPr>
        <w:t>D. Nếu có môi trường làm việc ngăn nắp, gọn gàng, sạch sẽ làm cho tinh thần của người làm việc sẽ được thoải mái</w:t>
      </w:r>
    </w:p>
    <w:p/>
    <w:p>
      <w:r>
        <w:rPr>
          <w:b/>
          <w:sz w:val="24"/>
        </w:rPr>
        <w:t>Câu 3: Nơi xuất phát và áp dụng đầu tiên của chương trình 5S từ nước nào?</w:t>
      </w:r>
    </w:p>
    <w:p>
      <w:pPr>
        <w:pStyle w:val="ListParagraph"/>
      </w:pPr>
      <w:r>
        <w:rPr>
          <w:sz w:val="22"/>
        </w:rPr>
        <w:t>A. Mỹ</w:t>
      </w:r>
    </w:p>
    <w:p>
      <w:pPr>
        <w:pStyle w:val="ListParagraph"/>
      </w:pPr>
      <w:r>
        <w:rPr>
          <w:sz w:val="22"/>
        </w:rPr>
        <w:t>B. Anh</w:t>
      </w:r>
    </w:p>
    <w:p>
      <w:pPr>
        <w:pStyle w:val="ListParagraph"/>
      </w:pPr>
      <w:r>
        <w:rPr>
          <w:sz w:val="22"/>
        </w:rPr>
        <w:t>C. Nhật Bản</w:t>
      </w:r>
    </w:p>
    <w:p>
      <w:pPr>
        <w:pStyle w:val="ListParagraph"/>
      </w:pPr>
      <w:r>
        <w:rPr>
          <w:sz w:val="22"/>
        </w:rPr>
        <w:t>D. Hàn Quốc</w:t>
      </w:r>
    </w:p>
    <w:p/>
    <w:p>
      <w:r>
        <w:rPr>
          <w:b/>
          <w:sz w:val="24"/>
        </w:rPr>
        <w:t>Câu 4: Hãy cho biết thứ tự đúng các bước thực hiện của 5S là gì?</w:t>
      </w:r>
    </w:p>
    <w:p>
      <w:pPr>
        <w:pStyle w:val="ListParagraph"/>
      </w:pPr>
      <w:r>
        <w:rPr>
          <w:sz w:val="22"/>
        </w:rPr>
        <w:t>A. Sạch sẽ, Sàng lọc, Sắp xếp, Sẵn sàng, Săn sóc</w:t>
      </w:r>
    </w:p>
    <w:p>
      <w:pPr>
        <w:pStyle w:val="ListParagraph"/>
      </w:pPr>
      <w:r>
        <w:rPr>
          <w:sz w:val="22"/>
        </w:rPr>
        <w:t>B. Sàng lọc, Sắp xếp, Săn sóc, Sạch sẽ, Sẵn sàng</w:t>
      </w:r>
    </w:p>
    <w:p>
      <w:pPr>
        <w:pStyle w:val="ListParagraph"/>
      </w:pPr>
      <w:r>
        <w:rPr>
          <w:sz w:val="22"/>
        </w:rPr>
        <w:t>C. Sàng lọc, Sắp xếp, Sạch sẽ, Săn sóc, Sẵn sàng</w:t>
      </w:r>
    </w:p>
    <w:p>
      <w:pPr>
        <w:pStyle w:val="ListParagraph"/>
      </w:pPr>
      <w:r>
        <w:rPr>
          <w:sz w:val="22"/>
        </w:rPr>
        <w:t>D. Sắp xếp, Sàng lọc, Sạch sẽ, Săn sóc, Sẵn sàng</w:t>
      </w:r>
    </w:p>
    <w:p/>
    <w:p>
      <w:r>
        <w:rPr>
          <w:b/>
          <w:sz w:val="24"/>
        </w:rPr>
        <w:t>Câu 5: Mục đích yêu cầu cụ thể của bước Sàng lọc là gì?</w:t>
      </w:r>
    </w:p>
    <w:p>
      <w:pPr>
        <w:pStyle w:val="ListParagraph"/>
      </w:pPr>
      <w:r>
        <w:rPr>
          <w:sz w:val="22"/>
        </w:rPr>
        <w:t>A. Phân loại vật thường dùng, vật ít dùng và vật không dùng</w:t>
      </w:r>
    </w:p>
    <w:p>
      <w:pPr>
        <w:pStyle w:val="ListParagraph"/>
      </w:pPr>
      <w:r>
        <w:rPr>
          <w:sz w:val="22"/>
        </w:rPr>
        <w:t>B. Phân loại vật cần thiết và không cần thiết, loại bỏ vật không cần thiết, xác định đúng số lượng vật cần thiết</w:t>
      </w:r>
    </w:p>
    <w:p>
      <w:pPr>
        <w:pStyle w:val="ListParagraph"/>
      </w:pPr>
      <w:r>
        <w:rPr>
          <w:sz w:val="22"/>
        </w:rPr>
        <w:t>C. Loại bỏ tất cả các vật không cần thiết</w:t>
      </w:r>
    </w:p>
    <w:p>
      <w:pPr>
        <w:pStyle w:val="ListParagraph"/>
      </w:pPr>
      <w:r>
        <w:rPr>
          <w:sz w:val="22"/>
        </w:rPr>
        <w:t>D. Ghi thẻ đỏ các vật không cần thiết để các bộ phận khác có thể cần dùng đến</w:t>
      </w:r>
    </w:p>
    <w:p/>
    <w:p>
      <w:r>
        <w:rPr>
          <w:b/>
          <w:sz w:val="24"/>
        </w:rPr>
        <w:t>Câu 6: Vật dụng nào sau đây là cần thiết cho công việc của bạn?</w:t>
      </w:r>
    </w:p>
    <w:p>
      <w:pPr>
        <w:pStyle w:val="ListParagraph"/>
      </w:pPr>
      <w:r>
        <w:rPr>
          <w:sz w:val="22"/>
        </w:rPr>
        <w:t>A. Bông hoa, đồ dùng trang trí để có cảm hứng làm việc</w:t>
      </w:r>
    </w:p>
    <w:p>
      <w:pPr>
        <w:pStyle w:val="ListParagraph"/>
      </w:pPr>
      <w:r>
        <w:rPr>
          <w:sz w:val="22"/>
        </w:rPr>
        <w:t>B. Tài liệu, hướng dẫn công việc lỗi thời</w:t>
      </w:r>
    </w:p>
    <w:p>
      <w:pPr>
        <w:pStyle w:val="ListParagraph"/>
      </w:pPr>
      <w:r>
        <w:rPr>
          <w:sz w:val="22"/>
        </w:rPr>
        <w:t>C. Dụng cụ, tool gá ba tháng rồi chưa sử dụng</w:t>
      </w:r>
    </w:p>
    <w:p>
      <w:pPr>
        <w:pStyle w:val="ListParagraph"/>
      </w:pPr>
      <w:r>
        <w:rPr>
          <w:sz w:val="22"/>
        </w:rPr>
        <w:t>D. Mũi hàn, nhíp, dây chì... sử dụng hàng ngày.</w:t>
      </w:r>
    </w:p>
    <w:p/>
    <w:p>
      <w:r>
        <w:rPr>
          <w:b/>
          <w:sz w:val="24"/>
        </w:rPr>
        <w:t>Câu 7: Nguyên tắc của yêu cầu bước Sắp xếp là gì?</w:t>
      </w:r>
    </w:p>
    <w:p>
      <w:pPr>
        <w:pStyle w:val="ListParagraph"/>
      </w:pPr>
      <w:r>
        <w:rPr>
          <w:sz w:val="22"/>
        </w:rPr>
        <w:t>A. Sắp xếp các vật cần dùng và cả vật không cần dùng</w:t>
      </w:r>
    </w:p>
    <w:p>
      <w:pPr>
        <w:pStyle w:val="ListParagraph"/>
      </w:pPr>
      <w:r>
        <w:rPr>
          <w:sz w:val="22"/>
        </w:rPr>
        <w:t>B. Sắp xếp tất cả các vật không cần dùng theo phương pháp khoa học, ngăn nắp và thuận tiện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C</w:t>
      </w:r>
    </w:p>
    <w:p>
      <w:r>
        <w:rPr>
          <w:b/>
        </w:rPr>
        <w:t>Câu 2: Đáp án đúng: D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C</w:t>
      </w:r>
    </w:p>
    <w:p>
      <w:r>
        <w:rPr>
          <w:b/>
        </w:rPr>
        <w:t>Câu 5: Đáp án đúng: B</w:t>
      </w:r>
    </w:p>
    <w:p>
      <w:r>
        <w:rPr>
          <w:b/>
        </w:rPr>
        <w:t>Câu 6: Đáp án đúng: D</w:t>
      </w:r>
    </w:p>
    <w:p>
      <w:r>
        <w:rPr>
          <w:b/>
        </w:rPr>
        <w:t>Câu 7: Đáp án đúng: None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