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Toán Lớp 1 - Các số từ 1 đến 10 và các phép toán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Số nào lớn nhất trong các số sau: 3, 7, 5, 9?</w:t>
      </w:r>
    </w:p>
    <w:p>
      <w:pPr>
        <w:pStyle w:val="ListParagraph"/>
      </w:pPr>
      <w:r>
        <w:rPr>
          <w:sz w:val="22"/>
        </w:rPr>
        <w:t>A. 3</w:t>
      </w:r>
    </w:p>
    <w:p>
      <w:pPr>
        <w:pStyle w:val="ListParagraph"/>
      </w:pPr>
      <w:r>
        <w:rPr>
          <w:sz w:val="22"/>
        </w:rPr>
        <w:t>B. 7</w:t>
      </w:r>
    </w:p>
    <w:p>
      <w:pPr>
        <w:pStyle w:val="ListParagraph"/>
      </w:pPr>
      <w:r>
        <w:rPr>
          <w:sz w:val="22"/>
        </w:rPr>
        <w:t>C. 5</w:t>
      </w:r>
    </w:p>
    <w:p>
      <w:pPr>
        <w:pStyle w:val="ListParagraph"/>
      </w:pPr>
      <w:r>
        <w:rPr>
          <w:sz w:val="22"/>
        </w:rPr>
        <w:t>D. 9</w:t>
      </w:r>
    </w:p>
    <w:p/>
    <w:p>
      <w:r>
        <w:rPr>
          <w:b/>
          <w:sz w:val="24"/>
        </w:rPr>
        <w:t>Câu 2: Số nào bé nhất trong các số sau: 2, 8, 4, 6?</w:t>
      </w:r>
    </w:p>
    <w:p>
      <w:pPr>
        <w:pStyle w:val="ListParagraph"/>
      </w:pPr>
      <w:r>
        <w:rPr>
          <w:sz w:val="22"/>
        </w:rPr>
        <w:t>A. 2</w:t>
      </w:r>
    </w:p>
    <w:p>
      <w:pPr>
        <w:pStyle w:val="ListParagraph"/>
      </w:pPr>
      <w:r>
        <w:rPr>
          <w:sz w:val="22"/>
        </w:rPr>
        <w:t>B. 8</w:t>
      </w:r>
    </w:p>
    <w:p>
      <w:pPr>
        <w:pStyle w:val="ListParagraph"/>
      </w:pPr>
      <w:r>
        <w:rPr>
          <w:sz w:val="22"/>
        </w:rPr>
        <w:t>C. 4</w:t>
      </w:r>
    </w:p>
    <w:p>
      <w:pPr>
        <w:pStyle w:val="ListParagraph"/>
      </w:pPr>
      <w:r>
        <w:rPr>
          <w:sz w:val="22"/>
        </w:rPr>
        <w:t>D. 6</w:t>
      </w:r>
    </w:p>
    <w:p/>
    <w:p>
      <w:r>
        <w:rPr>
          <w:b/>
          <w:sz w:val="24"/>
        </w:rPr>
        <w:t>Câu 3: Kết quả của phép tính 3 + 4 là bao nhiêu?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7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9</w:t>
      </w:r>
    </w:p>
    <w:p/>
    <w:p>
      <w:r>
        <w:rPr>
          <w:b/>
          <w:sz w:val="24"/>
        </w:rPr>
        <w:t>Câu 4: Kết quả của phép tính 9 - 5 là bao nhiêu?</w:t>
      </w:r>
    </w:p>
    <w:p>
      <w:pPr>
        <w:pStyle w:val="ListParagraph"/>
      </w:pPr>
      <w:r>
        <w:rPr>
          <w:sz w:val="22"/>
        </w:rPr>
        <w:t>A. 3</w:t>
      </w:r>
    </w:p>
    <w:p>
      <w:pPr>
        <w:pStyle w:val="ListParagraph"/>
      </w:pPr>
      <w:r>
        <w:rPr>
          <w:sz w:val="22"/>
        </w:rPr>
        <w:t>B. 4</w:t>
      </w:r>
    </w:p>
    <w:p>
      <w:pPr>
        <w:pStyle w:val="ListParagraph"/>
      </w:pPr>
      <w:r>
        <w:rPr>
          <w:sz w:val="22"/>
        </w:rPr>
        <w:t>C. 5</w:t>
      </w:r>
    </w:p>
    <w:p>
      <w:pPr>
        <w:pStyle w:val="ListParagraph"/>
      </w:pPr>
      <w:r>
        <w:rPr>
          <w:sz w:val="22"/>
        </w:rPr>
        <w:t>D. 6</w:t>
      </w:r>
    </w:p>
    <w:p/>
    <w:p>
      <w:r>
        <w:rPr>
          <w:b/>
          <w:sz w:val="24"/>
        </w:rPr>
        <w:t>Câu 5: Số nào còn thiếu trong dãy số sau: 1, 2, 3, ..., 5?</w:t>
      </w:r>
    </w:p>
    <w:p>
      <w:pPr>
        <w:pStyle w:val="ListParagraph"/>
      </w:pPr>
      <w:r>
        <w:rPr>
          <w:sz w:val="22"/>
        </w:rPr>
        <w:t>A. 4</w:t>
      </w:r>
    </w:p>
    <w:p>
      <w:pPr>
        <w:pStyle w:val="ListParagraph"/>
      </w:pPr>
      <w:r>
        <w:rPr>
          <w:sz w:val="22"/>
        </w:rPr>
        <w:t>B. 6</w:t>
      </w:r>
    </w:p>
    <w:p>
      <w:pPr>
        <w:pStyle w:val="ListParagraph"/>
      </w:pPr>
      <w:r>
        <w:rPr>
          <w:sz w:val="22"/>
        </w:rPr>
        <w:t>C. 7</w:t>
      </w:r>
    </w:p>
    <w:p>
      <w:pPr>
        <w:pStyle w:val="ListParagraph"/>
      </w:pPr>
      <w:r>
        <w:rPr>
          <w:sz w:val="22"/>
        </w:rPr>
        <w:t>D. 8</w:t>
      </w:r>
    </w:p>
    <w:p/>
    <w:p>
      <w:r>
        <w:rPr>
          <w:b/>
          <w:sz w:val="24"/>
        </w:rPr>
        <w:t>Câu 6: Kết quả của phép tính 2 + 2 + 2 là bao nhiêu?</w:t>
      </w:r>
    </w:p>
    <w:p>
      <w:pPr>
        <w:pStyle w:val="ListParagraph"/>
      </w:pPr>
      <w:r>
        <w:rPr>
          <w:sz w:val="22"/>
        </w:rPr>
        <w:t>A. 4</w:t>
      </w:r>
    </w:p>
    <w:p>
      <w:pPr>
        <w:pStyle w:val="ListParagraph"/>
      </w:pPr>
      <w:r>
        <w:rPr>
          <w:sz w:val="22"/>
        </w:rPr>
        <w:t>B. 5</w:t>
      </w:r>
    </w:p>
    <w:p>
      <w:pPr>
        <w:pStyle w:val="ListParagraph"/>
      </w:pPr>
      <w:r>
        <w:rPr>
          <w:sz w:val="22"/>
        </w:rPr>
        <w:t>C. 6</w:t>
      </w:r>
    </w:p>
    <w:p>
      <w:pPr>
        <w:pStyle w:val="ListParagraph"/>
      </w:pPr>
      <w:r>
        <w:rPr>
          <w:sz w:val="22"/>
        </w:rPr>
        <w:t>D. 7</w:t>
      </w:r>
    </w:p>
    <w:p/>
    <w:p>
      <w:r>
        <w:rPr>
          <w:b/>
          <w:sz w:val="24"/>
        </w:rPr>
        <w:t>Câu 7: Kết quả của phép tính 10 - 3 là bao nhiêu?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7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9</w:t>
      </w:r>
    </w:p>
    <w:p/>
    <w:p>
      <w:r>
        <w:rPr>
          <w:b/>
          <w:sz w:val="24"/>
        </w:rPr>
        <w:t>Câu 8: Số nào đứng ngay sau số 6?</w:t>
      </w:r>
    </w:p>
    <w:p>
      <w:pPr>
        <w:pStyle w:val="ListParagraph"/>
      </w:pPr>
      <w:r>
        <w:rPr>
          <w:sz w:val="22"/>
        </w:rPr>
        <w:t>A. 5</w:t>
      </w:r>
    </w:p>
    <w:p>
      <w:pPr>
        <w:pStyle w:val="ListParagraph"/>
      </w:pPr>
      <w:r>
        <w:rPr>
          <w:sz w:val="22"/>
        </w:rPr>
        <w:t>B. 7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9</w:t>
      </w:r>
    </w:p>
    <w:p/>
    <w:p>
      <w:r>
        <w:rPr>
          <w:b/>
          <w:sz w:val="24"/>
        </w:rPr>
        <w:t>Câu 9: Số nào đứng ngay trước số 4?</w:t>
      </w:r>
    </w:p>
    <w:p>
      <w:pPr>
        <w:pStyle w:val="ListParagraph"/>
      </w:pPr>
      <w:r>
        <w:rPr>
          <w:sz w:val="22"/>
        </w:rPr>
        <w:t>A. 2</w:t>
      </w:r>
    </w:p>
    <w:p>
      <w:pPr>
        <w:pStyle w:val="ListParagraph"/>
      </w:pPr>
      <w:r>
        <w:rPr>
          <w:sz w:val="22"/>
        </w:rPr>
        <w:t>B. 3</w:t>
      </w:r>
    </w:p>
    <w:p>
      <w:pPr>
        <w:pStyle w:val="ListParagraph"/>
      </w:pPr>
      <w:r>
        <w:rPr>
          <w:sz w:val="22"/>
        </w:rPr>
        <w:t>C. 5</w:t>
      </w:r>
    </w:p>
    <w:p>
      <w:pPr>
        <w:pStyle w:val="ListParagraph"/>
      </w:pPr>
      <w:r>
        <w:rPr>
          <w:sz w:val="22"/>
        </w:rPr>
        <w:t>D. 6</w:t>
      </w:r>
    </w:p>
    <w:p/>
    <w:p>
      <w:r>
        <w:rPr>
          <w:b/>
          <w:sz w:val="24"/>
        </w:rPr>
        <w:t>Câu 10: Kết quả của phép tính 5 + 5 là bao nhiêu?</w:t>
      </w:r>
    </w:p>
    <w:p>
      <w:pPr>
        <w:pStyle w:val="ListParagraph"/>
      </w:pPr>
      <w:r>
        <w:rPr>
          <w:sz w:val="22"/>
        </w:rPr>
        <w:t>A. 9</w:t>
      </w:r>
    </w:p>
    <w:p>
      <w:pPr>
        <w:pStyle w:val="ListParagraph"/>
      </w:pPr>
      <w:r>
        <w:rPr>
          <w:sz w:val="22"/>
        </w:rPr>
        <w:t>B. 10</w:t>
      </w:r>
    </w:p>
    <w:p>
      <w:pPr>
        <w:pStyle w:val="ListParagraph"/>
      </w:pPr>
      <w:r>
        <w:rPr>
          <w:sz w:val="22"/>
        </w:rPr>
        <w:t>C. 11</w:t>
      </w:r>
    </w:p>
    <w:p>
      <w:pPr>
        <w:pStyle w:val="ListParagraph"/>
      </w:pPr>
      <w:r>
        <w:rPr>
          <w:sz w:val="22"/>
        </w:rPr>
        <w:t>D. 12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