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Lịch Sử 9: Câu 1: Cuộc đại suy thoái kinh tế thế giới diễn ra trong khoảng thời gian nào?A. 1918 – 1939B. 1924 – 1929C. 1929 – 1933D. 1939 – 1945Đáp á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Cuộc đại suy thoái kinh tế thế giới diễn ra trong khoảng thời gian nào?</w:t>
      </w:r>
    </w:p>
    <w:p>
      <w:pPr>
        <w:pStyle w:val="ListParagraph"/>
      </w:pPr>
      <w:r>
        <w:rPr>
          <w:sz w:val="22"/>
        </w:rPr>
        <w:t>A. 1924 – 1929</w:t>
      </w:r>
    </w:p>
    <w:p>
      <w:pPr>
        <w:pStyle w:val="ListParagraph"/>
      </w:pPr>
      <w:r>
        <w:rPr>
          <w:sz w:val="22"/>
        </w:rPr>
        <w:t>B. 1939 – 1945</w:t>
      </w:r>
    </w:p>
    <w:p>
      <w:pPr>
        <w:pStyle w:val="ListParagraph"/>
      </w:pPr>
      <w:r>
        <w:rPr>
          <w:sz w:val="22"/>
        </w:rPr>
        <w:t>C. 1918 – 1939</w:t>
      </w:r>
    </w:p>
    <w:p>
      <w:pPr>
        <w:pStyle w:val="ListParagraph"/>
      </w:pPr>
      <w:r>
        <w:rPr>
          <w:sz w:val="22"/>
        </w:rPr>
        <w:t>D. 1929 – 1933</w:t>
      </w:r>
    </w:p>
    <w:p/>
    <w:p>
      <w:r>
        <w:rPr>
          <w:b/>
          <w:sz w:val="24"/>
        </w:rPr>
        <w:t>Câu 2: Nguyên nhân sâu xa dẫn đến cuộc đại suy thoái kinh tế 1929 – 1933 là gì?</w:t>
      </w:r>
    </w:p>
    <w:p>
      <w:pPr>
        <w:pStyle w:val="ListParagraph"/>
      </w:pPr>
      <w:r>
        <w:rPr>
          <w:sz w:val="22"/>
        </w:rPr>
        <w:t>A. Các nước tư bản thiếu nguyên liệu sản xuất</w:t>
      </w:r>
    </w:p>
    <w:p>
      <w:pPr>
        <w:pStyle w:val="ListParagraph"/>
      </w:pPr>
      <w:r>
        <w:rPr>
          <w:sz w:val="22"/>
        </w:rPr>
        <w:t>B. Nhà nước không can thiệp vào nền kinh tế</w:t>
      </w:r>
    </w:p>
    <w:p>
      <w:pPr>
        <w:pStyle w:val="ListParagraph"/>
      </w:pPr>
      <w:r>
        <w:rPr>
          <w:sz w:val="22"/>
        </w:rPr>
        <w:t>C. Sản xuất ồ ạt, cung vượt quá cầu làm hàng hóa ế thừa</w:t>
      </w:r>
    </w:p>
    <w:p>
      <w:pPr>
        <w:pStyle w:val="ListParagraph"/>
      </w:pPr>
      <w:r>
        <w:rPr>
          <w:sz w:val="22"/>
        </w:rPr>
        <w:t>D. Chiến tranh thế giới thứ nhất bùng nổ</w:t>
      </w:r>
    </w:p>
    <w:p/>
    <w:p>
      <w:r>
        <w:rPr>
          <w:b/>
          <w:sz w:val="24"/>
        </w:rPr>
        <w:t>Câu 3: Cuộc đại suy thoái kinh tế 1929 – 1933 bắt đầu từ quốc gia nào?</w:t>
      </w:r>
    </w:p>
    <w:p>
      <w:pPr>
        <w:pStyle w:val="ListParagraph"/>
      </w:pPr>
      <w:r>
        <w:rPr>
          <w:sz w:val="22"/>
        </w:rPr>
        <w:t>A. Mĩ</w:t>
      </w:r>
    </w:p>
    <w:p>
      <w:pPr>
        <w:pStyle w:val="ListParagraph"/>
      </w:pPr>
      <w:r>
        <w:rPr>
          <w:sz w:val="22"/>
        </w:rPr>
        <w:t>B. Anh</w:t>
      </w:r>
    </w:p>
    <w:p>
      <w:pPr>
        <w:pStyle w:val="ListParagraph"/>
      </w:pPr>
      <w:r>
        <w:rPr>
          <w:sz w:val="22"/>
        </w:rPr>
        <w:t>C. Pháp</w:t>
      </w:r>
    </w:p>
    <w:p>
      <w:pPr>
        <w:pStyle w:val="ListParagraph"/>
      </w:pPr>
      <w:r>
        <w:rPr>
          <w:sz w:val="22"/>
        </w:rPr>
        <w:t>D. Đức</w:t>
      </w:r>
    </w:p>
    <w:p/>
    <w:p>
      <w:r>
        <w:rPr>
          <w:b/>
          <w:sz w:val="24"/>
        </w:rPr>
        <w:t>Câu 4: Để thoát khỏi cuộc đại suy thoái kinh tế 1929 – 1933, nước Mĩ đã thực hiện biện pháp nào?</w:t>
      </w:r>
    </w:p>
    <w:p>
      <w:pPr>
        <w:pStyle w:val="ListParagraph"/>
      </w:pPr>
      <w:r>
        <w:rPr>
          <w:sz w:val="22"/>
        </w:rPr>
        <w:t>A. Tăng cường xâm lược thuộc địa</w:t>
      </w:r>
    </w:p>
    <w:p>
      <w:pPr>
        <w:pStyle w:val="ListParagraph"/>
      </w:pPr>
      <w:r>
        <w:rPr>
          <w:sz w:val="22"/>
        </w:rPr>
        <w:t>B. Đóng cửa các nhà máy, xí nghiệp</w:t>
      </w:r>
    </w:p>
    <w:p>
      <w:pPr>
        <w:pStyle w:val="ListParagraph"/>
      </w:pPr>
      <w:r>
        <w:rPr>
          <w:sz w:val="22"/>
        </w:rPr>
        <w:t>C. Phát xít hóa bộ máy nhà nước</w:t>
      </w:r>
    </w:p>
    <w:p>
      <w:pPr>
        <w:pStyle w:val="ListParagraph"/>
      </w:pPr>
      <w:r>
        <w:rPr>
          <w:sz w:val="22"/>
        </w:rPr>
        <w:t>D. Thực hiện chính sách kinh tế mới</w:t>
      </w:r>
    </w:p>
    <w:p/>
    <w:p>
      <w:r>
        <w:rPr>
          <w:b/>
          <w:sz w:val="24"/>
        </w:rPr>
        <w:t>Câu 5: Hậu quả nghiêm trọng nhất của cuộc đại suy thoái kinh tế 1929 – 1933 đối với thế giới là gì?</w:t>
      </w:r>
    </w:p>
    <w:p>
      <w:pPr>
        <w:pStyle w:val="ListParagraph"/>
      </w:pPr>
      <w:r>
        <w:rPr>
          <w:sz w:val="22"/>
        </w:rPr>
        <w:t>A. Sản xuất công nghiệp giảm sút</w:t>
      </w:r>
    </w:p>
    <w:p>
      <w:pPr>
        <w:pStyle w:val="ListParagraph"/>
      </w:pPr>
      <w:r>
        <w:rPr>
          <w:sz w:val="22"/>
        </w:rPr>
        <w:t>B. Nạn thất nghiệp gia tăng</w:t>
      </w:r>
    </w:p>
    <w:p>
      <w:pPr>
        <w:pStyle w:val="ListParagraph"/>
      </w:pPr>
      <w:r>
        <w:rPr>
          <w:sz w:val="22"/>
        </w:rPr>
        <w:t>C. Chủ nghĩa phát xít lên nắm quyền ở một số nước</w:t>
      </w:r>
    </w:p>
    <w:p>
      <w:pPr>
        <w:pStyle w:val="ListParagraph"/>
      </w:pPr>
      <w:r>
        <w:rPr>
          <w:sz w:val="22"/>
        </w:rPr>
        <w:t>D. Thương mại quốc tế bị đình trệ</w:t>
      </w:r>
    </w:p>
    <w:p/>
    <w:p>
      <w:r>
        <w:rPr>
          <w:b/>
          <w:sz w:val="24"/>
        </w:rPr>
        <w:t>Câu 6: Chính sách kinh tế mới của Mĩ được thực hiện dưới thời tổng thống nào?</w:t>
      </w:r>
    </w:p>
    <w:p>
      <w:pPr>
        <w:pStyle w:val="ListParagraph"/>
      </w:pPr>
      <w:r>
        <w:rPr>
          <w:sz w:val="22"/>
        </w:rPr>
        <w:t>A. Ru-dơ-ven</w:t>
      </w:r>
    </w:p>
    <w:p>
      <w:pPr>
        <w:pStyle w:val="ListParagraph"/>
      </w:pPr>
      <w:r>
        <w:rPr>
          <w:sz w:val="22"/>
        </w:rPr>
        <w:t>B. Truman</w:t>
      </w:r>
    </w:p>
    <w:p>
      <w:pPr>
        <w:pStyle w:val="ListParagraph"/>
      </w:pPr>
      <w:r>
        <w:rPr>
          <w:sz w:val="22"/>
        </w:rPr>
        <w:t>C. Hít-le</w:t>
      </w:r>
    </w:p>
    <w:p>
      <w:pPr>
        <w:pStyle w:val="ListParagraph"/>
      </w:pPr>
      <w:r>
        <w:rPr>
          <w:sz w:val="22"/>
        </w:rPr>
        <w:t>D. Ai-xen-hao</w:t>
      </w:r>
    </w:p>
    <w:p/>
    <w:p>
      <w:r>
        <w:rPr>
          <w:b/>
          <w:sz w:val="24"/>
        </w:rPr>
        <w:t>Câu 7: Đặc điểm của chủ nghĩa phát xít là gì?</w:t>
      </w:r>
    </w:p>
    <w:p>
      <w:pPr>
        <w:pStyle w:val="ListParagraph"/>
      </w:pPr>
      <w:r>
        <w:rPr>
          <w:sz w:val="22"/>
        </w:rPr>
        <w:t>A. Chế độ độc tài, khủng bố công khai</w:t>
      </w:r>
    </w:p>
    <w:p>
      <w:pPr>
        <w:pStyle w:val="ListParagraph"/>
      </w:pPr>
      <w:r>
        <w:rPr>
          <w:sz w:val="22"/>
        </w:rPr>
        <w:t>B. Nền dân chủ tư sản rộng rãi</w:t>
      </w:r>
    </w:p>
    <w:p>
      <w:pPr>
        <w:pStyle w:val="ListParagraph"/>
      </w:pPr>
      <w:r>
        <w:rPr>
          <w:sz w:val="22"/>
        </w:rPr>
        <w:t>C. Nền kinh tế kế hoạch hóa tập trung</w:t>
      </w:r>
    </w:p>
    <w:p>
      <w:pPr>
        <w:pStyle w:val="ListParagraph"/>
      </w:pPr>
      <w:r>
        <w:rPr>
          <w:sz w:val="22"/>
        </w:rPr>
        <w:t>D. Xóa bỏ quyền tư hữu tư liệu sản xuất</w:t>
      </w:r>
    </w:p>
    <w:p/>
    <w:p>
      <w:r>
        <w:rPr>
          <w:b/>
          <w:sz w:val="24"/>
        </w:rPr>
        <w:t>Câu 8: Nước nào ở châu Âu đã phát xít hóa bộ máy nhà nước để thoát khỏi cuộc đại suy thoái kinh tế 1929 – 1933?</w:t>
      </w:r>
    </w:p>
    <w:p>
      <w:pPr>
        <w:pStyle w:val="ListParagraph"/>
      </w:pPr>
      <w:r>
        <w:rPr>
          <w:sz w:val="22"/>
        </w:rPr>
        <w:t>A. Anh</w:t>
      </w:r>
    </w:p>
    <w:p>
      <w:pPr>
        <w:pStyle w:val="ListParagraph"/>
      </w:pPr>
      <w:r>
        <w:rPr>
          <w:sz w:val="22"/>
        </w:rPr>
        <w:t>B. Mĩ</w:t>
      </w:r>
    </w:p>
    <w:p>
      <w:pPr>
        <w:pStyle w:val="ListParagraph"/>
      </w:pPr>
      <w:r>
        <w:rPr>
          <w:sz w:val="22"/>
        </w:rPr>
        <w:t>C. Đức</w:t>
      </w:r>
    </w:p>
    <w:p>
      <w:pPr>
        <w:pStyle w:val="ListParagraph"/>
      </w:pPr>
      <w:r>
        <w:rPr>
          <w:sz w:val="22"/>
        </w:rPr>
        <w:t>D. Pháp</w:t>
      </w:r>
    </w:p>
    <w:p/>
    <w:p>
      <w:r>
        <w:rPr>
          <w:b/>
          <w:sz w:val="24"/>
        </w:rPr>
        <w:t>Câu 9: Cuộc đại suy thoái kinh tế 1929 – 1933 đã làm cho nền kinh tế thế giới như thế nào?</w:t>
      </w:r>
    </w:p>
    <w:p>
      <w:pPr>
        <w:pStyle w:val="ListParagraph"/>
      </w:pPr>
      <w:r>
        <w:rPr>
          <w:sz w:val="22"/>
        </w:rPr>
        <w:t>A. Phát triển mạnh mẽ</w:t>
      </w:r>
    </w:p>
    <w:p>
      <w:pPr>
        <w:pStyle w:val="ListParagraph"/>
      </w:pPr>
      <w:r>
        <w:rPr>
          <w:sz w:val="22"/>
        </w:rPr>
        <w:t>B. Bị tàn phá nặng nề</w:t>
      </w:r>
    </w:p>
    <w:p>
      <w:pPr>
        <w:pStyle w:val="ListParagraph"/>
      </w:pPr>
      <w:r>
        <w:rPr>
          <w:sz w:val="22"/>
        </w:rPr>
        <w:t>C. Ổn định và bền vững</w:t>
      </w:r>
    </w:p>
    <w:p>
      <w:pPr>
        <w:pStyle w:val="ListParagraph"/>
      </w:pPr>
      <w:r>
        <w:rPr>
          <w:sz w:val="22"/>
        </w:rPr>
        <w:t>D. Chỉ ảnh hưởng đến nông nghiệp</w:t>
      </w:r>
    </w:p>
    <w:p/>
    <w:p>
      <w:r>
        <w:rPr>
          <w:b/>
          <w:sz w:val="24"/>
        </w:rPr>
        <w:t>Câu 10: Sự kiện nào đánh dấu sự khởi đầu của cuộc đại suy thoái kinh tế 1929 – 1933?</w:t>
      </w:r>
    </w:p>
    <w:p>
      <w:pPr>
        <w:pStyle w:val="ListParagraph"/>
      </w:pPr>
      <w:r>
        <w:rPr>
          <w:sz w:val="22"/>
        </w:rPr>
        <w:t>A. Ngày 28-6-1919, Hiệp ước Véc-xai được kí kết</w:t>
      </w:r>
    </w:p>
    <w:p>
      <w:pPr>
        <w:pStyle w:val="ListParagraph"/>
      </w:pPr>
      <w:r>
        <w:rPr>
          <w:sz w:val="22"/>
        </w:rPr>
        <w:t>B. Ngày 1-9-1939, Đức tấn công Ba Lan</w:t>
      </w:r>
    </w:p>
    <w:p>
      <w:pPr>
        <w:pStyle w:val="ListParagraph"/>
      </w:pPr>
      <w:r>
        <w:rPr>
          <w:sz w:val="22"/>
        </w:rPr>
        <w:t>C. Ngày 24-10-1929, thị trường chứng khoán Niu Oóc sụp đổ</w:t>
      </w:r>
    </w:p>
    <w:p>
      <w:pPr>
        <w:pStyle w:val="ListParagraph"/>
      </w:pPr>
      <w:r>
        <w:rPr>
          <w:sz w:val="22"/>
        </w:rPr>
        <w:t>D. Ngày 7-11-1917, Cách mạng tháng Mười Nga thắng lợi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i/>
        </w:rPr>
        <w:t>Giải thích: Cuộc đại suy thoái kinh tế thế giới diễn ra trong khoảng thời gian 1929 – 1933.</w:t>
      </w:r>
    </w:p>
    <w:p>
      <w:r>
        <w:rPr>
          <w:b/>
        </w:rPr>
        <w:t>Câu 2: Đáp án đúng: C</w:t>
      </w:r>
    </w:p>
    <w:p>
      <w:r>
        <w:rPr>
          <w:i/>
        </w:rPr>
        <w:t>Giải thích: Nguyên nhân sâu xa là do sản xuất ồ ạt, cung vượt quá cầu làm hàng hóa ế thừa.</w:t>
      </w:r>
    </w:p>
    <w:p>
      <w:r>
        <w:rPr>
          <w:b/>
        </w:rPr>
        <w:t>Câu 3: Đáp án đúng: A</w:t>
      </w:r>
    </w:p>
    <w:p>
      <w:r>
        <w:rPr>
          <w:i/>
        </w:rPr>
        <w:t>Giải thích: Cuộc đại suy thoái kinh tế 1929 – 1933 bắt đầu từ Mĩ.</w:t>
      </w:r>
    </w:p>
    <w:p>
      <w:r>
        <w:rPr>
          <w:b/>
        </w:rPr>
        <w:t>Câu 4: Đáp án đúng: D</w:t>
      </w:r>
    </w:p>
    <w:p>
      <w:r>
        <w:rPr>
          <w:i/>
        </w:rPr>
        <w:t>Giải thích: Nước Mĩ đã thực hiện chính sách kinh tế mới để thoát khỏi cuộc đại suy thoái.</w:t>
      </w:r>
    </w:p>
    <w:p>
      <w:r>
        <w:rPr>
          <w:b/>
        </w:rPr>
        <w:t>Câu 5: Đáp án đúng: C</w:t>
      </w:r>
    </w:p>
    <w:p>
      <w:r>
        <w:rPr>
          <w:i/>
        </w:rPr>
        <w:t>Giải thích: Hậu quả nghiêm trọng nhất là chủ nghĩa phát xít lên nắm quyền ở một số nước, đe dọa hòa bình thế giới.</w:t>
      </w:r>
    </w:p>
    <w:p>
      <w:r>
        <w:rPr>
          <w:b/>
        </w:rPr>
        <w:t>Câu 6: Đáp án đúng: A</w:t>
      </w:r>
    </w:p>
    <w:p>
      <w:r>
        <w:rPr>
          <w:i/>
        </w:rPr>
        <w:t>Giải thích: Chính sách kinh tế mới của Mĩ được thực hiện dưới thời tổng thống Ru-dơ-ven.</w:t>
      </w:r>
    </w:p>
    <w:p>
      <w:r>
        <w:rPr>
          <w:b/>
        </w:rPr>
        <w:t>Câu 7: Đáp án đúng: A</w:t>
      </w:r>
    </w:p>
    <w:p>
      <w:r>
        <w:rPr>
          <w:i/>
        </w:rPr>
        <w:t>Giải thích: Chủ nghĩa phát xít là chế độ độc tài, khủng bố công khai.</w:t>
      </w:r>
    </w:p>
    <w:p>
      <w:r>
        <w:rPr>
          <w:b/>
        </w:rPr>
        <w:t>Câu 8: Đáp án đúng: C</w:t>
      </w:r>
    </w:p>
    <w:p>
      <w:r>
        <w:rPr>
          <w:i/>
        </w:rPr>
        <w:t>Giải thích: Đức đã phát xít hóa bộ máy nhà nước để thoát khỏi cuộc đại suy thoái kinh tế.</w:t>
      </w:r>
    </w:p>
    <w:p>
      <w:r>
        <w:rPr>
          <w:b/>
        </w:rPr>
        <w:t>Câu 9: Đáp án đúng: B</w:t>
      </w:r>
    </w:p>
    <w:p>
      <w:r>
        <w:rPr>
          <w:i/>
        </w:rPr>
        <w:t>Giải thích: Cuộc đại suy thoái đã làm cho nền kinh tế thế giới bị tàn phá nặng nề.</w:t>
      </w:r>
    </w:p>
    <w:p>
      <w:r>
        <w:rPr>
          <w:b/>
        </w:rPr>
        <w:t>Câu 10: Đáp án đúng: C</w:t>
      </w:r>
    </w:p>
    <w:p>
      <w:r>
        <w:rPr>
          <w:i/>
        </w:rPr>
        <w:t>Giải thích: Ngày 24-10-1929, thị trường chứng khoán Niu Oóc sụp đổ đánh dấu sự khởi đầu của cuộc đại suy thoái.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