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Hệ hô hấp</w:t>
      </w:r>
    </w:p>
    <w:p>
      <w:pPr>
        <w:jc w:val="center"/>
      </w:pPr>
      <w:r>
        <w:rPr>
          <w:sz w:val="22"/>
        </w:rPr>
        <w:t>Số câu: 28    Thời gian: _____ phút    Họ và tên: _________________________</w:t>
      </w:r>
    </w:p>
    <w:p/>
    <w:p>
      <w:r>
        <w:rPr>
          <w:b/>
          <w:sz w:val="24"/>
        </w:rPr>
        <w:t>Câu 1: 1. Cấu tạo phế nang có đặc điểm:</w:t>
      </w:r>
    </w:p>
    <w:p>
      <w:pPr>
        <w:pStyle w:val="ListParagraph"/>
      </w:pPr>
      <w:r>
        <w:rPr>
          <w:sz w:val="22"/>
        </w:rPr>
        <w:t>A. Hình chùm nho</w:t>
      </w:r>
    </w:p>
    <w:p>
      <w:pPr>
        <w:pStyle w:val="ListParagraph"/>
      </w:pPr>
      <w:r>
        <w:rPr>
          <w:sz w:val="22"/>
        </w:rPr>
        <w:t>B. Hình cành cây</w:t>
      </w:r>
    </w:p>
    <w:p>
      <w:pPr>
        <w:pStyle w:val="ListParagraph"/>
      </w:pPr>
      <w:r>
        <w:rPr>
          <w:sz w:val="22"/>
        </w:rPr>
        <w:t>C. Có chức năng trao đổi khí</w:t>
      </w:r>
    </w:p>
    <w:p>
      <w:pPr>
        <w:pStyle w:val="ListParagraph"/>
      </w:pPr>
      <w:r>
        <w:rPr>
          <w:sz w:val="22"/>
        </w:rPr>
        <w:t>D. A và C đúng</w:t>
      </w:r>
    </w:p>
    <w:p/>
    <w:p>
      <w:r>
        <w:rPr>
          <w:b/>
          <w:sz w:val="24"/>
        </w:rPr>
        <w:t>Câu 2: 2. Màng phổi có cấu tạo:</w:t>
      </w:r>
    </w:p>
    <w:p>
      <w:pPr>
        <w:pStyle w:val="ListParagraph"/>
      </w:pPr>
      <w:r>
        <w:rPr>
          <w:sz w:val="22"/>
        </w:rPr>
        <w:t>A. Lá thành</w:t>
      </w:r>
    </w:p>
    <w:p>
      <w:pPr>
        <w:pStyle w:val="ListParagraph"/>
      </w:pPr>
      <w:r>
        <w:rPr>
          <w:sz w:val="22"/>
        </w:rPr>
        <w:t>B. Lá tạng</w:t>
      </w:r>
    </w:p>
    <w:p>
      <w:pPr>
        <w:pStyle w:val="ListParagraph"/>
      </w:pPr>
      <w:r>
        <w:rPr>
          <w:sz w:val="22"/>
        </w:rPr>
        <w:t>C. ổ màng phổi</w:t>
      </w:r>
    </w:p>
    <w:p>
      <w:pPr>
        <w:pStyle w:val="ListParagraph"/>
      </w:pPr>
      <w:r>
        <w:rPr>
          <w:sz w:val="22"/>
        </w:rPr>
        <w:t>D. Lá thành, lá tạng, ổ màng phổi</w:t>
      </w:r>
    </w:p>
    <w:p/>
    <w:p>
      <w:r>
        <w:rPr>
          <w:b/>
          <w:sz w:val="24"/>
        </w:rPr>
        <w:t>Câu 3: 3. Cấu tạo của hầu, ngoại trừ:</w:t>
      </w:r>
    </w:p>
    <w:p>
      <w:pPr>
        <w:pStyle w:val="ListParagraph"/>
      </w:pPr>
      <w:r>
        <w:rPr>
          <w:sz w:val="22"/>
        </w:rPr>
        <w:t>A. Hầu gồm 3 phần: Hầu mũi, hầu miệng, hầu thanh quản</w:t>
      </w:r>
    </w:p>
    <w:p>
      <w:pPr>
        <w:pStyle w:val="ListParagraph"/>
      </w:pPr>
      <w:r>
        <w:rPr>
          <w:sz w:val="22"/>
        </w:rPr>
        <w:t>B. Hầu mũi có phần thông với vòi tai qua lỗ hầu vòi tai</w:t>
      </w:r>
    </w:p>
    <w:p>
      <w:pPr>
        <w:pStyle w:val="ListParagraph"/>
      </w:pPr>
      <w:r>
        <w:rPr>
          <w:sz w:val="22"/>
        </w:rPr>
        <w:t>C. Hầu miệng thông phía dưới với hầu mũi, phía trên với thanh hầu</w:t>
      </w:r>
    </w:p>
    <w:p>
      <w:pPr>
        <w:pStyle w:val="ListParagraph"/>
      </w:pPr>
      <w:r>
        <w:rPr>
          <w:sz w:val="22"/>
        </w:rPr>
        <w:t>D. Hầu miệng thông phia trước với ổ miệng qua eo họng</w:t>
      </w:r>
    </w:p>
    <w:p/>
    <w:p>
      <w:r>
        <w:rPr>
          <w:b/>
          <w:sz w:val="24"/>
        </w:rPr>
        <w:t>Câu 4: 4. Cấu tạo khí quản là</w:t>
      </w:r>
    </w:p>
    <w:p>
      <w:pPr>
        <w:pStyle w:val="ListParagraph"/>
      </w:pPr>
      <w:r>
        <w:rPr>
          <w:sz w:val="22"/>
        </w:rPr>
        <w:t>A. Một ống nối từ thanh quản tới phế quản chính</w:t>
      </w:r>
    </w:p>
    <w:p>
      <w:pPr>
        <w:pStyle w:val="ListParagraph"/>
      </w:pPr>
      <w:r>
        <w:rPr>
          <w:sz w:val="22"/>
        </w:rPr>
        <w:t>B. Gồm 16-20 vòng sụn hình chữ C chồng lên nhau</w:t>
      </w:r>
    </w:p>
    <w:p>
      <w:pPr>
        <w:pStyle w:val="ListParagraph"/>
      </w:pPr>
      <w:r>
        <w:rPr>
          <w:sz w:val="22"/>
        </w:rPr>
        <w:t>C. Cấu tạo gồm 3 lớp</w:t>
      </w:r>
    </w:p>
    <w:p>
      <w:pPr>
        <w:pStyle w:val="ListParagraph"/>
      </w:pPr>
      <w:r>
        <w:rPr>
          <w:sz w:val="22"/>
        </w:rPr>
        <w:t>D. A,B, C đều đúng</w:t>
      </w:r>
    </w:p>
    <w:p/>
    <w:p>
      <w:r>
        <w:rPr>
          <w:b/>
          <w:sz w:val="24"/>
        </w:rPr>
        <w:t>Câu 5: 5. Các mô tả sau đều đúng về cấu tạo của phổi, ngoại trừ:</w:t>
      </w:r>
    </w:p>
    <w:p>
      <w:pPr>
        <w:pStyle w:val="ListParagraph"/>
      </w:pPr>
      <w:r>
        <w:rPr>
          <w:sz w:val="22"/>
        </w:rPr>
        <w:t>A. Phổi gồm 3 mặt: mặt sườn, mặt hoành, mặt trung thất</w:t>
      </w:r>
    </w:p>
    <w:p>
      <w:pPr>
        <w:pStyle w:val="ListParagraph"/>
      </w:pPr>
      <w:r>
        <w:rPr>
          <w:sz w:val="22"/>
        </w:rPr>
        <w:t>B. Phổi phải chia làm 3 thùy bởi 2 khe: khe ngang và khe chếch</w:t>
      </w:r>
    </w:p>
    <w:p>
      <w:pPr>
        <w:pStyle w:val="ListParagraph"/>
      </w:pPr>
      <w:r>
        <w:rPr>
          <w:sz w:val="22"/>
        </w:rPr>
        <w:t>C. Phổi trái chia làm 2 thùy bởi 1 khe: khe chếch</w:t>
      </w:r>
    </w:p>
    <w:p>
      <w:pPr>
        <w:pStyle w:val="ListParagraph"/>
      </w:pPr>
      <w:r>
        <w:rPr>
          <w:sz w:val="22"/>
        </w:rPr>
        <w:t>D. Phổi trái chia làm 2 thùy bởi 1 khe ngang</w:t>
      </w:r>
    </w:p>
    <w:p/>
    <w:p>
      <w:r>
        <w:rPr>
          <w:b/>
          <w:sz w:val="24"/>
        </w:rPr>
        <w:t>Câu 6: 6. Hạnh nhân lưỡi thuộc phần nào sau đây của hầu:</w:t>
      </w:r>
    </w:p>
    <w:p>
      <w:pPr>
        <w:pStyle w:val="ListParagraph"/>
      </w:pPr>
      <w:r>
        <w:rPr>
          <w:sz w:val="22"/>
        </w:rPr>
        <w:t>A. Hầu mũi</w:t>
      </w:r>
    </w:p>
    <w:p>
      <w:pPr>
        <w:pStyle w:val="ListParagraph"/>
      </w:pPr>
      <w:r>
        <w:rPr>
          <w:sz w:val="22"/>
        </w:rPr>
        <w:t>B. Hầu miệng</w:t>
      </w:r>
    </w:p>
    <w:p>
      <w:pPr>
        <w:pStyle w:val="ListParagraph"/>
      </w:pPr>
      <w:r>
        <w:rPr>
          <w:sz w:val="22"/>
        </w:rPr>
        <w:t>C. Hầu thanh quản</w:t>
      </w:r>
    </w:p>
    <w:p>
      <w:pPr>
        <w:pStyle w:val="ListParagraph"/>
      </w:pPr>
      <w:r>
        <w:rPr>
          <w:sz w:val="22"/>
        </w:rPr>
        <w:t>D. Hầu khí quản</w:t>
      </w:r>
    </w:p>
    <w:p/>
    <w:p>
      <w:r>
        <w:rPr>
          <w:b/>
          <w:sz w:val="24"/>
        </w:rPr>
        <w:t>Câu 7: 7. Cơ quan nào sau của đường hô hấp không được cấu tạo bởi sụn:</w:t>
      </w:r>
    </w:p>
    <w:p>
      <w:pPr>
        <w:pStyle w:val="ListParagraph"/>
      </w:pPr>
      <w:r>
        <w:rPr>
          <w:sz w:val="22"/>
        </w:rPr>
        <w:t>A. Thanh quản</w:t>
      </w:r>
    </w:p>
    <w:p>
      <w:pPr>
        <w:pStyle w:val="ListParagraph"/>
      </w:pPr>
      <w:r>
        <w:rPr>
          <w:sz w:val="22"/>
        </w:rPr>
        <w:t>B. Khí quản</w:t>
      </w:r>
    </w:p>
    <w:p>
      <w:pPr>
        <w:pStyle w:val="ListParagraph"/>
      </w:pPr>
      <w:r>
        <w:rPr>
          <w:sz w:val="22"/>
        </w:rPr>
        <w:t>C. Tiểu phế quản tận</w:t>
      </w:r>
    </w:p>
    <w:p>
      <w:pPr>
        <w:pStyle w:val="ListParagraph"/>
      </w:pPr>
      <w:r>
        <w:rPr>
          <w:sz w:val="22"/>
        </w:rPr>
        <w:t>D. Phế quản</w:t>
      </w:r>
    </w:p>
    <w:p/>
    <w:p>
      <w:r>
        <w:rPr>
          <w:b/>
          <w:sz w:val="24"/>
        </w:rPr>
        <w:t>Câu 8: 8. Đơn vị chức năng của phổi</w:t>
      </w:r>
    </w:p>
    <w:p>
      <w:pPr>
        <w:pStyle w:val="ListParagraph"/>
      </w:pPr>
      <w:r>
        <w:rPr>
          <w:sz w:val="22"/>
        </w:rPr>
        <w:t>A. Khí quản</w:t>
      </w:r>
    </w:p>
    <w:p>
      <w:pPr>
        <w:pStyle w:val="ListParagraph"/>
      </w:pPr>
      <w:r>
        <w:rPr>
          <w:sz w:val="22"/>
        </w:rPr>
        <w:t>B. Mũi</w:t>
      </w:r>
    </w:p>
    <w:p>
      <w:pPr>
        <w:pStyle w:val="ListParagraph"/>
      </w:pPr>
      <w:r>
        <w:rPr>
          <w:sz w:val="22"/>
        </w:rPr>
        <w:t>C. Phế nang</w:t>
      </w:r>
    </w:p>
    <w:p>
      <w:pPr>
        <w:pStyle w:val="ListParagraph"/>
      </w:pPr>
      <w:r>
        <w:rPr>
          <w:sz w:val="22"/>
        </w:rPr>
        <w:t>D. Phế quản</w:t>
      </w:r>
    </w:p>
    <w:p/>
    <w:p>
      <w:r>
        <w:rPr>
          <w:b/>
          <w:sz w:val="24"/>
        </w:rPr>
        <w:t>Câu 9: 9. Vị trí vùng khứu của niêm mạc mũi có chức năng để ngửi là:</w:t>
      </w:r>
    </w:p>
    <w:p>
      <w:pPr>
        <w:pStyle w:val="ListParagraph"/>
      </w:pPr>
      <w:r>
        <w:rPr>
          <w:sz w:val="22"/>
        </w:rPr>
        <w:t>A. 1/3 trên</w:t>
      </w:r>
    </w:p>
    <w:p>
      <w:pPr>
        <w:pStyle w:val="ListParagraph"/>
      </w:pPr>
      <w:r>
        <w:rPr>
          <w:sz w:val="22"/>
        </w:rPr>
        <w:t>B. 1/3 giữa</w:t>
      </w:r>
    </w:p>
    <w:p>
      <w:pPr>
        <w:pStyle w:val="ListParagraph"/>
      </w:pPr>
      <w:r>
        <w:rPr>
          <w:sz w:val="22"/>
        </w:rPr>
        <w:t>C. 2/3 dưới</w:t>
      </w:r>
    </w:p>
    <w:p>
      <w:pPr>
        <w:pStyle w:val="ListParagraph"/>
      </w:pPr>
      <w:r>
        <w:rPr>
          <w:sz w:val="22"/>
        </w:rPr>
        <w:t>D. 2/3 trên</w:t>
      </w:r>
    </w:p>
    <w:p/>
    <w:p>
      <w:r>
        <w:rPr>
          <w:b/>
          <w:sz w:val="24"/>
        </w:rPr>
        <w:t>Câu 10: 10. Thành phần nào không góp phần tạo nên vách mũi:</w:t>
      </w:r>
    </w:p>
    <w:p>
      <w:pPr>
        <w:pStyle w:val="ListParagraph"/>
      </w:pPr>
      <w:r>
        <w:rPr>
          <w:sz w:val="22"/>
        </w:rPr>
        <w:t>A. Mảnh thẳng xương sàng</w:t>
      </w:r>
    </w:p>
    <w:p>
      <w:pPr>
        <w:pStyle w:val="ListParagraph"/>
      </w:pPr>
      <w:r>
        <w:rPr>
          <w:sz w:val="22"/>
        </w:rPr>
        <w:t>B. Mảnh thẳng xương khẩu cái</w:t>
      </w:r>
    </w:p>
    <w:p>
      <w:pPr>
        <w:pStyle w:val="ListParagraph"/>
      </w:pPr>
      <w:r>
        <w:rPr>
          <w:sz w:val="22"/>
        </w:rPr>
        <w:t>C. Sụn vách mũi</w:t>
      </w:r>
    </w:p>
    <w:p>
      <w:pPr>
        <w:pStyle w:val="ListParagraph"/>
      </w:pPr>
      <w:r>
        <w:rPr>
          <w:sz w:val="22"/>
        </w:rPr>
        <w:t>D. Xương lá mía</w:t>
      </w:r>
    </w:p>
    <w:p/>
    <w:p>
      <w:r>
        <w:rPr>
          <w:b/>
          <w:sz w:val="24"/>
        </w:rPr>
        <w:t>Câu 11: 11. Những xương nào góp phần tạo nên trần ổ mũi:</w:t>
      </w:r>
    </w:p>
    <w:p>
      <w:pPr>
        <w:pStyle w:val="ListParagraph"/>
      </w:pPr>
      <w:r>
        <w:rPr>
          <w:sz w:val="22"/>
        </w:rPr>
        <w:t>A. Xương sàng</w:t>
      </w:r>
    </w:p>
    <w:p>
      <w:pPr>
        <w:pStyle w:val="ListParagraph"/>
      </w:pPr>
      <w:r>
        <w:rPr>
          <w:sz w:val="22"/>
        </w:rPr>
        <w:t>B. Xương sàng, xương bướm</w:t>
      </w:r>
    </w:p>
    <w:p>
      <w:pPr>
        <w:pStyle w:val="ListParagraph"/>
      </w:pPr>
      <w:r>
        <w:rPr>
          <w:sz w:val="22"/>
        </w:rPr>
        <w:t>C. Xương bướm, xương lá mía</w:t>
      </w:r>
    </w:p>
    <w:p>
      <w:pPr>
        <w:pStyle w:val="ListParagraph"/>
      </w:pPr>
      <w:r>
        <w:rPr>
          <w:sz w:val="22"/>
        </w:rPr>
        <w:t>D. Xương bướm, xương lá mía, xương khẩu cái</w:t>
      </w:r>
    </w:p>
    <w:p/>
    <w:p>
      <w:r>
        <w:rPr>
          <w:b/>
          <w:sz w:val="24"/>
        </w:rPr>
        <w:t>Câu 12: 12. Cơ nào sau đây không thuộc các cơ của hầu</w:t>
      </w:r>
    </w:p>
    <w:p>
      <w:pPr>
        <w:pStyle w:val="ListParagraph"/>
      </w:pPr>
      <w:r>
        <w:rPr>
          <w:sz w:val="22"/>
        </w:rPr>
        <w:t>A. Cơ khít hầu trên, giữa, dưới</w:t>
      </w:r>
    </w:p>
    <w:p>
      <w:pPr>
        <w:pStyle w:val="ListParagraph"/>
      </w:pPr>
      <w:r>
        <w:rPr>
          <w:sz w:val="22"/>
        </w:rPr>
        <w:t>B. Cơ vòi hầu</w:t>
      </w:r>
    </w:p>
    <w:p>
      <w:pPr>
        <w:pStyle w:val="ListParagraph"/>
      </w:pPr>
      <w:r>
        <w:rPr>
          <w:sz w:val="22"/>
        </w:rPr>
        <w:t>C. Cơ trâm hầu</w:t>
      </w:r>
    </w:p>
    <w:p>
      <w:pPr>
        <w:pStyle w:val="ListParagraph"/>
      </w:pPr>
      <w:r>
        <w:rPr>
          <w:sz w:val="22"/>
        </w:rPr>
        <w:t>D. Cơ nâng màng khẩu cái</w:t>
      </w:r>
    </w:p>
    <w:p/>
    <w:p>
      <w:r>
        <w:rPr>
          <w:b/>
          <w:sz w:val="24"/>
        </w:rPr>
        <w:t>Câu 13: 13. Cơ hô hấp quan trọng nhất là:</w:t>
      </w:r>
    </w:p>
    <w:p>
      <w:pPr>
        <w:pStyle w:val="ListParagraph"/>
      </w:pPr>
      <w:r>
        <w:rPr>
          <w:sz w:val="22"/>
        </w:rPr>
        <w:t>A. Các cơ bậc thang</w:t>
      </w:r>
    </w:p>
    <w:p>
      <w:pPr>
        <w:pStyle w:val="ListParagraph"/>
      </w:pPr>
      <w:r>
        <w:rPr>
          <w:sz w:val="22"/>
        </w:rPr>
        <w:t>B. Cơ nâng sườn</w:t>
      </w:r>
    </w:p>
    <w:p>
      <w:pPr>
        <w:pStyle w:val="ListParagraph"/>
      </w:pPr>
      <w:r>
        <w:rPr>
          <w:sz w:val="22"/>
        </w:rPr>
        <w:t>C. Các cơ thành bụng</w:t>
      </w:r>
    </w:p>
    <w:p>
      <w:pPr>
        <w:pStyle w:val="ListParagraph"/>
      </w:pPr>
      <w:r>
        <w:rPr>
          <w:sz w:val="22"/>
        </w:rPr>
        <w:t>D. Cơ hoành</w:t>
      </w:r>
    </w:p>
    <w:p/>
    <w:p>
      <w:r>
        <w:rPr>
          <w:b/>
          <w:sz w:val="24"/>
        </w:rPr>
        <w:t>Câu 14: 14. Tuyến hạnh nhân khẩu cái:</w:t>
      </w:r>
    </w:p>
    <w:p>
      <w:pPr>
        <w:pStyle w:val="ListParagraph"/>
      </w:pPr>
      <w:r>
        <w:rPr>
          <w:sz w:val="22"/>
        </w:rPr>
        <w:t>A. Nằm rải rác dưới mảnh ngang xương khẩu cái</w:t>
      </w:r>
    </w:p>
    <w:p>
      <w:pPr>
        <w:pStyle w:val="ListParagraph"/>
      </w:pPr>
      <w:r>
        <w:rPr>
          <w:sz w:val="22"/>
        </w:rPr>
        <w:t>B. Nằm ngay sau eo họng trong hố hạnh nhân</w:t>
      </w:r>
    </w:p>
    <w:p>
      <w:pPr>
        <w:pStyle w:val="ListParagraph"/>
      </w:pPr>
      <w:r>
        <w:rPr>
          <w:sz w:val="22"/>
        </w:rPr>
        <w:t>C. Nằm trước eo họng</w:t>
      </w:r>
    </w:p>
    <w:p>
      <w:pPr>
        <w:pStyle w:val="ListParagraph"/>
      </w:pPr>
      <w:r>
        <w:rPr>
          <w:sz w:val="22"/>
        </w:rPr>
        <w:t>D. Nằm cạnh vòi nhĩ</w:t>
      </w:r>
    </w:p>
    <w:p/>
    <w:p>
      <w:r>
        <w:rPr>
          <w:b/>
          <w:sz w:val="24"/>
        </w:rPr>
        <w:t>Câu 15: 15. Eo họng chính là:</w:t>
      </w:r>
    </w:p>
    <w:p>
      <w:pPr>
        <w:pStyle w:val="ListParagraph"/>
      </w:pPr>
      <w:r>
        <w:rPr>
          <w:sz w:val="22"/>
        </w:rPr>
        <w:t>A. Ranh giới giữa ổ miệng và phần hầu miệng</w:t>
      </w:r>
    </w:p>
    <w:p>
      <w:pPr>
        <w:pStyle w:val="ListParagraph"/>
      </w:pPr>
      <w:r>
        <w:rPr>
          <w:sz w:val="22"/>
        </w:rPr>
        <w:t>B. Được giới hạn bởi cung khẩu cái lưỡi</w:t>
      </w:r>
    </w:p>
    <w:p>
      <w:pPr>
        <w:pStyle w:val="ListParagraph"/>
      </w:pPr>
      <w:r>
        <w:rPr>
          <w:sz w:val="22"/>
        </w:rPr>
        <w:t>C. Được giới hạn bởi cung khẩu cái hầu</w:t>
      </w:r>
    </w:p>
    <w:p>
      <w:pPr>
        <w:pStyle w:val="ListParagraph"/>
      </w:pPr>
      <w:r>
        <w:rPr>
          <w:sz w:val="22"/>
        </w:rPr>
        <w:t>D. Ngã tư của đường hô hấp và đường tiêu hóa</w:t>
      </w:r>
    </w:p>
    <w:p/>
    <w:p>
      <w:r>
        <w:rPr>
          <w:b/>
          <w:sz w:val="24"/>
        </w:rPr>
        <w:t>Câu 16: 16. Sụn hình chữ C là cấu trúc của:</w:t>
      </w:r>
    </w:p>
    <w:p>
      <w:pPr>
        <w:pStyle w:val="ListParagraph"/>
      </w:pPr>
      <w:r>
        <w:rPr>
          <w:sz w:val="22"/>
        </w:rPr>
        <w:t>A. Xương móng</w:t>
      </w:r>
    </w:p>
    <w:p>
      <w:pPr>
        <w:pStyle w:val="ListParagraph"/>
      </w:pPr>
      <w:r>
        <w:rPr>
          <w:sz w:val="22"/>
        </w:rPr>
        <w:t>B. Sụn nắp thanh quản</w:t>
      </w:r>
    </w:p>
    <w:p>
      <w:pPr>
        <w:pStyle w:val="ListParagraph"/>
      </w:pPr>
      <w:r>
        <w:rPr>
          <w:sz w:val="22"/>
        </w:rPr>
        <w:t>C. Khí quản</w:t>
      </w:r>
    </w:p>
    <w:p>
      <w:pPr>
        <w:pStyle w:val="ListParagraph"/>
      </w:pPr>
      <w:r>
        <w:rPr>
          <w:sz w:val="22"/>
        </w:rPr>
        <w:t>D. Thanh hầu</w:t>
      </w:r>
    </w:p>
    <w:p/>
    <w:p>
      <w:r>
        <w:rPr>
          <w:b/>
          <w:sz w:val="24"/>
        </w:rPr>
        <w:t>Câu 17: 17. Bề mặt phổi được phủ bởi 1 lớp biểu mô gọi là:</w:t>
      </w:r>
    </w:p>
    <w:p>
      <w:pPr>
        <w:pStyle w:val="ListParagraph"/>
      </w:pPr>
      <w:r>
        <w:rPr>
          <w:sz w:val="22"/>
        </w:rPr>
        <w:t>A. Màng phổi thành</w:t>
      </w:r>
    </w:p>
    <w:p>
      <w:pPr>
        <w:pStyle w:val="ListParagraph"/>
      </w:pPr>
      <w:r>
        <w:rPr>
          <w:sz w:val="22"/>
        </w:rPr>
        <w:t>B. Màng phổi tạng</w:t>
      </w:r>
    </w:p>
    <w:p>
      <w:pPr>
        <w:pStyle w:val="ListParagraph"/>
      </w:pPr>
      <w:r>
        <w:rPr>
          <w:sz w:val="22"/>
        </w:rPr>
        <w:t>C. Màng phổi hoành</w:t>
      </w:r>
    </w:p>
    <w:p>
      <w:pPr>
        <w:pStyle w:val="ListParagraph"/>
      </w:pPr>
      <w:r>
        <w:rPr>
          <w:sz w:val="22"/>
        </w:rPr>
        <w:t>D. Màng phổi sườn</w:t>
      </w:r>
    </w:p>
    <w:p/>
    <w:p>
      <w:r>
        <w:rPr>
          <w:b/>
          <w:sz w:val="24"/>
        </w:rPr>
        <w:t>Câu 18: 18. Đoạn cuối cùng của cây phế quản:</w:t>
      </w:r>
    </w:p>
    <w:p>
      <w:pPr>
        <w:pStyle w:val="ListParagraph"/>
      </w:pPr>
      <w:r>
        <w:rPr>
          <w:sz w:val="22"/>
        </w:rPr>
        <w:t>A. Phế quản gốc</w:t>
      </w:r>
    </w:p>
    <w:p>
      <w:pPr>
        <w:pStyle w:val="ListParagraph"/>
      </w:pPr>
      <w:r>
        <w:rPr>
          <w:sz w:val="22"/>
        </w:rPr>
        <w:t>B. Tiểu phế quản</w:t>
      </w:r>
    </w:p>
    <w:p>
      <w:pPr>
        <w:pStyle w:val="ListParagraph"/>
      </w:pPr>
      <w:r>
        <w:rPr>
          <w:sz w:val="22"/>
        </w:rPr>
        <w:t>C. Tiểu phế quản tận</w:t>
      </w:r>
    </w:p>
    <w:p>
      <w:pPr>
        <w:pStyle w:val="ListParagraph"/>
      </w:pPr>
      <w:r>
        <w:rPr>
          <w:sz w:val="22"/>
        </w:rPr>
        <w:t>D. Tiểu phế quản hô hấp</w:t>
      </w:r>
    </w:p>
    <w:p/>
    <w:p>
      <w:r>
        <w:rPr>
          <w:b/>
          <w:sz w:val="24"/>
        </w:rPr>
        <w:t>Câu 19: 19. Vết thương lồng ngực hở sẽ dẫn đến</w:t>
      </w:r>
    </w:p>
    <w:p>
      <w:pPr>
        <w:pStyle w:val="ListParagraph"/>
      </w:pPr>
      <w:r>
        <w:rPr>
          <w:sz w:val="22"/>
        </w:rPr>
        <w:t>A. Phổi dãn ra ít trong thì hít vào</w:t>
      </w:r>
    </w:p>
    <w:p>
      <w:pPr>
        <w:pStyle w:val="ListParagraph"/>
      </w:pPr>
      <w:r>
        <w:rPr>
          <w:sz w:val="22"/>
        </w:rPr>
        <w:t>B. Phổi không co giãn theo lồng ngực</w:t>
      </w:r>
    </w:p>
    <w:p>
      <w:pPr>
        <w:pStyle w:val="ListParagraph"/>
      </w:pPr>
      <w:r>
        <w:rPr>
          <w:sz w:val="22"/>
        </w:rPr>
        <w:t>C. Áp suất khoang màng phổi luôn dương</w:t>
      </w:r>
    </w:p>
    <w:p>
      <w:pPr>
        <w:pStyle w:val="ListParagraph"/>
      </w:pPr>
      <w:r>
        <w:rPr>
          <w:sz w:val="22"/>
        </w:rPr>
        <w:t>D. Phổi co lại ít trong thì thở ra</w:t>
      </w:r>
    </w:p>
    <w:p/>
    <w:p>
      <w:r>
        <w:rPr>
          <w:b/>
          <w:sz w:val="24"/>
        </w:rPr>
        <w:t>Câu 20: 20. Dung tích sống là</w:t>
      </w:r>
    </w:p>
    <w:p>
      <w:pPr>
        <w:pStyle w:val="ListParagraph"/>
      </w:pPr>
      <w:r>
        <w:rPr>
          <w:sz w:val="22"/>
        </w:rPr>
        <w:t>A. Là thể tích khí thở ra thật tối đa</w:t>
      </w:r>
    </w:p>
    <w:p>
      <w:pPr>
        <w:pStyle w:val="ListParagraph"/>
      </w:pPr>
      <w:r>
        <w:rPr>
          <w:sz w:val="22"/>
        </w:rPr>
        <w:t>B. Thể hiện khả năng tối đa của một lần hô hấp.</w:t>
      </w:r>
    </w:p>
    <w:p>
      <w:pPr>
        <w:pStyle w:val="ListParagraph"/>
      </w:pPr>
      <w:r>
        <w:rPr>
          <w:sz w:val="22"/>
        </w:rPr>
        <w:t>C. Tăng theo tuổi và giảm theo chiều cao</w:t>
      </w:r>
    </w:p>
    <w:p>
      <w:pPr>
        <w:pStyle w:val="ListParagraph"/>
      </w:pPr>
      <w:r>
        <w:rPr>
          <w:sz w:val="22"/>
        </w:rPr>
        <w:t>D. Thể hiện khả năng chứa đựng tối đa của phổi</w:t>
      </w:r>
    </w:p>
    <w:p/>
    <w:p>
      <w:r>
        <w:rPr>
          <w:b/>
          <w:sz w:val="24"/>
        </w:rPr>
        <w:t>Câu 21: 21. Máu nhường O2 ở mô:</w:t>
      </w:r>
    </w:p>
    <w:p>
      <w:pPr>
        <w:pStyle w:val="ListParagraph"/>
      </w:pPr>
      <w:r>
        <w:rPr>
          <w:sz w:val="22"/>
        </w:rPr>
        <w:t>A. Phân áp O2 ở mô thấp làm tăng phân ly HbO2.</w:t>
      </w:r>
    </w:p>
    <w:p>
      <w:pPr>
        <w:pStyle w:val="ListParagraph"/>
      </w:pPr>
      <w:r>
        <w:rPr>
          <w:sz w:val="22"/>
        </w:rPr>
        <w:t>B. Ở mô đang hoạt động, hiệu suất sử dụng O2 khoảng 25%</w:t>
      </w:r>
    </w:p>
    <w:p>
      <w:pPr>
        <w:pStyle w:val="ListParagraph"/>
      </w:pPr>
      <w:r>
        <w:rPr>
          <w:sz w:val="22"/>
        </w:rPr>
        <w:t>C. PH giảm làm giảm phân ly HbO2</w:t>
      </w:r>
    </w:p>
    <w:p>
      <w:pPr>
        <w:pStyle w:val="ListParagraph"/>
      </w:pPr>
      <w:r>
        <w:rPr>
          <w:sz w:val="22"/>
        </w:rPr>
        <w:t>D. Nhiệt độ tăng làm giảm phân ly HbO2</w:t>
      </w:r>
    </w:p>
    <w:p/>
    <w:p>
      <w:r>
        <w:rPr>
          <w:b/>
          <w:sz w:val="24"/>
        </w:rPr>
        <w:t>Câu 22: 22. Phổi co lại rốn phổi (xẹp phổi) do</w:t>
      </w:r>
    </w:p>
    <w:p>
      <w:pPr>
        <w:pStyle w:val="ListParagraph"/>
      </w:pPr>
      <w:r>
        <w:rPr>
          <w:sz w:val="22"/>
        </w:rPr>
        <w:t>A. Lồng ngực hở</w:t>
      </w:r>
    </w:p>
    <w:p>
      <w:pPr>
        <w:pStyle w:val="ListParagraph"/>
      </w:pPr>
      <w:r>
        <w:rPr>
          <w:sz w:val="22"/>
        </w:rPr>
        <w:t>B. Lồng ngực bị dị dạng</w:t>
      </w:r>
    </w:p>
    <w:p>
      <w:pPr>
        <w:pStyle w:val="ListParagraph"/>
      </w:pPr>
      <w:r>
        <w:rPr>
          <w:sz w:val="22"/>
        </w:rPr>
        <w:t>C. Không có chất surfactant</w:t>
      </w:r>
    </w:p>
    <w:p>
      <w:pPr>
        <w:pStyle w:val="ListParagraph"/>
      </w:pPr>
      <w:r>
        <w:rPr>
          <w:sz w:val="22"/>
        </w:rPr>
        <w:t>D. Liệt các cơ hô hấp</w:t>
      </w:r>
    </w:p>
    <w:p/>
    <w:p>
      <w:r>
        <w:rPr>
          <w:b/>
          <w:sz w:val="24"/>
        </w:rPr>
        <w:t>Câu 23: 23. Khi hít vào thật sâu rồi đóng thanh môn, thở ra mạnh tạo luồng khí có áp suất cao và tốc độ nhanh qua miệng là động tác hô hấp:</w:t>
      </w:r>
    </w:p>
    <w:p>
      <w:pPr>
        <w:pStyle w:val="ListParagraph"/>
      </w:pPr>
      <w:r>
        <w:rPr>
          <w:sz w:val="22"/>
        </w:rPr>
        <w:t>A. Hắt hơi</w:t>
      </w:r>
    </w:p>
    <w:p>
      <w:pPr>
        <w:pStyle w:val="ListParagraph"/>
      </w:pPr>
      <w:r>
        <w:rPr>
          <w:sz w:val="22"/>
        </w:rPr>
        <w:t>B. Hát hoặc nói</w:t>
      </w:r>
    </w:p>
    <w:p>
      <w:pPr>
        <w:pStyle w:val="ListParagraph"/>
      </w:pPr>
      <w:r>
        <w:rPr>
          <w:sz w:val="22"/>
        </w:rPr>
        <w:t>C. Ho</w:t>
      </w:r>
    </w:p>
    <w:p>
      <w:pPr>
        <w:pStyle w:val="ListParagraph"/>
      </w:pPr>
      <w:r>
        <w:rPr>
          <w:sz w:val="22"/>
        </w:rPr>
        <w:t>D. Rặn</w:t>
      </w:r>
    </w:p>
    <w:p/>
    <w:p>
      <w:r>
        <w:rPr>
          <w:b/>
          <w:sz w:val="24"/>
        </w:rPr>
        <w:t>Câu 24: 24. Thể tích lưu thông Tidal Volume (TV) là thể tích khí của một lần thở ra hoặc hít vào bình thường khoảng:</w:t>
      </w:r>
    </w:p>
    <w:p>
      <w:pPr>
        <w:pStyle w:val="ListParagraph"/>
      </w:pPr>
      <w:r>
        <w:rPr>
          <w:sz w:val="22"/>
        </w:rPr>
        <w:t>A. 0,5 lít</w:t>
      </w:r>
    </w:p>
    <w:p>
      <w:pPr>
        <w:pStyle w:val="ListParagraph"/>
      </w:pPr>
      <w:r>
        <w:rPr>
          <w:sz w:val="22"/>
        </w:rPr>
        <w:t>B. 1,5-2 lít</w:t>
      </w:r>
    </w:p>
    <w:p>
      <w:pPr>
        <w:pStyle w:val="ListParagraph"/>
      </w:pPr>
      <w:r>
        <w:rPr>
          <w:sz w:val="22"/>
        </w:rPr>
        <w:t>C. 2,5- 3,5 lít</w:t>
      </w:r>
    </w:p>
    <w:p>
      <w:pPr>
        <w:pStyle w:val="ListParagraph"/>
      </w:pPr>
      <w:r>
        <w:rPr>
          <w:sz w:val="22"/>
        </w:rPr>
        <w:t>D. 3,5- 4,5 lít</w:t>
      </w:r>
    </w:p>
    <w:p/>
    <w:p>
      <w:r>
        <w:rPr>
          <w:b/>
          <w:sz w:val="24"/>
        </w:rPr>
        <w:t>Câu 25: 25. Các yếu tố sau điều hòa hô hấp, trừ:</w:t>
      </w:r>
    </w:p>
    <w:p>
      <w:pPr>
        <w:pStyle w:val="ListParagraph"/>
      </w:pPr>
      <w:r>
        <w:rPr>
          <w:sz w:val="22"/>
        </w:rPr>
        <w:t>A. Trung tâm nuốt hưng phấn ức chế trung tâm hít vào</w:t>
      </w:r>
    </w:p>
    <w:p>
      <w:pPr>
        <w:pStyle w:val="ListParagraph"/>
      </w:pPr>
      <w:r>
        <w:rPr>
          <w:sz w:val="22"/>
        </w:rPr>
        <w:t>B. Kích thích dây V làm thay đổi nhịp thở</w:t>
      </w:r>
    </w:p>
    <w:p>
      <w:pPr>
        <w:pStyle w:val="ListParagraph"/>
      </w:pPr>
      <w:r>
        <w:rPr>
          <w:sz w:val="22"/>
        </w:rPr>
        <w:t>C. HA tăng làm tăng hô hấp</w:t>
      </w:r>
    </w:p>
    <w:p>
      <w:pPr>
        <w:pStyle w:val="ListParagraph"/>
      </w:pPr>
      <w:r>
        <w:rPr>
          <w:sz w:val="22"/>
        </w:rPr>
        <w:t>D. Hệ thần kinh thực vât tham gia điều hòa không khí ra vào phổi</w:t>
      </w:r>
    </w:p>
    <w:p/>
    <w:p>
      <w:r>
        <w:rPr>
          <w:b/>
          <w:sz w:val="24"/>
        </w:rPr>
        <w:t>Câu 26: 26. Trao đổi CO2 ở mô:</w:t>
      </w:r>
    </w:p>
    <w:p>
      <w:pPr>
        <w:pStyle w:val="ListParagraph"/>
      </w:pPr>
      <w:r>
        <w:rPr>
          <w:sz w:val="22"/>
        </w:rPr>
        <w:t>A. 25% CO2 gắn với H20</w:t>
      </w:r>
    </w:p>
    <w:p>
      <w:pPr>
        <w:pStyle w:val="ListParagraph"/>
      </w:pPr>
      <w:r>
        <w:rPr>
          <w:sz w:val="22"/>
        </w:rPr>
        <w:t>B. 100% CO2 được gắn với Hb</w:t>
      </w:r>
    </w:p>
    <w:p>
      <w:pPr>
        <w:pStyle w:val="ListParagraph"/>
      </w:pPr>
      <w:r>
        <w:rPr>
          <w:sz w:val="22"/>
        </w:rPr>
        <w:t>C. 20% CO2 gắn với Hb, 80% CO2 gắn với H2O</w:t>
      </w:r>
    </w:p>
    <w:p>
      <w:pPr>
        <w:pStyle w:val="ListParagraph"/>
      </w:pPr>
      <w:r>
        <w:rPr>
          <w:sz w:val="22"/>
        </w:rPr>
        <w:t>D. 20% CO2 gắn với H20, 80% CO2 gắn với Hb</w:t>
      </w:r>
    </w:p>
    <w:p/>
    <w:p>
      <w:r>
        <w:rPr>
          <w:b/>
          <w:sz w:val="24"/>
        </w:rPr>
        <w:t>Câu 27: 27. Các tác dụng sau là tác dụng của CO2 trong điều hòa hô hấp, trừ</w:t>
      </w:r>
    </w:p>
    <w:p>
      <w:pPr>
        <w:pStyle w:val="ListParagraph"/>
      </w:pPr>
      <w:r>
        <w:rPr>
          <w:sz w:val="22"/>
        </w:rPr>
        <w:t>A. Duy trì nhịp hô hấp</w:t>
      </w:r>
    </w:p>
    <w:p>
      <w:pPr>
        <w:pStyle w:val="ListParagraph"/>
      </w:pPr>
      <w:r>
        <w:rPr>
          <w:sz w:val="22"/>
        </w:rPr>
        <w:t>B. Làm tăng nhịp hô hấp</w:t>
      </w:r>
    </w:p>
    <w:p>
      <w:pPr>
        <w:pStyle w:val="ListParagraph"/>
      </w:pPr>
      <w:r>
        <w:rPr>
          <w:sz w:val="22"/>
        </w:rPr>
        <w:t>C. Gây động tác hô hấp đầu tiên</w:t>
      </w:r>
    </w:p>
    <w:p>
      <w:pPr>
        <w:pStyle w:val="ListParagraph"/>
      </w:pPr>
      <w:r>
        <w:rPr>
          <w:sz w:val="22"/>
        </w:rPr>
        <w:t>D. Làm giảm nhịp hô hấp</w:t>
      </w:r>
    </w:p>
    <w:p/>
    <w:p>
      <w:r>
        <w:rPr>
          <w:b/>
          <w:sz w:val="24"/>
        </w:rPr>
        <w:t>Câu 28: 28. Vai trò của Oxy, áp suất máu và dây X trong điều hòa hô hấp</w:t>
      </w:r>
    </w:p>
    <w:p>
      <w:pPr>
        <w:pStyle w:val="ListParagraph"/>
      </w:pPr>
      <w:r>
        <w:rPr>
          <w:sz w:val="22"/>
        </w:rPr>
        <w:t>A. Oxy máu giảm thấp làm tăng hô hấp</w:t>
      </w:r>
    </w:p>
    <w:p>
      <w:pPr>
        <w:pStyle w:val="ListParagraph"/>
      </w:pPr>
      <w:r>
        <w:rPr>
          <w:sz w:val="22"/>
        </w:rPr>
        <w:t>B. Oxy máu động mạch giảm thấp là tăng hô hấp</w:t>
      </w:r>
    </w:p>
    <w:p>
      <w:pPr>
        <w:pStyle w:val="ListParagraph"/>
      </w:pPr>
      <w:r>
        <w:rPr>
          <w:sz w:val="22"/>
        </w:rPr>
        <w:t>C. Dây X hoạt động trong động tác hô hấp bình thường</w:t>
      </w:r>
    </w:p>
    <w:p>
      <w:pPr>
        <w:pStyle w:val="ListParagraph"/>
      </w:pPr>
      <w:r>
        <w:rPr>
          <w:sz w:val="22"/>
        </w:rPr>
        <w:t>D. Huyết áp tăng làm tăng hô hấp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