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ktra hoc ki1 lop 3</w:t>
      </w:r>
    </w:p>
    <w:p>
      <w:pPr>
        <w:jc w:val="center"/>
      </w:pPr>
      <w:r>
        <w:rPr>
          <w:sz w:val="22"/>
        </w:rPr>
        <w:t>Số câu: 51    Thời gian: _____ phút    Họ và tên: _________________________</w:t>
      </w:r>
    </w:p>
    <w:p/>
    <w:p>
      <w:r>
        <w:rPr>
          <w:b/>
          <w:sz w:val="24"/>
        </w:rPr>
        <w:t>Câu 1: Số liền sau của số 899 là:</w:t>
      </w:r>
    </w:p>
    <w:p>
      <w:pPr>
        <w:pStyle w:val="ListParagraph"/>
      </w:pPr>
      <w:r>
        <w:rPr>
          <w:sz w:val="22"/>
        </w:rPr>
        <w:t>A. 898</w:t>
      </w:r>
    </w:p>
    <w:p>
      <w:pPr>
        <w:pStyle w:val="ListParagraph"/>
      </w:pPr>
      <w:r>
        <w:rPr>
          <w:sz w:val="22"/>
        </w:rPr>
        <w:t>B. 900</w:t>
      </w:r>
    </w:p>
    <w:p>
      <w:pPr>
        <w:pStyle w:val="ListParagraph"/>
      </w:pPr>
      <w:r>
        <w:rPr>
          <w:sz w:val="22"/>
        </w:rPr>
        <w:t>C. 901</w:t>
      </w:r>
    </w:p>
    <w:p>
      <w:pPr>
        <w:pStyle w:val="ListParagraph"/>
      </w:pPr>
      <w:r>
        <w:rPr>
          <w:sz w:val="22"/>
        </w:rPr>
        <w:t>D. 890</w:t>
      </w:r>
    </w:p>
    <w:p/>
    <w:p>
      <w:r>
        <w:rPr>
          <w:b/>
          <w:sz w:val="24"/>
        </w:rPr>
        <w:t>Câu 2: Số liền trước của số 1000 là:</w:t>
      </w:r>
    </w:p>
    <w:p>
      <w:pPr>
        <w:pStyle w:val="ListParagraph"/>
      </w:pPr>
      <w:r>
        <w:rPr>
          <w:sz w:val="22"/>
        </w:rPr>
        <w:t>A. 999</w:t>
      </w:r>
    </w:p>
    <w:p>
      <w:pPr>
        <w:pStyle w:val="ListParagraph"/>
      </w:pPr>
      <w:r>
        <w:rPr>
          <w:sz w:val="22"/>
        </w:rPr>
        <w:t>B. 1001</w:t>
      </w:r>
    </w:p>
    <w:p>
      <w:pPr>
        <w:pStyle w:val="ListParagraph"/>
      </w:pPr>
      <w:r>
        <w:rPr>
          <w:sz w:val="22"/>
        </w:rPr>
        <w:t>C. 998</w:t>
      </w:r>
    </w:p>
    <w:p>
      <w:pPr>
        <w:pStyle w:val="ListParagraph"/>
      </w:pPr>
      <w:r>
        <w:rPr>
          <w:sz w:val="22"/>
        </w:rPr>
        <w:t>D. 990</w:t>
      </w:r>
    </w:p>
    <w:p/>
    <w:p>
      <w:r>
        <w:rPr>
          <w:b/>
          <w:sz w:val="24"/>
        </w:rPr>
        <w:t>Câu 3: Số lớn nhất trong các số 735, 753, 699, 701 là:</w:t>
      </w:r>
    </w:p>
    <w:p>
      <w:pPr>
        <w:pStyle w:val="ListParagraph"/>
      </w:pPr>
      <w:r>
        <w:rPr>
          <w:sz w:val="22"/>
        </w:rPr>
        <w:t>A. 735</w:t>
      </w:r>
    </w:p>
    <w:p>
      <w:pPr>
        <w:pStyle w:val="ListParagraph"/>
      </w:pPr>
      <w:r>
        <w:rPr>
          <w:sz w:val="22"/>
        </w:rPr>
        <w:t>B. 753</w:t>
      </w:r>
    </w:p>
    <w:p>
      <w:pPr>
        <w:pStyle w:val="ListParagraph"/>
      </w:pPr>
      <w:r>
        <w:rPr>
          <w:sz w:val="22"/>
        </w:rPr>
        <w:t>C. 699</w:t>
      </w:r>
    </w:p>
    <w:p>
      <w:pPr>
        <w:pStyle w:val="ListParagraph"/>
      </w:pPr>
      <w:r>
        <w:rPr>
          <w:sz w:val="22"/>
        </w:rPr>
        <w:t>D. 701</w:t>
      </w:r>
    </w:p>
    <w:p/>
    <w:p>
      <w:r>
        <w:rPr>
          <w:b/>
          <w:sz w:val="24"/>
        </w:rPr>
        <w:t>Câu 4: Số bé nhất trong các số 542, 524, 452, 425 là:</w:t>
      </w:r>
    </w:p>
    <w:p>
      <w:pPr>
        <w:pStyle w:val="ListParagraph"/>
      </w:pPr>
      <w:r>
        <w:rPr>
          <w:sz w:val="22"/>
        </w:rPr>
        <w:t>A. 542</w:t>
      </w:r>
    </w:p>
    <w:p>
      <w:pPr>
        <w:pStyle w:val="ListParagraph"/>
      </w:pPr>
      <w:r>
        <w:rPr>
          <w:sz w:val="22"/>
        </w:rPr>
        <w:t>B. 524</w:t>
      </w:r>
    </w:p>
    <w:p>
      <w:pPr>
        <w:pStyle w:val="ListParagraph"/>
      </w:pPr>
      <w:r>
        <w:rPr>
          <w:sz w:val="22"/>
        </w:rPr>
        <w:t>C. 452</w:t>
      </w:r>
    </w:p>
    <w:p>
      <w:pPr>
        <w:pStyle w:val="ListParagraph"/>
      </w:pPr>
      <w:r>
        <w:rPr>
          <w:sz w:val="22"/>
        </w:rPr>
        <w:t>D. 425</w:t>
      </w:r>
    </w:p>
    <w:p/>
    <w:p>
      <w:r>
        <w:rPr>
          <w:b/>
          <w:sz w:val="24"/>
        </w:rPr>
        <w:t>Câu 5: Số gồm 5 trăm, 0 chục và 7 đơn vị được viết là:</w:t>
      </w:r>
    </w:p>
    <w:p>
      <w:pPr>
        <w:pStyle w:val="ListParagraph"/>
      </w:pPr>
      <w:r>
        <w:rPr>
          <w:sz w:val="22"/>
        </w:rPr>
        <w:t>A. 507</w:t>
      </w:r>
    </w:p>
    <w:p>
      <w:pPr>
        <w:pStyle w:val="ListParagraph"/>
      </w:pPr>
      <w:r>
        <w:rPr>
          <w:sz w:val="22"/>
        </w:rPr>
        <w:t>B. 570</w:t>
      </w:r>
    </w:p>
    <w:p>
      <w:pPr>
        <w:pStyle w:val="ListParagraph"/>
      </w:pPr>
      <w:r>
        <w:rPr>
          <w:sz w:val="22"/>
        </w:rPr>
        <w:t>C. 750</w:t>
      </w:r>
    </w:p>
    <w:p>
      <w:pPr>
        <w:pStyle w:val="ListParagraph"/>
      </w:pPr>
      <w:r>
        <w:rPr>
          <w:sz w:val="22"/>
        </w:rPr>
        <w:t>D. 5007</w:t>
      </w:r>
    </w:p>
    <w:p/>
    <w:p>
      <w:r>
        <w:rPr>
          <w:b/>
          <w:sz w:val="24"/>
        </w:rPr>
        <w:t>Câu 6: Số 604 được đọc là:</w:t>
      </w:r>
    </w:p>
    <w:p>
      <w:pPr>
        <w:pStyle w:val="ListParagraph"/>
      </w:pPr>
      <w:r>
        <w:rPr>
          <w:sz w:val="22"/>
        </w:rPr>
        <w:t>A. Sáu trăm linh bốn</w:t>
      </w:r>
    </w:p>
    <w:p>
      <w:pPr>
        <w:pStyle w:val="ListParagraph"/>
      </w:pPr>
      <w:r>
        <w:rPr>
          <w:sz w:val="22"/>
        </w:rPr>
        <w:t>B. Sáu trăm bốn mươi</w:t>
      </w:r>
    </w:p>
    <w:p>
      <w:pPr>
        <w:pStyle w:val="ListParagraph"/>
      </w:pPr>
      <w:r>
        <w:rPr>
          <w:sz w:val="22"/>
        </w:rPr>
        <w:t>C. Sáu trăm bốn</w:t>
      </w:r>
    </w:p>
    <w:p>
      <w:pPr>
        <w:pStyle w:val="ListParagraph"/>
      </w:pPr>
      <w:r>
        <w:rPr>
          <w:sz w:val="22"/>
        </w:rPr>
        <w:t>D. Sáu không bốn</w:t>
      </w:r>
    </w:p>
    <w:p/>
    <w:p>
      <w:r>
        <w:rPr>
          <w:b/>
          <w:sz w:val="24"/>
        </w:rPr>
        <w:t>Câu 7: Kết quả của phép tính 235 + 142 là:</w:t>
      </w:r>
    </w:p>
    <w:p>
      <w:pPr>
        <w:pStyle w:val="ListParagraph"/>
      </w:pPr>
      <w:r>
        <w:rPr>
          <w:sz w:val="22"/>
        </w:rPr>
        <w:t>A. 377</w:t>
      </w:r>
    </w:p>
    <w:p>
      <w:pPr>
        <w:pStyle w:val="ListParagraph"/>
      </w:pPr>
      <w:r>
        <w:rPr>
          <w:sz w:val="22"/>
        </w:rPr>
        <w:t>B. 367</w:t>
      </w:r>
    </w:p>
    <w:p>
      <w:pPr>
        <w:pStyle w:val="ListParagraph"/>
      </w:pPr>
      <w:r>
        <w:rPr>
          <w:sz w:val="22"/>
        </w:rPr>
        <w:t>C. 387</w:t>
      </w:r>
    </w:p>
    <w:p>
      <w:pPr>
        <w:pStyle w:val="ListParagraph"/>
      </w:pPr>
      <w:r>
        <w:rPr>
          <w:sz w:val="22"/>
        </w:rPr>
        <w:t>D. 357</w:t>
      </w:r>
    </w:p>
    <w:p/>
    <w:p>
      <w:r>
        <w:rPr>
          <w:b/>
          <w:sz w:val="24"/>
        </w:rPr>
        <w:t>Câu 8: Kết quả của phép tính 456 - 123 là:</w:t>
      </w:r>
    </w:p>
    <w:p>
      <w:pPr>
        <w:pStyle w:val="ListParagraph"/>
      </w:pPr>
      <w:r>
        <w:rPr>
          <w:sz w:val="22"/>
        </w:rPr>
        <w:t>A. 333</w:t>
      </w:r>
    </w:p>
    <w:p>
      <w:pPr>
        <w:pStyle w:val="ListParagraph"/>
      </w:pPr>
      <w:r>
        <w:rPr>
          <w:sz w:val="22"/>
        </w:rPr>
        <w:t>B. 323</w:t>
      </w:r>
    </w:p>
    <w:p>
      <w:pPr>
        <w:pStyle w:val="ListParagraph"/>
      </w:pPr>
      <w:r>
        <w:rPr>
          <w:sz w:val="22"/>
        </w:rPr>
        <w:t>C. 343</w:t>
      </w:r>
    </w:p>
    <w:p>
      <w:pPr>
        <w:pStyle w:val="ListParagraph"/>
      </w:pPr>
      <w:r>
        <w:rPr>
          <w:sz w:val="22"/>
        </w:rPr>
        <w:t>D. 332</w:t>
      </w:r>
    </w:p>
    <w:p/>
    <w:p>
      <w:r>
        <w:rPr>
          <w:b/>
          <w:sz w:val="24"/>
        </w:rPr>
        <w:t>Câu 9: Kết quả của phép tính 27 : 3 là: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10: Kết quả của phép tính 8 × 6 là:</w:t>
      </w:r>
    </w:p>
    <w:p>
      <w:pPr>
        <w:pStyle w:val="ListParagraph"/>
      </w:pPr>
      <w:r>
        <w:rPr>
          <w:sz w:val="22"/>
        </w:rPr>
        <w:t>A. 42</w:t>
      </w:r>
    </w:p>
    <w:p>
      <w:pPr>
        <w:pStyle w:val="ListParagraph"/>
      </w:pPr>
      <w:r>
        <w:rPr>
          <w:sz w:val="22"/>
        </w:rPr>
        <w:t>B. 48</w:t>
      </w:r>
    </w:p>
    <w:p>
      <w:pPr>
        <w:pStyle w:val="ListParagraph"/>
      </w:pPr>
      <w:r>
        <w:rPr>
          <w:sz w:val="22"/>
        </w:rPr>
        <w:t>C. 54</w:t>
      </w:r>
    </w:p>
    <w:p>
      <w:pPr>
        <w:pStyle w:val="ListParagraph"/>
      </w:pPr>
      <w:r>
        <w:rPr>
          <w:sz w:val="22"/>
        </w:rPr>
        <w:t>D. 36</w:t>
      </w:r>
    </w:p>
    <w:p/>
    <w:p>
      <w:r>
        <w:rPr>
          <w:b/>
          <w:sz w:val="24"/>
        </w:rPr>
        <w:t>Câu 11: Kết quả của phép tính 5 × 7 + 15 là:</w:t>
      </w:r>
    </w:p>
    <w:p>
      <w:pPr>
        <w:pStyle w:val="ListParagraph"/>
      </w:pPr>
      <w:r>
        <w:rPr>
          <w:sz w:val="22"/>
        </w:rPr>
        <w:t>A. 50</w:t>
      </w:r>
    </w:p>
    <w:p>
      <w:pPr>
        <w:pStyle w:val="ListParagraph"/>
      </w:pPr>
      <w:r>
        <w:rPr>
          <w:sz w:val="22"/>
        </w:rPr>
        <w:t>B. 45</w:t>
      </w:r>
    </w:p>
    <w:p>
      <w:pPr>
        <w:pStyle w:val="ListParagraph"/>
      </w:pPr>
      <w:r>
        <w:rPr>
          <w:sz w:val="22"/>
        </w:rPr>
        <w:t>C. 40</w:t>
      </w:r>
    </w:p>
    <w:p>
      <w:pPr>
        <w:pStyle w:val="ListParagraph"/>
      </w:pPr>
      <w:r>
        <w:rPr>
          <w:sz w:val="22"/>
        </w:rPr>
        <w:t>D. 55</w:t>
      </w:r>
    </w:p>
    <w:p/>
    <w:p>
      <w:r>
        <w:rPr>
          <w:b/>
          <w:sz w:val="24"/>
        </w:rPr>
        <w:t>Câu 12: Kết quả của phép tính 36 : 6 + 24 là:</w:t>
      </w:r>
    </w:p>
    <w:p>
      <w:pPr>
        <w:pStyle w:val="ListParagraph"/>
      </w:pPr>
      <w:r>
        <w:rPr>
          <w:sz w:val="22"/>
        </w:rPr>
        <w:t>A. 30</w:t>
      </w:r>
    </w:p>
    <w:p>
      <w:pPr>
        <w:pStyle w:val="ListParagraph"/>
      </w:pPr>
      <w:r>
        <w:rPr>
          <w:sz w:val="22"/>
        </w:rPr>
        <w:t>B. 28</w:t>
      </w:r>
    </w:p>
    <w:p>
      <w:pPr>
        <w:pStyle w:val="ListParagraph"/>
      </w:pPr>
      <w:r>
        <w:rPr>
          <w:sz w:val="22"/>
        </w:rPr>
        <w:t>C. 32</w:t>
      </w:r>
    </w:p>
    <w:p>
      <w:pPr>
        <w:pStyle w:val="ListParagraph"/>
      </w:pPr>
      <w:r>
        <w:rPr>
          <w:sz w:val="22"/>
        </w:rPr>
        <w:t>D. 26</w:t>
      </w:r>
    </w:p>
    <w:p/>
    <w:p>
      <w:r>
        <w:rPr>
          <w:b/>
          <w:sz w:val="24"/>
        </w:rPr>
        <w:t>Câu 13: Tìm x, biết x × 4 = 32. Giá trị của x là: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14: Tìm x, biết x : 5 = 7. Giá trị của x là:</w:t>
      </w:r>
    </w:p>
    <w:p>
      <w:pPr>
        <w:pStyle w:val="ListParagraph"/>
      </w:pPr>
      <w:r>
        <w:rPr>
          <w:sz w:val="22"/>
        </w:rPr>
        <w:t>A. 30</w:t>
      </w:r>
    </w:p>
    <w:p>
      <w:pPr>
        <w:pStyle w:val="ListParagraph"/>
      </w:pPr>
      <w:r>
        <w:rPr>
          <w:sz w:val="22"/>
        </w:rPr>
        <w:t>B. 35</w:t>
      </w:r>
    </w:p>
    <w:p>
      <w:pPr>
        <w:pStyle w:val="ListParagraph"/>
      </w:pPr>
      <w:r>
        <w:rPr>
          <w:sz w:val="22"/>
        </w:rPr>
        <w:t>C. 40</w:t>
      </w:r>
    </w:p>
    <w:p>
      <w:pPr>
        <w:pStyle w:val="ListParagraph"/>
      </w:pPr>
      <w:r>
        <w:rPr>
          <w:sz w:val="22"/>
        </w:rPr>
        <w:t>D. 45</w:t>
      </w:r>
    </w:p>
    <w:p/>
    <w:p>
      <w:r>
        <w:rPr>
          <w:b/>
          <w:sz w:val="24"/>
        </w:rPr>
        <w:t>Câu 15: Điền số thích hợp vào chỗ chấm: 3m 5cm = ... cm</w:t>
      </w:r>
    </w:p>
    <w:p>
      <w:pPr>
        <w:pStyle w:val="ListParagraph"/>
      </w:pPr>
      <w:r>
        <w:rPr>
          <w:sz w:val="22"/>
        </w:rPr>
        <w:t>A. 35</w:t>
      </w:r>
    </w:p>
    <w:p>
      <w:pPr>
        <w:pStyle w:val="ListParagraph"/>
      </w:pPr>
      <w:r>
        <w:rPr>
          <w:sz w:val="22"/>
        </w:rPr>
        <w:t>B. 305</w:t>
      </w:r>
    </w:p>
    <w:p>
      <w:pPr>
        <w:pStyle w:val="ListParagraph"/>
      </w:pPr>
      <w:r>
        <w:rPr>
          <w:sz w:val="22"/>
        </w:rPr>
        <w:t>C. 350</w:t>
      </w:r>
    </w:p>
    <w:p>
      <w:pPr>
        <w:pStyle w:val="ListParagraph"/>
      </w:pPr>
      <w:r>
        <w:rPr>
          <w:sz w:val="22"/>
        </w:rPr>
        <w:t>D. 3005</w:t>
      </w:r>
    </w:p>
    <w:p/>
    <w:p>
      <w:r>
        <w:rPr>
          <w:b/>
          <w:sz w:val="24"/>
        </w:rPr>
        <w:t>Câu 16: Điền số thích hợp vào chỗ chấm: 1km = ... m</w:t>
      </w:r>
    </w:p>
    <w:p>
      <w:pPr>
        <w:pStyle w:val="ListParagraph"/>
      </w:pPr>
      <w:r>
        <w:rPr>
          <w:sz w:val="22"/>
        </w:rPr>
        <w:t>A. 100</w:t>
      </w:r>
    </w:p>
    <w:p>
      <w:pPr>
        <w:pStyle w:val="ListParagraph"/>
      </w:pPr>
      <w:r>
        <w:rPr>
          <w:sz w:val="22"/>
        </w:rPr>
        <w:t>B. 1000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10000</w:t>
      </w:r>
    </w:p>
    <w:p/>
    <w:p>
      <w:r>
        <w:rPr>
          <w:b/>
          <w:sz w:val="24"/>
        </w:rPr>
        <w:t>Câu 17: Điền dấu thích hợp vào chỗ chấm: 2m 3cm ... 230cm</w:t>
      </w:r>
    </w:p>
    <w:p>
      <w:pPr>
        <w:pStyle w:val="ListParagraph"/>
      </w:pPr>
      <w:r>
        <w:rPr>
          <w:sz w:val="22"/>
        </w:rPr>
        <w:t>A. &gt;</w:t>
      </w:r>
    </w:p>
    <w:p>
      <w:pPr>
        <w:pStyle w:val="ListParagraph"/>
      </w:pPr>
      <w:r>
        <w:rPr>
          <w:sz w:val="22"/>
        </w:rPr>
        <w:t>B. &lt;</w:t>
      </w:r>
    </w:p>
    <w:p>
      <w:pPr>
        <w:pStyle w:val="ListParagraph"/>
      </w:pPr>
      <w:r>
        <w:rPr>
          <w:sz w:val="22"/>
        </w:rPr>
        <w:t>C. =</w:t>
      </w:r>
    </w:p>
    <w:p>
      <w:pPr>
        <w:pStyle w:val="ListParagraph"/>
      </w:pPr>
      <w:r>
        <w:rPr>
          <w:sz w:val="22"/>
        </w:rPr>
        <w:t>D. Không so sánh được</w:t>
      </w:r>
    </w:p>
    <w:p/>
    <w:p>
      <w:r>
        <w:rPr>
          <w:b/>
          <w:sz w:val="24"/>
        </w:rPr>
        <w:t>Câu 18: Đồng hồ chỉ 8 giờ 15 phút. Kim phút chỉ vào số mấy?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19: Một hình tam giác có độ dài các cạnh là 3cm, 4cm, 5cm. Chu vi hình tam giác đó là:</w:t>
      </w:r>
    </w:p>
    <w:p>
      <w:pPr>
        <w:pStyle w:val="ListParagraph"/>
      </w:pPr>
      <w:r>
        <w:rPr>
          <w:sz w:val="22"/>
        </w:rPr>
        <w:t>A. 12cm</w:t>
      </w:r>
    </w:p>
    <w:p>
      <w:pPr>
        <w:pStyle w:val="ListParagraph"/>
      </w:pPr>
      <w:r>
        <w:rPr>
          <w:sz w:val="22"/>
        </w:rPr>
        <w:t>B. 11cm</w:t>
      </w:r>
    </w:p>
    <w:p>
      <w:pPr>
        <w:pStyle w:val="ListParagraph"/>
      </w:pPr>
      <w:r>
        <w:rPr>
          <w:sz w:val="22"/>
        </w:rPr>
        <w:t>C. 10cm</w:t>
      </w:r>
    </w:p>
    <w:p>
      <w:pPr>
        <w:pStyle w:val="ListParagraph"/>
      </w:pPr>
      <w:r>
        <w:rPr>
          <w:sz w:val="22"/>
        </w:rPr>
        <w:t>D. 13cm</w:t>
      </w:r>
    </w:p>
    <w:p/>
    <w:p>
      <w:r>
        <w:rPr>
          <w:b/>
          <w:sz w:val="24"/>
        </w:rPr>
        <w:t>Câu 20: Một hình vuông có cạnh 5cm. Chu vi hình vuông đó là:</w:t>
      </w:r>
    </w:p>
    <w:p>
      <w:pPr>
        <w:pStyle w:val="ListParagraph"/>
      </w:pPr>
      <w:r>
        <w:rPr>
          <w:sz w:val="22"/>
        </w:rPr>
        <w:t>A. 10cm</w:t>
      </w:r>
    </w:p>
    <w:p>
      <w:pPr>
        <w:pStyle w:val="ListParagraph"/>
      </w:pPr>
      <w:r>
        <w:rPr>
          <w:sz w:val="22"/>
        </w:rPr>
        <w:t>B. 15cm</w:t>
      </w:r>
    </w:p>
    <w:p>
      <w:pPr>
        <w:pStyle w:val="ListParagraph"/>
      </w:pPr>
      <w:r>
        <w:rPr>
          <w:sz w:val="22"/>
        </w:rPr>
        <w:t>C. 20cm</w:t>
      </w:r>
    </w:p>
    <w:p>
      <w:pPr>
        <w:pStyle w:val="ListParagraph"/>
      </w:pPr>
      <w:r>
        <w:rPr>
          <w:sz w:val="22"/>
        </w:rPr>
        <w:t>D. 25cm</w:t>
      </w:r>
    </w:p>
    <w:p/>
    <w:p>
      <w:r>
        <w:rPr>
          <w:b/>
          <w:sz w:val="24"/>
        </w:rPr>
        <w:t>Câu 21: Một hình chữ nhật có chiều dài 8cm, chiều rộng 5cm. Chu vi hình chữ nhật đó là:</w:t>
      </w:r>
    </w:p>
    <w:p>
      <w:pPr>
        <w:pStyle w:val="ListParagraph"/>
      </w:pPr>
      <w:r>
        <w:rPr>
          <w:sz w:val="22"/>
        </w:rPr>
        <w:t>A. 13cm</w:t>
      </w:r>
    </w:p>
    <w:p>
      <w:pPr>
        <w:pStyle w:val="ListParagraph"/>
      </w:pPr>
      <w:r>
        <w:rPr>
          <w:sz w:val="22"/>
        </w:rPr>
        <w:t>B. 26cm</w:t>
      </w:r>
    </w:p>
    <w:p>
      <w:pPr>
        <w:pStyle w:val="ListParagraph"/>
      </w:pPr>
      <w:r>
        <w:rPr>
          <w:sz w:val="22"/>
        </w:rPr>
        <w:t>C. 40cm</w:t>
      </w:r>
    </w:p>
    <w:p>
      <w:pPr>
        <w:pStyle w:val="ListParagraph"/>
      </w:pPr>
      <w:r>
        <w:rPr>
          <w:sz w:val="22"/>
        </w:rPr>
        <w:t>D. 30cm</w:t>
      </w:r>
    </w:p>
    <w:p/>
    <w:p>
      <w:r>
        <w:rPr>
          <w:b/>
          <w:sz w:val="24"/>
        </w:rPr>
        <w:t>Câu 22: Số thích hợp điền vào chỗ chấm: 1/3 của 27 là ...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23: Số thích hợp điền vào chỗ chấm: 1/4 của 32 là ...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24: Kết quả của phép nhân 123 × 3 là:</w:t>
      </w:r>
    </w:p>
    <w:p>
      <w:pPr>
        <w:pStyle w:val="ListParagraph"/>
      </w:pPr>
      <w:r>
        <w:rPr>
          <w:sz w:val="22"/>
        </w:rPr>
        <w:t>A. 369</w:t>
      </w:r>
    </w:p>
    <w:p>
      <w:pPr>
        <w:pStyle w:val="ListParagraph"/>
      </w:pPr>
      <w:r>
        <w:rPr>
          <w:sz w:val="22"/>
        </w:rPr>
        <w:t>B. 359</w:t>
      </w:r>
    </w:p>
    <w:p>
      <w:pPr>
        <w:pStyle w:val="ListParagraph"/>
      </w:pPr>
      <w:r>
        <w:rPr>
          <w:sz w:val="22"/>
        </w:rPr>
        <w:t>C. 379</w:t>
      </w:r>
    </w:p>
    <w:p>
      <w:pPr>
        <w:pStyle w:val="ListParagraph"/>
      </w:pPr>
      <w:r>
        <w:rPr>
          <w:sz w:val="22"/>
        </w:rPr>
        <w:t>D. 349</w:t>
      </w:r>
    </w:p>
    <w:p/>
    <w:p>
      <w:r>
        <w:rPr>
          <w:b/>
          <w:sz w:val="24"/>
        </w:rPr>
        <w:t>Câu 25: Kết quả của phép chia 84 : 4 là:</w:t>
      </w:r>
    </w:p>
    <w:p>
      <w:pPr>
        <w:pStyle w:val="ListParagraph"/>
      </w:pPr>
      <w:r>
        <w:rPr>
          <w:sz w:val="22"/>
        </w:rPr>
        <w:t>A. 20</w:t>
      </w:r>
    </w:p>
    <w:p>
      <w:pPr>
        <w:pStyle w:val="ListParagraph"/>
      </w:pPr>
      <w:r>
        <w:rPr>
          <w:sz w:val="22"/>
        </w:rPr>
        <w:t>B. 21</w:t>
      </w:r>
    </w:p>
    <w:p>
      <w:pPr>
        <w:pStyle w:val="ListParagraph"/>
      </w:pPr>
      <w:r>
        <w:rPr>
          <w:sz w:val="22"/>
        </w:rPr>
        <w:t>C. 22</w:t>
      </w:r>
    </w:p>
    <w:p>
      <w:pPr>
        <w:pStyle w:val="ListParagraph"/>
      </w:pPr>
      <w:r>
        <w:rPr>
          <w:sz w:val="22"/>
        </w:rPr>
        <w:t>D. 23</w:t>
      </w:r>
    </w:p>
    <w:p/>
    <w:p>
      <w:r>
        <w:rPr>
          <w:b/>
          <w:sz w:val="24"/>
        </w:rPr>
        <w:t>Câu 26: Kết quả của phép tính 45 : 5 × 3 là:</w:t>
      </w:r>
    </w:p>
    <w:p>
      <w:pPr>
        <w:pStyle w:val="ListParagraph"/>
      </w:pPr>
      <w:r>
        <w:rPr>
          <w:sz w:val="22"/>
        </w:rPr>
        <w:t>A. 27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15</w:t>
      </w:r>
    </w:p>
    <w:p>
      <w:pPr>
        <w:pStyle w:val="ListParagraph"/>
      </w:pPr>
      <w:r>
        <w:rPr>
          <w:sz w:val="22"/>
        </w:rPr>
        <w:t>D. 30</w:t>
      </w:r>
    </w:p>
    <w:p/>
    <w:p>
      <w:r>
        <w:rPr>
          <w:b/>
          <w:sz w:val="24"/>
        </w:rPr>
        <w:t>Câu 27: Kết quả của phép tính 6 × 7 - 12 là:</w:t>
      </w:r>
    </w:p>
    <w:p>
      <w:pPr>
        <w:pStyle w:val="ListParagraph"/>
      </w:pPr>
      <w:r>
        <w:rPr>
          <w:sz w:val="22"/>
        </w:rPr>
        <w:t>A. 30</w:t>
      </w:r>
    </w:p>
    <w:p>
      <w:pPr>
        <w:pStyle w:val="ListParagraph"/>
      </w:pPr>
      <w:r>
        <w:rPr>
          <w:sz w:val="22"/>
        </w:rPr>
        <w:t>B. 42</w:t>
      </w:r>
    </w:p>
    <w:p>
      <w:pPr>
        <w:pStyle w:val="ListParagraph"/>
      </w:pPr>
      <w:r>
        <w:rPr>
          <w:sz w:val="22"/>
        </w:rPr>
        <w:t>C. 54</w:t>
      </w:r>
    </w:p>
    <w:p>
      <w:pPr>
        <w:pStyle w:val="ListParagraph"/>
      </w:pPr>
      <w:r>
        <w:rPr>
          <w:sz w:val="22"/>
        </w:rPr>
        <w:t>D. 24</w:t>
      </w:r>
    </w:p>
    <w:p/>
    <w:p>
      <w:r>
        <w:rPr>
          <w:b/>
          <w:sz w:val="24"/>
        </w:rPr>
        <w:t>Câu 28: Tìm x, biết x + 235 = 456. Giá trị của x là:</w:t>
      </w:r>
    </w:p>
    <w:p>
      <w:pPr>
        <w:pStyle w:val="ListParagraph"/>
      </w:pPr>
      <w:r>
        <w:rPr>
          <w:sz w:val="22"/>
        </w:rPr>
        <w:t>A. 221</w:t>
      </w:r>
    </w:p>
    <w:p>
      <w:pPr>
        <w:pStyle w:val="ListParagraph"/>
      </w:pPr>
      <w:r>
        <w:rPr>
          <w:sz w:val="22"/>
        </w:rPr>
        <w:t>B. 231</w:t>
      </w:r>
    </w:p>
    <w:p>
      <w:pPr>
        <w:pStyle w:val="ListParagraph"/>
      </w:pPr>
      <w:r>
        <w:rPr>
          <w:sz w:val="22"/>
        </w:rPr>
        <w:t>C. 211</w:t>
      </w:r>
    </w:p>
    <w:p>
      <w:pPr>
        <w:pStyle w:val="ListParagraph"/>
      </w:pPr>
      <w:r>
        <w:rPr>
          <w:sz w:val="22"/>
        </w:rPr>
        <w:t>D. 241</w:t>
      </w:r>
    </w:p>
    <w:p/>
    <w:p>
      <w:r>
        <w:rPr>
          <w:b/>
          <w:sz w:val="24"/>
        </w:rPr>
        <w:t>Câu 29: Tìm x, biết x - 123 = 456. Giá trị của x là:</w:t>
      </w:r>
    </w:p>
    <w:p>
      <w:pPr>
        <w:pStyle w:val="ListParagraph"/>
      </w:pPr>
      <w:r>
        <w:rPr>
          <w:sz w:val="22"/>
        </w:rPr>
        <w:t>A. 579</w:t>
      </w:r>
    </w:p>
    <w:p>
      <w:pPr>
        <w:pStyle w:val="ListParagraph"/>
      </w:pPr>
      <w:r>
        <w:rPr>
          <w:sz w:val="22"/>
        </w:rPr>
        <w:t>B. 569</w:t>
      </w:r>
    </w:p>
    <w:p>
      <w:pPr>
        <w:pStyle w:val="ListParagraph"/>
      </w:pPr>
      <w:r>
        <w:rPr>
          <w:sz w:val="22"/>
        </w:rPr>
        <w:t>C. 589</w:t>
      </w:r>
    </w:p>
    <w:p>
      <w:pPr>
        <w:pStyle w:val="ListParagraph"/>
      </w:pPr>
      <w:r>
        <w:rPr>
          <w:sz w:val="22"/>
        </w:rPr>
        <w:t>D. 559</w:t>
      </w:r>
    </w:p>
    <w:p/>
    <w:p>
      <w:r>
        <w:rPr>
          <w:b/>
          <w:sz w:val="24"/>
        </w:rPr>
        <w:t>Câu 30: Điền số thích hợp vào chỗ chấm: 5dm 3cm = ... cm</w:t>
      </w:r>
    </w:p>
    <w:p>
      <w:pPr>
        <w:pStyle w:val="ListParagraph"/>
      </w:pPr>
      <w:r>
        <w:rPr>
          <w:sz w:val="22"/>
        </w:rPr>
        <w:t>A. 53</w:t>
      </w:r>
    </w:p>
    <w:p>
      <w:pPr>
        <w:pStyle w:val="ListParagraph"/>
      </w:pPr>
      <w:r>
        <w:rPr>
          <w:sz w:val="22"/>
        </w:rPr>
        <w:t>B. 503</w:t>
      </w:r>
    </w:p>
    <w:p>
      <w:pPr>
        <w:pStyle w:val="ListParagraph"/>
      </w:pPr>
      <w:r>
        <w:rPr>
          <w:sz w:val="22"/>
        </w:rPr>
        <w:t>C. 530</w:t>
      </w:r>
    </w:p>
    <w:p>
      <w:pPr>
        <w:pStyle w:val="ListParagraph"/>
      </w:pPr>
      <w:r>
        <w:rPr>
          <w:sz w:val="22"/>
        </w:rPr>
        <w:t>D. 5003</w:t>
      </w:r>
    </w:p>
    <w:p/>
    <w:p>
      <w:r>
        <w:rPr>
          <w:b/>
          <w:sz w:val="24"/>
        </w:rPr>
        <w:t>Câu 31: Điền số thích hợp vào chỗ chấm: 2m = ... cm</w:t>
      </w:r>
    </w:p>
    <w:p>
      <w:pPr>
        <w:pStyle w:val="ListParagraph"/>
      </w:pPr>
      <w:r>
        <w:rPr>
          <w:sz w:val="22"/>
        </w:rPr>
        <w:t>A. 20</w:t>
      </w:r>
    </w:p>
    <w:p>
      <w:pPr>
        <w:pStyle w:val="ListParagraph"/>
      </w:pPr>
      <w:r>
        <w:rPr>
          <w:sz w:val="22"/>
        </w:rPr>
        <w:t>B. 200</w:t>
      </w:r>
    </w:p>
    <w:p>
      <w:pPr>
        <w:pStyle w:val="ListParagraph"/>
      </w:pPr>
      <w:r>
        <w:rPr>
          <w:sz w:val="22"/>
        </w:rPr>
        <w:t>C. 2000</w:t>
      </w:r>
    </w:p>
    <w:p>
      <w:pPr>
        <w:pStyle w:val="ListParagraph"/>
      </w:pPr>
      <w:r>
        <w:rPr>
          <w:sz w:val="22"/>
        </w:rPr>
        <w:t>D. 20000</w:t>
      </w:r>
    </w:p>
    <w:p/>
    <w:p>
      <w:r>
        <w:rPr>
          <w:b/>
          <w:sz w:val="24"/>
        </w:rPr>
        <w:t>Câu 32: Điền dấu thích hợp vào chỗ chấm: 4m 5cm ... 450cm</w:t>
      </w:r>
    </w:p>
    <w:p>
      <w:pPr>
        <w:pStyle w:val="ListParagraph"/>
      </w:pPr>
      <w:r>
        <w:rPr>
          <w:sz w:val="22"/>
        </w:rPr>
        <w:t>A. &gt;</w:t>
      </w:r>
    </w:p>
    <w:p>
      <w:pPr>
        <w:pStyle w:val="ListParagraph"/>
      </w:pPr>
      <w:r>
        <w:rPr>
          <w:sz w:val="22"/>
        </w:rPr>
        <w:t>B. &lt;</w:t>
      </w:r>
    </w:p>
    <w:p>
      <w:pPr>
        <w:pStyle w:val="ListParagraph"/>
      </w:pPr>
      <w:r>
        <w:rPr>
          <w:sz w:val="22"/>
        </w:rPr>
        <w:t>C. =</w:t>
      </w:r>
    </w:p>
    <w:p>
      <w:pPr>
        <w:pStyle w:val="ListParagraph"/>
      </w:pPr>
      <w:r>
        <w:rPr>
          <w:sz w:val="22"/>
        </w:rPr>
        <w:t>D. Không so sánh được</w:t>
      </w:r>
    </w:p>
    <w:p/>
    <w:p>
      <w:r>
        <w:rPr>
          <w:b/>
          <w:sz w:val="24"/>
        </w:rPr>
        <w:t>Câu 33: Đồng hồ chỉ 3 giờ 30 phút. Kim phút chỉ vào số mấy?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34: Một hình tam giác có độ dài các cạnh là 4cm, 5cm, 6cm. Chu vi hình tam giác đó là:</w:t>
      </w:r>
    </w:p>
    <w:p>
      <w:pPr>
        <w:pStyle w:val="ListParagraph"/>
      </w:pPr>
      <w:r>
        <w:rPr>
          <w:sz w:val="22"/>
        </w:rPr>
        <w:t>A. 14cm</w:t>
      </w:r>
    </w:p>
    <w:p>
      <w:pPr>
        <w:pStyle w:val="ListParagraph"/>
      </w:pPr>
      <w:r>
        <w:rPr>
          <w:sz w:val="22"/>
        </w:rPr>
        <w:t>B. 15cm</w:t>
      </w:r>
    </w:p>
    <w:p>
      <w:pPr>
        <w:pStyle w:val="ListParagraph"/>
      </w:pPr>
      <w:r>
        <w:rPr>
          <w:sz w:val="22"/>
        </w:rPr>
        <w:t>C. 16cm</w:t>
      </w:r>
    </w:p>
    <w:p>
      <w:pPr>
        <w:pStyle w:val="ListParagraph"/>
      </w:pPr>
      <w:r>
        <w:rPr>
          <w:sz w:val="22"/>
        </w:rPr>
        <w:t>D. 13cm</w:t>
      </w:r>
    </w:p>
    <w:p/>
    <w:p>
      <w:r>
        <w:rPr>
          <w:b/>
          <w:sz w:val="24"/>
        </w:rPr>
        <w:t>Câu 35: Một hình vuông có cạnh 7cm. Chu vi hình vuông đó là:</w:t>
      </w:r>
    </w:p>
    <w:p>
      <w:pPr>
        <w:pStyle w:val="ListParagraph"/>
      </w:pPr>
      <w:r>
        <w:rPr>
          <w:sz w:val="22"/>
        </w:rPr>
        <w:t>A. 14cm</w:t>
      </w:r>
    </w:p>
    <w:p>
      <w:pPr>
        <w:pStyle w:val="ListParagraph"/>
      </w:pPr>
      <w:r>
        <w:rPr>
          <w:sz w:val="22"/>
        </w:rPr>
        <w:t>B. 21cm</w:t>
      </w:r>
    </w:p>
    <w:p>
      <w:pPr>
        <w:pStyle w:val="ListParagraph"/>
      </w:pPr>
      <w:r>
        <w:rPr>
          <w:sz w:val="22"/>
        </w:rPr>
        <w:t>C. 28cm</w:t>
      </w:r>
    </w:p>
    <w:p>
      <w:pPr>
        <w:pStyle w:val="ListParagraph"/>
      </w:pPr>
      <w:r>
        <w:rPr>
          <w:sz w:val="22"/>
        </w:rPr>
        <w:t>D. 35cm</w:t>
      </w:r>
    </w:p>
    <w:p/>
    <w:p>
      <w:r>
        <w:rPr>
          <w:b/>
          <w:sz w:val="24"/>
        </w:rPr>
        <w:t>Câu 36: Một hình chữ nhật có chiều dài 10cm, chiều rộng 6cm. Chu vi hình chữ nhật đó là:</w:t>
      </w:r>
    </w:p>
    <w:p>
      <w:pPr>
        <w:pStyle w:val="ListParagraph"/>
      </w:pPr>
      <w:r>
        <w:rPr>
          <w:sz w:val="22"/>
        </w:rPr>
        <w:t>A. 16cm</w:t>
      </w:r>
    </w:p>
    <w:p>
      <w:pPr>
        <w:pStyle w:val="ListParagraph"/>
      </w:pPr>
      <w:r>
        <w:rPr>
          <w:sz w:val="22"/>
        </w:rPr>
        <w:t>B. 32cm</w:t>
      </w:r>
    </w:p>
    <w:p>
      <w:pPr>
        <w:pStyle w:val="ListParagraph"/>
      </w:pPr>
      <w:r>
        <w:rPr>
          <w:sz w:val="22"/>
        </w:rPr>
        <w:t>C. 60cm</w:t>
      </w:r>
    </w:p>
    <w:p>
      <w:pPr>
        <w:pStyle w:val="ListParagraph"/>
      </w:pPr>
      <w:r>
        <w:rPr>
          <w:sz w:val="22"/>
        </w:rPr>
        <w:t>D. 30cm</w:t>
      </w:r>
    </w:p>
    <w:p/>
    <w:p>
      <w:r>
        <w:rPr>
          <w:b/>
          <w:sz w:val="24"/>
        </w:rPr>
        <w:t>Câu 37: Số thích hợp điền vào chỗ chấm: 1/5 của 45 là ...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15</w:t>
      </w:r>
    </w:p>
    <w:p/>
    <w:p>
      <w:r>
        <w:rPr>
          <w:b/>
          <w:sz w:val="24"/>
        </w:rPr>
        <w:t>Câu 38: Số thích hợp điền vào chỗ chấm: 1/6 của 42 là ...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39: Kết quả của phép nhân 214 × 4 là:</w:t>
      </w:r>
    </w:p>
    <w:p>
      <w:pPr>
        <w:pStyle w:val="ListParagraph"/>
      </w:pPr>
      <w:r>
        <w:rPr>
          <w:sz w:val="22"/>
        </w:rPr>
        <w:t>A. 856</w:t>
      </w:r>
    </w:p>
    <w:p>
      <w:pPr>
        <w:pStyle w:val="ListParagraph"/>
      </w:pPr>
      <w:r>
        <w:rPr>
          <w:sz w:val="22"/>
        </w:rPr>
        <w:t>B. 846</w:t>
      </w:r>
    </w:p>
    <w:p>
      <w:pPr>
        <w:pStyle w:val="ListParagraph"/>
      </w:pPr>
      <w:r>
        <w:rPr>
          <w:sz w:val="22"/>
        </w:rPr>
        <w:t>C. 866</w:t>
      </w:r>
    </w:p>
    <w:p>
      <w:pPr>
        <w:pStyle w:val="ListParagraph"/>
      </w:pPr>
      <w:r>
        <w:rPr>
          <w:sz w:val="22"/>
        </w:rPr>
        <w:t>D. 836</w:t>
      </w:r>
    </w:p>
    <w:p/>
    <w:p>
      <w:r>
        <w:rPr>
          <w:b/>
          <w:sz w:val="24"/>
        </w:rPr>
        <w:t>Câu 40: Kết quả của phép chia 96 : 3 là:</w:t>
      </w:r>
    </w:p>
    <w:p>
      <w:pPr>
        <w:pStyle w:val="ListParagraph"/>
      </w:pPr>
      <w:r>
        <w:rPr>
          <w:sz w:val="22"/>
        </w:rPr>
        <w:t>A. 30</w:t>
      </w:r>
    </w:p>
    <w:p>
      <w:pPr>
        <w:pStyle w:val="ListParagraph"/>
      </w:pPr>
      <w:r>
        <w:rPr>
          <w:sz w:val="22"/>
        </w:rPr>
        <w:t>B. 31</w:t>
      </w:r>
    </w:p>
    <w:p>
      <w:pPr>
        <w:pStyle w:val="ListParagraph"/>
      </w:pPr>
      <w:r>
        <w:rPr>
          <w:sz w:val="22"/>
        </w:rPr>
        <w:t>C. 32</w:t>
      </w:r>
    </w:p>
    <w:p>
      <w:pPr>
        <w:pStyle w:val="ListParagraph"/>
      </w:pPr>
      <w:r>
        <w:rPr>
          <w:sz w:val="22"/>
        </w:rPr>
        <w:t>D. 33</w:t>
      </w:r>
    </w:p>
    <w:p/>
    <w:p>
      <w:r>
        <w:rPr>
          <w:b/>
          <w:sz w:val="24"/>
        </w:rPr>
        <w:t>Câu 41: Kết quả của phép tính 72 : 8 × 5 là:</w:t>
      </w:r>
    </w:p>
    <w:p>
      <w:pPr>
        <w:pStyle w:val="ListParagraph"/>
      </w:pPr>
      <w:r>
        <w:rPr>
          <w:sz w:val="22"/>
        </w:rPr>
        <w:t>A. 45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40</w:t>
      </w:r>
    </w:p>
    <w:p>
      <w:pPr>
        <w:pStyle w:val="ListParagraph"/>
      </w:pPr>
      <w:r>
        <w:rPr>
          <w:sz w:val="22"/>
        </w:rPr>
        <w:t>D. 50</w:t>
      </w:r>
    </w:p>
    <w:p/>
    <w:p>
      <w:r>
        <w:rPr>
          <w:b/>
          <w:sz w:val="24"/>
        </w:rPr>
        <w:t>Câu 42: Kết quả của phép tính 9 × 8 - 20 là:</w:t>
      </w:r>
    </w:p>
    <w:p>
      <w:pPr>
        <w:pStyle w:val="ListParagraph"/>
      </w:pPr>
      <w:r>
        <w:rPr>
          <w:sz w:val="22"/>
        </w:rPr>
        <w:t>A. 52</w:t>
      </w:r>
    </w:p>
    <w:p>
      <w:pPr>
        <w:pStyle w:val="ListParagraph"/>
      </w:pPr>
      <w:r>
        <w:rPr>
          <w:sz w:val="22"/>
        </w:rPr>
        <w:t>B. 72</w:t>
      </w:r>
    </w:p>
    <w:p>
      <w:pPr>
        <w:pStyle w:val="ListParagraph"/>
      </w:pPr>
      <w:r>
        <w:rPr>
          <w:sz w:val="22"/>
        </w:rPr>
        <w:t>C. 62</w:t>
      </w:r>
    </w:p>
    <w:p>
      <w:pPr>
        <w:pStyle w:val="ListParagraph"/>
      </w:pPr>
      <w:r>
        <w:rPr>
          <w:sz w:val="22"/>
        </w:rPr>
        <w:t>D. 42</w:t>
      </w:r>
    </w:p>
    <w:p/>
    <w:p>
      <w:r>
        <w:rPr>
          <w:b/>
          <w:sz w:val="24"/>
        </w:rPr>
        <w:t>Câu 43: Tìm x, biết x × 6 = 48. Giá trị của x là: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44: Tìm x, biết x : 7 = 8. Giá trị của x là:</w:t>
      </w:r>
    </w:p>
    <w:p>
      <w:pPr>
        <w:pStyle w:val="ListParagraph"/>
      </w:pPr>
      <w:r>
        <w:rPr>
          <w:sz w:val="22"/>
        </w:rPr>
        <w:t>A. 49</w:t>
      </w:r>
    </w:p>
    <w:p>
      <w:pPr>
        <w:pStyle w:val="ListParagraph"/>
      </w:pPr>
      <w:r>
        <w:rPr>
          <w:sz w:val="22"/>
        </w:rPr>
        <w:t>B. 56</w:t>
      </w:r>
    </w:p>
    <w:p>
      <w:pPr>
        <w:pStyle w:val="ListParagraph"/>
      </w:pPr>
      <w:r>
        <w:rPr>
          <w:sz w:val="22"/>
        </w:rPr>
        <w:t>C. 63</w:t>
      </w:r>
    </w:p>
    <w:p>
      <w:pPr>
        <w:pStyle w:val="ListParagraph"/>
      </w:pPr>
      <w:r>
        <w:rPr>
          <w:sz w:val="22"/>
        </w:rPr>
        <w:t>D. 64</w:t>
      </w:r>
    </w:p>
    <w:p/>
    <w:p>
      <w:r>
        <w:rPr>
          <w:b/>
          <w:sz w:val="24"/>
        </w:rPr>
        <w:t>Câu 45: Điền số thích hợp vào chỗ chấm: 7m 2cm = ... cm</w:t>
      </w:r>
    </w:p>
    <w:p>
      <w:pPr>
        <w:pStyle w:val="ListParagraph"/>
      </w:pPr>
      <w:r>
        <w:rPr>
          <w:sz w:val="22"/>
        </w:rPr>
        <w:t>A. 72</w:t>
      </w:r>
    </w:p>
    <w:p>
      <w:pPr>
        <w:pStyle w:val="ListParagraph"/>
      </w:pPr>
      <w:r>
        <w:rPr>
          <w:sz w:val="22"/>
        </w:rPr>
        <w:t>B. 702</w:t>
      </w:r>
    </w:p>
    <w:p>
      <w:pPr>
        <w:pStyle w:val="ListParagraph"/>
      </w:pPr>
      <w:r>
        <w:rPr>
          <w:sz w:val="22"/>
        </w:rPr>
        <w:t>C. 720</w:t>
      </w:r>
    </w:p>
    <w:p>
      <w:pPr>
        <w:pStyle w:val="ListParagraph"/>
      </w:pPr>
      <w:r>
        <w:rPr>
          <w:sz w:val="22"/>
        </w:rPr>
        <w:t>D. 7002</w:t>
      </w:r>
    </w:p>
    <w:p/>
    <w:p>
      <w:r>
        <w:rPr>
          <w:b/>
          <w:sz w:val="24"/>
        </w:rPr>
        <w:t>Câu 46: Điền số thích hợp vào chỗ chấm: 3km = ... m</w:t>
      </w:r>
    </w:p>
    <w:p>
      <w:pPr>
        <w:pStyle w:val="ListParagraph"/>
      </w:pPr>
      <w:r>
        <w:rPr>
          <w:sz w:val="22"/>
        </w:rPr>
        <w:t>A. 300</w:t>
      </w:r>
    </w:p>
    <w:p>
      <w:pPr>
        <w:pStyle w:val="ListParagraph"/>
      </w:pPr>
      <w:r>
        <w:rPr>
          <w:sz w:val="22"/>
        </w:rPr>
        <w:t>B. 3000</w:t>
      </w:r>
    </w:p>
    <w:p>
      <w:pPr>
        <w:pStyle w:val="ListParagraph"/>
      </w:pPr>
      <w:r>
        <w:rPr>
          <w:sz w:val="22"/>
        </w:rPr>
        <w:t>C. 30</w:t>
      </w:r>
    </w:p>
    <w:p>
      <w:pPr>
        <w:pStyle w:val="ListParagraph"/>
      </w:pPr>
      <w:r>
        <w:rPr>
          <w:sz w:val="22"/>
        </w:rPr>
        <w:t>D. 30000</w:t>
      </w:r>
    </w:p>
    <w:p/>
    <w:p>
      <w:r>
        <w:rPr>
          <w:b/>
          <w:sz w:val="24"/>
        </w:rPr>
        <w:t>Câu 47: Điền dấu thích hợp vào chỗ chấm: 6m 7cm ... 670cm</w:t>
      </w:r>
    </w:p>
    <w:p>
      <w:pPr>
        <w:pStyle w:val="ListParagraph"/>
      </w:pPr>
      <w:r>
        <w:rPr>
          <w:sz w:val="22"/>
        </w:rPr>
        <w:t>A. &gt;</w:t>
      </w:r>
    </w:p>
    <w:p>
      <w:pPr>
        <w:pStyle w:val="ListParagraph"/>
      </w:pPr>
      <w:r>
        <w:rPr>
          <w:sz w:val="22"/>
        </w:rPr>
        <w:t>B. &lt;</w:t>
      </w:r>
    </w:p>
    <w:p>
      <w:pPr>
        <w:pStyle w:val="ListParagraph"/>
      </w:pPr>
      <w:r>
        <w:rPr>
          <w:sz w:val="22"/>
        </w:rPr>
        <w:t>C. =</w:t>
      </w:r>
    </w:p>
    <w:p>
      <w:pPr>
        <w:pStyle w:val="ListParagraph"/>
      </w:pPr>
      <w:r>
        <w:rPr>
          <w:sz w:val="22"/>
        </w:rPr>
        <w:t>D. Không so sánh được</w:t>
      </w:r>
    </w:p>
    <w:p/>
    <w:p>
      <w:r>
        <w:rPr>
          <w:b/>
          <w:sz w:val="24"/>
        </w:rPr>
        <w:t>Câu 48: Đồng hồ chỉ 10 giờ 45 phút. Kim phút chỉ vào số mấy?</w:t>
      </w:r>
    </w:p>
    <w:p>
      <w:pPr>
        <w:pStyle w:val="ListParagraph"/>
      </w:pPr>
      <w:r>
        <w:rPr>
          <w:sz w:val="22"/>
        </w:rPr>
        <w:t>A. 9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11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49: Một hình tam giác có độ dài các cạnh là 6cm, 7cm, 8cm. Chu vi hình tam giác đó là:</w:t>
      </w:r>
    </w:p>
    <w:p>
      <w:pPr>
        <w:pStyle w:val="ListParagraph"/>
      </w:pPr>
      <w:r>
        <w:rPr>
          <w:sz w:val="22"/>
        </w:rPr>
        <w:t>A. 20cm</w:t>
      </w:r>
    </w:p>
    <w:p>
      <w:pPr>
        <w:pStyle w:val="ListParagraph"/>
      </w:pPr>
      <w:r>
        <w:rPr>
          <w:sz w:val="22"/>
        </w:rPr>
        <w:t>B. 21cm</w:t>
      </w:r>
    </w:p>
    <w:p>
      <w:pPr>
        <w:pStyle w:val="ListParagraph"/>
      </w:pPr>
      <w:r>
        <w:rPr>
          <w:sz w:val="22"/>
        </w:rPr>
        <w:t>C. 22cm</w:t>
      </w:r>
    </w:p>
    <w:p>
      <w:pPr>
        <w:pStyle w:val="ListParagraph"/>
      </w:pPr>
      <w:r>
        <w:rPr>
          <w:sz w:val="22"/>
        </w:rPr>
        <w:t>D. 19cm</w:t>
      </w:r>
    </w:p>
    <w:p/>
    <w:p>
      <w:r>
        <w:rPr>
          <w:b/>
          <w:sz w:val="24"/>
        </w:rPr>
        <w:t>Câu 50: Một hình vuông có cạnh 9cm. Chu vi hình vuông đó là:</w:t>
      </w:r>
    </w:p>
    <w:p>
      <w:pPr>
        <w:pStyle w:val="ListParagraph"/>
      </w:pPr>
      <w:r>
        <w:rPr>
          <w:sz w:val="22"/>
        </w:rPr>
        <w:t>A. 18cm</w:t>
      </w:r>
    </w:p>
    <w:p>
      <w:pPr>
        <w:pStyle w:val="ListParagraph"/>
      </w:pPr>
      <w:r>
        <w:rPr>
          <w:sz w:val="22"/>
        </w:rPr>
        <w:t>B. 27cm</w:t>
      </w:r>
    </w:p>
    <w:p>
      <w:pPr>
        <w:pStyle w:val="ListParagraph"/>
      </w:pPr>
      <w:r>
        <w:rPr>
          <w:sz w:val="22"/>
        </w:rPr>
        <w:t>C. 36cm</w:t>
      </w:r>
    </w:p>
    <w:p>
      <w:pPr>
        <w:pStyle w:val="ListParagraph"/>
      </w:pPr>
      <w:r>
        <w:rPr>
          <w:sz w:val="22"/>
        </w:rPr>
        <w:t>D. 45cm</w:t>
      </w:r>
    </w:p>
    <w:p/>
    <w:p>
      <w:r>
        <w:rPr>
          <w:b/>
          <w:sz w:val="24"/>
        </w:rPr>
        <w:t>Câu 51: Một hình chữ nhật có chiều dài 12cm, chiều rộng 7cm. Chu vi hình chữ nhật đó là:</w:t>
      </w:r>
    </w:p>
    <w:p>
      <w:pPr>
        <w:pStyle w:val="ListParagraph"/>
      </w:pPr>
      <w:r>
        <w:rPr>
          <w:sz w:val="22"/>
        </w:rPr>
        <w:t>A. 19cm</w:t>
      </w:r>
    </w:p>
    <w:p>
      <w:pPr>
        <w:pStyle w:val="ListParagraph"/>
      </w:pPr>
      <w:r>
        <w:rPr>
          <w:sz w:val="22"/>
        </w:rPr>
        <w:t>B. 38cm</w:t>
      </w:r>
    </w:p>
    <w:p>
      <w:pPr>
        <w:pStyle w:val="ListParagraph"/>
      </w:pPr>
      <w:r>
        <w:rPr>
          <w:sz w:val="22"/>
        </w:rPr>
        <w:t>C. 84cm</w:t>
      </w:r>
    </w:p>
    <w:p>
      <w:pPr>
        <w:pStyle w:val="ListParagraph"/>
      </w:pPr>
      <w:r>
        <w:rPr>
          <w:sz w:val="22"/>
        </w:rPr>
        <w:t>D. 40cm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B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C</w:t>
      </w:r>
    </w:p>
    <w:p>
      <w:r>
        <w:rPr>
          <w:b/>
        </w:rPr>
        <w:t>Câu 36: Đáp án đúng: B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C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C</w:t>
      </w:r>
    </w:p>
    <w:p>
      <w:r>
        <w:rPr>
          <w:b/>
        </w:rPr>
        <w:t>Câu 44: Đáp án đúng: B</w:t>
      </w:r>
    </w:p>
    <w:p>
      <w:r>
        <w:rPr>
          <w:b/>
        </w:rPr>
        <w:t>Câu 45: Đáp án đúng: B</w:t>
      </w:r>
    </w:p>
    <w:p>
      <w:r>
        <w:rPr>
          <w:b/>
        </w:rPr>
        <w:t>Câu 46: Đáp án đúng: B</w:t>
      </w:r>
    </w:p>
    <w:p>
      <w:r>
        <w:rPr>
          <w:b/>
        </w:rPr>
        <w:t>Câu 47: Đáp án đúng: B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B</w:t>
      </w:r>
    </w:p>
    <w:p>
      <w:r>
        <w:rPr>
          <w:b/>
        </w:rPr>
        <w:t>Câu 50: Đáp án đúng: C</w:t>
      </w:r>
    </w:p>
    <w:p>
      <w:r>
        <w:rPr>
          <w:b/>
        </w:rPr>
        <w:t>Câu 51: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