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Để góp phần làm thất bại chiến lược "Diễn biến hoà</w:t>
      </w:r>
    </w:p>
    <w:p>
      <w:pPr>
        <w:jc w:val="center"/>
      </w:pPr>
      <w:r>
        <w:rPr>
          <w:sz w:val="22"/>
        </w:rPr>
        <w:t>Số câu: 26    Thời gian: _____ phút    Họ và tên: _________________________</w:t>
      </w:r>
    </w:p>
    <w:p/>
    <w:p>
      <w:r>
        <w:rPr>
          <w:b/>
          <w:sz w:val="24"/>
        </w:rPr>
        <w:t>Câu 1: Câu 25: Để góp phần làm thất bại chiến lược "Diễn biến hoà bình", bạo loạn lật đổ cần nắm vững một trong những mục tiêu?</w:t>
      </w:r>
    </w:p>
    <w:p>
      <w:pPr>
        <w:pStyle w:val="ListParagraph"/>
      </w:pPr>
      <w:r>
        <w:rPr>
          <w:sz w:val="22"/>
        </w:rPr>
        <w:t>A. Bảo vệ sự nghiệp công nghiệp hoá, hiện đại hóa đất nước.</w:t>
      </w:r>
    </w:p>
    <w:p>
      <w:pPr>
        <w:pStyle w:val="ListParagraph"/>
      </w:pPr>
      <w:r>
        <w:rPr>
          <w:sz w:val="22"/>
        </w:rPr>
        <w:t>B. Bảo vệ tính mạng và tài sản của nhân dân.</w:t>
      </w:r>
    </w:p>
    <w:p>
      <w:pPr>
        <w:pStyle w:val="ListParagraph"/>
      </w:pPr>
      <w:r>
        <w:rPr>
          <w:sz w:val="22"/>
        </w:rPr>
        <w:t>C. Bảo vệ sự nghiệp đổi mới và lợi ích quốc gia, dân tộc.</w:t>
      </w:r>
    </w:p>
    <w:p>
      <w:pPr>
        <w:pStyle w:val="ListParagraph"/>
      </w:pPr>
      <w:r>
        <w:rPr>
          <w:sz w:val="22"/>
        </w:rPr>
        <w:t>D. Bảo vệ An ninh Chính trị của đất nước.</w:t>
      </w:r>
    </w:p>
    <w:p/>
    <w:p>
      <w:r>
        <w:rPr>
          <w:b/>
          <w:sz w:val="24"/>
        </w:rPr>
        <w:t>Câu 2: Câu 26: Các thế lực thù địch "Lợi dụng vấn đề tôn giáo - dân tộc" để chống phá ta như thế nào?</w:t>
      </w:r>
    </w:p>
    <w:p>
      <w:pPr>
        <w:pStyle w:val="ListParagraph"/>
      </w:pPr>
      <w:r>
        <w:rPr>
          <w:sz w:val="22"/>
        </w:rPr>
        <w:t>A. Lợi dụng chính sách bình đẳng, tự do dân chủ của ta</w:t>
      </w:r>
    </w:p>
    <w:p>
      <w:pPr>
        <w:pStyle w:val="ListParagraph"/>
      </w:pPr>
      <w:r>
        <w:rPr>
          <w:sz w:val="22"/>
        </w:rPr>
        <w:t>B. Lợi dụng chính sách tự do tôn giáo của Đảng, Nhà nước ta để truyền đạo trái phép.</w:t>
      </w:r>
    </w:p>
    <w:p>
      <w:pPr>
        <w:pStyle w:val="ListParagraph"/>
      </w:pPr>
      <w:r>
        <w:rPr>
          <w:sz w:val="22"/>
        </w:rPr>
        <w:t>C. Lợi dụng những sai sót, sơ hở của Đảng và nhà nước ta để vu cáo.</w:t>
      </w:r>
    </w:p>
    <w:p>
      <w:pPr>
        <w:pStyle w:val="ListParagraph"/>
      </w:pPr>
      <w:r>
        <w:rPr>
          <w:sz w:val="22"/>
        </w:rPr>
        <w:t>D. Triệt để lợi dụng, dân chủ, tự do của ta để tuyên truyền xuyên tạc.</w:t>
      </w:r>
    </w:p>
    <w:p/>
    <w:p>
      <w:r>
        <w:rPr>
          <w:b/>
          <w:sz w:val="24"/>
        </w:rPr>
        <w:t>Câu 3: Câu 27: Học sinh cần làm gì để góp phần làm thất bại chiến lược "Diễn biến hoà bình", bạo loạn lật đổ của kẻ thù:</w:t>
      </w:r>
    </w:p>
    <w:p>
      <w:pPr>
        <w:pStyle w:val="ListParagraph"/>
      </w:pPr>
      <w:r>
        <w:rPr>
          <w:sz w:val="22"/>
        </w:rPr>
        <w:t>A. Luôn học tập phấn đấu, nâng cao cảnh giác tự bảo vệ mình, bảo vệ nơi mình cư trú.</w:t>
      </w:r>
    </w:p>
    <w:p>
      <w:pPr>
        <w:pStyle w:val="ListParagraph"/>
      </w:pPr>
      <w:r>
        <w:rPr>
          <w:sz w:val="22"/>
        </w:rPr>
        <w:t>B. Luôn nâng cao cảnh giác tích cực tham gia các hoạt động phong trào ở nhà trường và địa phương.</w:t>
      </w:r>
    </w:p>
    <w:p>
      <w:pPr>
        <w:pStyle w:val="ListParagraph"/>
      </w:pPr>
      <w:r>
        <w:rPr>
          <w:sz w:val="22"/>
        </w:rPr>
        <w:t>C. Tích cực học tập, rèn luyện, nâng cao tinh thần cảnh giác cách mạng, phát hiện, đấu tranh, ngăn ngừa</w:t>
      </w:r>
    </w:p>
    <w:p>
      <w:pPr>
        <w:pStyle w:val="ListParagraph"/>
      </w:pPr>
      <w:r>
        <w:rPr>
          <w:sz w:val="22"/>
        </w:rPr>
        <w:t>E. Tích cực học tập, rèn luyện tham gia xây dựng thế trận quốc phòng, an ninh nhân dân trong mọi tình huống.</w:t>
      </w:r>
    </w:p>
    <w:p/>
    <w:p>
      <w:r>
        <w:rPr>
          <w:b/>
          <w:sz w:val="24"/>
        </w:rPr>
        <w:t>Câu 4: Câu 28: Đối với công tác công an, phong trào toàn dân bảo vệ an ninh Tổ quốc có tác dụng:</w:t>
      </w:r>
    </w:p>
    <w:p>
      <w:pPr>
        <w:pStyle w:val="ListParagraph"/>
      </w:pPr>
      <w:r>
        <w:rPr>
          <w:sz w:val="22"/>
        </w:rPr>
        <w:t>A. Huy động sức mạnh của nhân dân để phòng ngừa phát hiện, ngăn chặn đấu tranh với các loại tội phạm.</w:t>
      </w:r>
    </w:p>
    <w:p>
      <w:pPr>
        <w:pStyle w:val="ListParagraph"/>
      </w:pPr>
      <w:r>
        <w:rPr>
          <w:sz w:val="22"/>
        </w:rPr>
        <w:t>B. Bảo vệ an ninh chính trị giữ gìn an toàn xã hội.</w:t>
      </w:r>
    </w:p>
    <w:p>
      <w:pPr>
        <w:pStyle w:val="ListParagraph"/>
      </w:pPr>
      <w:r>
        <w:rPr>
          <w:sz w:val="22"/>
        </w:rPr>
        <w:t>C. Trực tiếp trong phòng ngừa, đấu tranh chống tội phạm, ngăn ngừa làm giảm tai nạn, đấu tranh đẩy lùi tệ nạn xã hội và các hiện tượng tiêu cực trong đời sống xã hội.</w:t>
      </w:r>
    </w:p>
    <w:p>
      <w:pPr>
        <w:pStyle w:val="ListParagraph"/>
      </w:pPr>
      <w:r>
        <w:rPr>
          <w:sz w:val="22"/>
        </w:rPr>
        <w:t>D. Gắn với cuộc vận động lớn của Đảng, Nhà nước.</w:t>
      </w:r>
    </w:p>
    <w:p/>
    <w:p>
      <w:r>
        <w:rPr>
          <w:b/>
          <w:sz w:val="24"/>
        </w:rPr>
        <w:t>Câu 5: Câu 29: Một trong những nội dung chống phá về kinh tế của chiến lược "Diễn biến hoà bình":</w:t>
      </w:r>
    </w:p>
    <w:p>
      <w:pPr>
        <w:pStyle w:val="ListParagraph"/>
      </w:pPr>
      <w:r>
        <w:rPr>
          <w:sz w:val="22"/>
        </w:rPr>
        <w:t>A. Khích lệ thành phần kinh tế tư nhân phát triển, từng bước làm mất vai trò chủ đạo của thành phần kinh tế Nhà nước.</w:t>
      </w:r>
    </w:p>
    <w:p>
      <w:pPr>
        <w:pStyle w:val="ListParagraph"/>
      </w:pPr>
      <w:r>
        <w:rPr>
          <w:sz w:val="22"/>
        </w:rPr>
        <w:t>B. Khích lệ kinh tế 100% vốn nước ngoài phát triển, làm mất vai trò chủ đạo của thành phần kinh tế Nhà nước.</w:t>
      </w:r>
    </w:p>
    <w:p>
      <w:pPr>
        <w:pStyle w:val="ListParagraph"/>
      </w:pPr>
      <w:r>
        <w:rPr>
          <w:sz w:val="22"/>
        </w:rPr>
        <w:t>C. Khích lệ kinh tế cá thể, tiểu chủ phát triển, làm mất vai trò chủ đạo của thành phần kinh tế Nhà nước.</w:t>
      </w:r>
    </w:p>
    <w:p>
      <w:pPr>
        <w:pStyle w:val="ListParagraph"/>
      </w:pPr>
      <w:r>
        <w:rPr>
          <w:sz w:val="22"/>
        </w:rPr>
        <w:t>D. Khích lệ kinh tế tư bản Nhà nước phát triển, làm mất vai trò chủ đạo của thành phần kinh tế Nhà nước.</w:t>
      </w:r>
    </w:p>
    <w:p/>
    <w:p>
      <w:r>
        <w:rPr>
          <w:b/>
          <w:sz w:val="24"/>
        </w:rPr>
        <w:t>Câu 6: Câu 30: "Diễn biến hoà bình" là chiến lược cơ bản do</w:t>
      </w:r>
    </w:p>
    <w:p>
      <w:pPr>
        <w:pStyle w:val="ListParagraph"/>
      </w:pPr>
      <w:r>
        <w:rPr>
          <w:sz w:val="22"/>
        </w:rPr>
        <w:t>A. chủ nghĩa dân tộc và các thế lực phản động tiến hành.</w:t>
      </w:r>
    </w:p>
    <w:p>
      <w:pPr>
        <w:pStyle w:val="ListParagraph"/>
      </w:pPr>
      <w:r>
        <w:rPr>
          <w:sz w:val="22"/>
        </w:rPr>
        <w:t>B. chủ nghĩa tư bản và các thế lực phản động tiến hành.</w:t>
      </w:r>
    </w:p>
    <w:p>
      <w:pPr>
        <w:pStyle w:val="ListParagraph"/>
      </w:pPr>
      <w:r>
        <w:rPr>
          <w:sz w:val="22"/>
        </w:rPr>
        <w:t>C. chủ nghĩa đế quốc và các thế lực phản động tiến hành.</w:t>
      </w:r>
    </w:p>
    <w:p>
      <w:pPr>
        <w:pStyle w:val="ListParagraph"/>
      </w:pPr>
      <w:r>
        <w:rPr>
          <w:sz w:val="22"/>
        </w:rPr>
        <w:t>D. xã hội chủ nghĩa và các thế lực phản động tiến hành.</w:t>
      </w:r>
    </w:p>
    <w:p/>
    <w:p>
      <w:r>
        <w:rPr>
          <w:b/>
          <w:sz w:val="24"/>
        </w:rPr>
        <w:t>Câu 7: Câu 31: Nhiệm vụ phòng chống chiến lược "Diễn biến hoà bình", bạo loạn lật đổ được xác định là:</w:t>
      </w:r>
    </w:p>
    <w:p>
      <w:pPr>
        <w:pStyle w:val="ListParagraph"/>
      </w:pPr>
      <w:r>
        <w:rPr>
          <w:sz w:val="22"/>
        </w:rPr>
        <w:t>A. Nhiệm vụ cấp bách hàng đầu và là nhiệm vụ thường xuyên, lâu dài.</w:t>
      </w:r>
    </w:p>
    <w:p>
      <w:pPr>
        <w:pStyle w:val="ListParagraph"/>
      </w:pPr>
      <w:r>
        <w:rPr>
          <w:sz w:val="22"/>
        </w:rPr>
        <w:t>B. Nhiệm vụ chủ yếu trước mắt trong các nhiệm vụ Quốc phòng - An ninh ở nước ta hiện nay.</w:t>
      </w:r>
    </w:p>
    <w:p>
      <w:pPr>
        <w:pStyle w:val="ListParagraph"/>
      </w:pPr>
      <w:r>
        <w:rPr>
          <w:sz w:val="22"/>
        </w:rPr>
        <w:t>C. Nhiệm vụ cơ bản lâu dài trong các nhiệm vụ Quốc phòng - An ninh ở nước ta hiện nay.</w:t>
      </w:r>
    </w:p>
    <w:p>
      <w:pPr>
        <w:pStyle w:val="ListParagraph"/>
      </w:pPr>
      <w:r>
        <w:rPr>
          <w:sz w:val="22"/>
        </w:rPr>
        <w:t>D. Nhiệm vụ trọng tâm hàng đầu và là nhiệm vụ thường xuyên, lâu dài.</w:t>
      </w:r>
    </w:p>
    <w:p/>
    <w:p>
      <w:r>
        <w:rPr>
          <w:b/>
          <w:sz w:val="24"/>
        </w:rPr>
        <w:t>Câu 8: Câu 32: Bạo loạn lật đổ gồm có những hình thức nào:</w:t>
      </w:r>
    </w:p>
    <w:p>
      <w:pPr>
        <w:pStyle w:val="ListParagraph"/>
      </w:pPr>
      <w:r>
        <w:rPr>
          <w:sz w:val="22"/>
        </w:rPr>
        <w:t>A. Bạo loạn chính trị kết hợp với đấu tranh vũ trang và gây rối.</w:t>
      </w:r>
    </w:p>
    <w:p>
      <w:pPr>
        <w:pStyle w:val="ListParagraph"/>
      </w:pPr>
      <w:r>
        <w:rPr>
          <w:sz w:val="22"/>
        </w:rPr>
        <w:t>B. Bạo loạn vũ trang kết hợp với bạo loạn chính trị và gây rối.</w:t>
      </w:r>
    </w:p>
    <w:p>
      <w:pPr>
        <w:pStyle w:val="ListParagraph"/>
      </w:pPr>
      <w:r>
        <w:rPr>
          <w:sz w:val="22"/>
        </w:rPr>
        <w:t>C. Bạo loạn chính trị, bạo loạn vũ trang, kết hợp bạo loạn chính trị với vũ trang.</w:t>
      </w:r>
    </w:p>
    <w:p>
      <w:pPr>
        <w:pStyle w:val="ListParagraph"/>
      </w:pPr>
      <w:r>
        <w:rPr>
          <w:sz w:val="22"/>
        </w:rPr>
        <w:t>D. Bạo loạn chính trị kết hợp với gây rối và vũ trang.</w:t>
      </w:r>
    </w:p>
    <w:p/>
    <w:p>
      <w:r>
        <w:rPr>
          <w:b/>
          <w:sz w:val="24"/>
        </w:rPr>
        <w:t>Câu 9: Câu 33: Mục tiêu của các thế lực thù địch thực hiện "Diễn biến hoà bình" chống phá cách mạng Việt Nam là gì?</w:t>
      </w:r>
    </w:p>
    <w:p>
      <w:pPr>
        <w:pStyle w:val="ListParagraph"/>
      </w:pPr>
      <w:r>
        <w:rPr>
          <w:sz w:val="22"/>
        </w:rPr>
        <w:t>A. Xóa bỏ chế độ XHCN, chuyển hoá nước ta theo con đường tư bản chủ nghĩa.</w:t>
      </w:r>
    </w:p>
    <w:p>
      <w:pPr>
        <w:pStyle w:val="ListParagraph"/>
      </w:pPr>
      <w:r>
        <w:rPr>
          <w:sz w:val="22"/>
        </w:rPr>
        <w:t>B. Xoá bỏ sự lãnh đạo của Đảng và buộc ta lệ thuộc vào chúng.</w:t>
      </w:r>
    </w:p>
    <w:p>
      <w:pPr>
        <w:pStyle w:val="ListParagraph"/>
      </w:pPr>
      <w:r>
        <w:rPr>
          <w:sz w:val="22"/>
        </w:rPr>
        <w:t>C. Xoá bỏ vai trò lãnh đạo của Đảng, xoá bỏ chế độ XHCN.</w:t>
      </w:r>
    </w:p>
    <w:p>
      <w:pPr>
        <w:pStyle w:val="ListParagraph"/>
      </w:pPr>
      <w:r>
        <w:rPr>
          <w:sz w:val="22"/>
        </w:rPr>
        <w:t>D. Xoá bỏ nhà nước XHCN và buộc ta chấp nhận các điều kiện của chúng.</w:t>
      </w:r>
    </w:p>
    <w:p/>
    <w:p>
      <w:r>
        <w:rPr>
          <w:b/>
          <w:sz w:val="24"/>
        </w:rPr>
        <w:t>Câu 10: Câu 34: Một trong những nội dung chống phá về chính trị trong chiến lược "Diễn biến hoà bình"?</w:t>
      </w:r>
    </w:p>
    <w:p>
      <w:pPr>
        <w:pStyle w:val="ListParagraph"/>
      </w:pPr>
      <w:r>
        <w:rPr>
          <w:sz w:val="22"/>
        </w:rPr>
        <w:t>A. Chia rẽ mối quan hệ giữa Đảng với nhân dân và khối đại đoàn kết toàn dân tộc</w:t>
      </w:r>
    </w:p>
    <w:p>
      <w:pPr>
        <w:pStyle w:val="ListParagraph"/>
      </w:pPr>
      <w:r>
        <w:rPr>
          <w:sz w:val="22"/>
        </w:rPr>
        <w:t>B. Phủ định Chủ nghĩa Mác - Lênin, tư tưởng Hồ Chí Minh và đường lối của Đảng</w:t>
      </w:r>
    </w:p>
    <w:p>
      <w:pPr>
        <w:pStyle w:val="ListParagraph"/>
      </w:pPr>
      <w:r>
        <w:rPr>
          <w:sz w:val="22"/>
        </w:rPr>
        <w:t>C. Đối lập nhiệm vụ kinh tế- xã hội và quốc phòng - an ninh</w:t>
      </w:r>
    </w:p>
    <w:p>
      <w:pPr>
        <w:pStyle w:val="ListParagraph"/>
      </w:pPr>
      <w:r>
        <w:rPr>
          <w:sz w:val="22"/>
        </w:rPr>
        <w:t>D. Đối lập Chủ nghĩa Mác - Lênin và tư tưởng Hồ Chí Minh</w:t>
      </w:r>
    </w:p>
    <w:p/>
    <w:p>
      <w:r>
        <w:rPr>
          <w:b/>
          <w:sz w:val="24"/>
        </w:rPr>
        <w:t>Câu 11: Câu 35: Thực hiện thủ đoạn “Diễn biến hoà bình” về văn hoá, kẻ thù tập trung tấn công:</w:t>
      </w:r>
    </w:p>
    <w:p>
      <w:pPr>
        <w:pStyle w:val="ListParagraph"/>
      </w:pPr>
      <w:r>
        <w:rPr>
          <w:sz w:val="22"/>
        </w:rPr>
        <w:t>A. Vào truyền thống yêu nước và giá trị của văn hoá Việt Nam</w:t>
      </w:r>
    </w:p>
    <w:p>
      <w:pPr>
        <w:pStyle w:val="ListParagraph"/>
      </w:pPr>
      <w:r>
        <w:rPr>
          <w:sz w:val="22"/>
        </w:rPr>
        <w:t>B. Vào những sản phẩm văn hoá quý báu của dân tộc Việt Nam</w:t>
      </w:r>
    </w:p>
    <w:p>
      <w:pPr>
        <w:pStyle w:val="ListParagraph"/>
      </w:pPr>
      <w:r>
        <w:rPr>
          <w:sz w:val="22"/>
        </w:rPr>
        <w:t>C. Vào bản sắc văn hoá và giá trị văn hoá của dân tộc Việt Nam</w:t>
      </w:r>
    </w:p>
    <w:p>
      <w:pPr>
        <w:pStyle w:val="ListParagraph"/>
      </w:pPr>
      <w:r>
        <w:rPr>
          <w:sz w:val="22"/>
        </w:rPr>
        <w:t>D. Vào nền văn hoá mang bản sắc dân tộc Việt Nam</w:t>
      </w:r>
    </w:p>
    <w:p/>
    <w:p>
      <w:r>
        <w:rPr>
          <w:b/>
          <w:sz w:val="24"/>
        </w:rPr>
        <w:t>Câu 12: Câu 36: Trong quá trình bạo loạn, bọn phản động tìm mọi cách để:</w:t>
      </w:r>
    </w:p>
    <w:p>
      <w:pPr>
        <w:pStyle w:val="ListParagraph"/>
      </w:pPr>
      <w:r>
        <w:rPr>
          <w:sz w:val="22"/>
        </w:rPr>
        <w:t>A. Mở rộng quy mô, lực lượng, kêu gọi nước ngoài can thiệp.</w:t>
      </w:r>
    </w:p>
    <w:p>
      <w:pPr>
        <w:pStyle w:val="ListParagraph"/>
      </w:pPr>
      <w:r>
        <w:rPr>
          <w:sz w:val="22"/>
        </w:rPr>
        <w:t>B. Mở rộng phạm vi, quy mô, lực lượng, kêu gọi tài trợ của nước ngoài.</w:t>
      </w:r>
    </w:p>
    <w:p>
      <w:pPr>
        <w:pStyle w:val="ListParagraph"/>
      </w:pPr>
      <w:r>
        <w:rPr>
          <w:sz w:val="22"/>
        </w:rPr>
        <w:t>C. Mở rộng phạm vi, quy mô, lực lượng, đập phá trụ sở, uy hiếp chính quyền địa phương.</w:t>
      </w:r>
    </w:p>
    <w:p>
      <w:pPr>
        <w:pStyle w:val="ListParagraph"/>
      </w:pPr>
      <w:r>
        <w:rPr>
          <w:sz w:val="22"/>
        </w:rPr>
        <w:t>D. Mở rộng phạm vi, quy mô, lực lượng, đập phá trụ sở, lật đổ chính quyền địa phương.</w:t>
      </w:r>
    </w:p>
    <w:p/>
    <w:p>
      <w:r>
        <w:rPr>
          <w:b/>
          <w:sz w:val="24"/>
        </w:rPr>
        <w:t>Câu 13: Câu 37: Chống phá ta về tư tưởng-văn hóa trong chiến lược "Diễn biến hoà bình" bạo loạn lật đổ nhằm:</w:t>
      </w:r>
    </w:p>
    <w:p>
      <w:pPr>
        <w:pStyle w:val="ListParagraph"/>
      </w:pPr>
      <w:r>
        <w:rPr>
          <w:sz w:val="22"/>
        </w:rPr>
        <w:t>A. Xoá bỏ chủ nghĩa Mác - Lê nin và tư tưởng Hồ Chí Minh</w:t>
      </w:r>
    </w:p>
    <w:p>
      <w:pPr>
        <w:pStyle w:val="ListParagraph"/>
      </w:pPr>
      <w:r>
        <w:rPr>
          <w:sz w:val="22"/>
        </w:rPr>
        <w:t>B. Phá hoại sự đoàn kết của toàn đảng, toàn quân, toàn dân.</w:t>
      </w:r>
    </w:p>
    <w:p>
      <w:pPr>
        <w:pStyle w:val="ListParagraph"/>
      </w:pPr>
      <w:r>
        <w:rPr>
          <w:sz w:val="22"/>
        </w:rPr>
        <w:t>C. Phá hoại nguyên tắc tập trung dân chủ của Đảng và Nhà nước ta</w:t>
      </w:r>
    </w:p>
    <w:p>
      <w:pPr>
        <w:pStyle w:val="ListParagraph"/>
      </w:pPr>
      <w:r>
        <w:rPr>
          <w:sz w:val="22"/>
        </w:rPr>
        <w:t>D. Phá hoại, xuyên tạc đường lối đổi mới của Đảng và Nhà nước ta.</w:t>
      </w:r>
    </w:p>
    <w:p/>
    <w:p>
      <w:r>
        <w:rPr>
          <w:b/>
          <w:sz w:val="24"/>
        </w:rPr>
        <w:t>Câu 14: Câu 38: Phòng chống chiến lược "Diễn biến hoà bình", bạo loạn lật đổ cần phát huy sức mạnh tổng hợp của:</w:t>
      </w:r>
    </w:p>
    <w:p>
      <w:pPr>
        <w:pStyle w:val="ListParagraph"/>
      </w:pPr>
      <w:r>
        <w:rPr>
          <w:sz w:val="22"/>
        </w:rPr>
        <w:t>A. Toàn dân dưới sự lãnh đạo của Đảng Cộng sản Việt Nam.</w:t>
      </w:r>
    </w:p>
    <w:p>
      <w:pPr>
        <w:pStyle w:val="ListParagraph"/>
      </w:pPr>
      <w:r>
        <w:rPr>
          <w:sz w:val="22"/>
        </w:rPr>
        <w:t>B. Toàn dân, toàn quân dưới sự lãnh đạo của Đảng Cộng sản Việt Nam.</w:t>
      </w:r>
    </w:p>
    <w:p>
      <w:pPr>
        <w:pStyle w:val="ListParagraph"/>
      </w:pPr>
      <w:r>
        <w:rPr>
          <w:sz w:val="22"/>
        </w:rPr>
        <w:t>C. Toàn dân, lực lượng vũ trang dưới sự lãnh đạo của Đảng Cộng sản Việt Nam.</w:t>
      </w:r>
    </w:p>
    <w:p>
      <w:pPr>
        <w:pStyle w:val="ListParagraph"/>
      </w:pPr>
      <w:r>
        <w:rPr>
          <w:sz w:val="22"/>
        </w:rPr>
        <w:t>D. Toàn dân, của cả hệ thống chính trị dưới sự lãnh đạo của Đảng Cộng sản Việt Nam</w:t>
      </w:r>
    </w:p>
    <w:p/>
    <w:p>
      <w:r>
        <w:rPr>
          <w:b/>
          <w:sz w:val="24"/>
        </w:rPr>
        <w:t>Câu 15: Câu 39: Kẻ thù thực hiện thủ đoạn diễn biến hoà bình phá hoại kinh tế của ta nhằm:</w:t>
      </w:r>
    </w:p>
    <w:p>
      <w:pPr>
        <w:pStyle w:val="ListParagraph"/>
      </w:pPr>
      <w:r>
        <w:rPr>
          <w:sz w:val="22"/>
        </w:rPr>
        <w:t>A. Đặt ra các điều kiện để buộc ta phải theo quỹ đạo của chúng.</w:t>
      </w:r>
    </w:p>
    <w:p>
      <w:pPr>
        <w:pStyle w:val="ListParagraph"/>
      </w:pPr>
      <w:r>
        <w:rPr>
          <w:sz w:val="22"/>
        </w:rPr>
        <w:t>B. Đặt ra các điều kiện và tạo cớ để tiến công quân sự.</w:t>
      </w:r>
    </w:p>
    <w:p>
      <w:pPr>
        <w:pStyle w:val="ListParagraph"/>
      </w:pPr>
      <w:r>
        <w:rPr>
          <w:sz w:val="22"/>
        </w:rPr>
        <w:t>C. Đặt ra các điều kiện để lật đổ hệ thống chính trị.</w:t>
      </w:r>
    </w:p>
    <w:p>
      <w:pPr>
        <w:pStyle w:val="ListParagraph"/>
      </w:pPr>
      <w:r>
        <w:rPr>
          <w:sz w:val="22"/>
        </w:rPr>
        <w:t>D. Đặt ra các điều kiện và gây sức ép về chính trị.</w:t>
      </w:r>
    </w:p>
    <w:p/>
    <w:p>
      <w:r>
        <w:rPr>
          <w:b/>
          <w:sz w:val="24"/>
        </w:rPr>
        <w:t>Câu 16: Câu 40: Quan hệ giữa "Diễn biến hoà bình" và bạo loạn lật đổ như thế nào?</w:t>
      </w:r>
    </w:p>
    <w:p>
      <w:pPr>
        <w:pStyle w:val="ListParagraph"/>
      </w:pPr>
      <w:r>
        <w:rPr>
          <w:sz w:val="22"/>
        </w:rPr>
        <w:t>A. Diễn biến hoà bình tạo thời cơ cho bạo loạn lật đổ.</w:t>
      </w:r>
    </w:p>
    <w:p>
      <w:pPr>
        <w:pStyle w:val="ListParagraph"/>
      </w:pPr>
      <w:r>
        <w:rPr>
          <w:sz w:val="22"/>
        </w:rPr>
        <w:t>B. Diễn biến hoà bình là nguyên nhân của bạo loạn lật đổ.</w:t>
      </w:r>
    </w:p>
    <w:p>
      <w:pPr>
        <w:pStyle w:val="ListParagraph"/>
      </w:pPr>
      <w:r>
        <w:rPr>
          <w:sz w:val="22"/>
        </w:rPr>
        <w:t>C. Diễn biến hoà bình là quá trình tạo nên những điều kiện, thời cơ cho bạo loạn lật đổ.</w:t>
      </w:r>
    </w:p>
    <w:p>
      <w:pPr>
        <w:pStyle w:val="ListParagraph"/>
      </w:pPr>
      <w:r>
        <w:rPr>
          <w:sz w:val="22"/>
        </w:rPr>
        <w:t>D. Diễn biến hoà bình là quá trình tạo những điều kiện, thời cơ để kẻ thù tiến hành xâm lược.</w:t>
      </w:r>
    </w:p>
    <w:p/>
    <w:p>
      <w:r>
        <w:rPr>
          <w:b/>
          <w:sz w:val="24"/>
        </w:rPr>
        <w:t>Câu 17: Câu 1: Tại sao phải giữ vững và tăng cường sự lãnh đạo của Đảng đối với lực lượng vũ trang?</w:t>
      </w:r>
    </w:p>
    <w:p>
      <w:pPr>
        <w:pStyle w:val="ListParagraph"/>
      </w:pPr>
      <w:r>
        <w:rPr>
          <w:sz w:val="22"/>
        </w:rPr>
        <w:t>A. Bảo đảm cho LLVT luôn trong tư thế sẵn sàng chiến đấu thắng lợi trong mọi tình huống</w:t>
      </w:r>
    </w:p>
    <w:p>
      <w:pPr>
        <w:pStyle w:val="ListParagraph"/>
      </w:pPr>
      <w:r>
        <w:rPr>
          <w:sz w:val="22"/>
        </w:rPr>
        <w:t>B. Bảo đảm cho LLVT luôn có tinh thần cảnh giác cách mạng trước thủ đoạn của kẻ thù</w:t>
      </w:r>
    </w:p>
    <w:p>
      <w:pPr>
        <w:pStyle w:val="ListParagraph"/>
      </w:pPr>
      <w:r>
        <w:rPr>
          <w:sz w:val="22"/>
        </w:rPr>
        <w:t>C. Bảo đảm cho LLVT có bản chất cách mạng, có mục tiêu, phương hướng chiến đấu đúng đắn</w:t>
      </w:r>
    </w:p>
    <w:p>
      <w:pPr>
        <w:pStyle w:val="ListParagraph"/>
      </w:pPr>
      <w:r>
        <w:rPr>
          <w:sz w:val="22"/>
        </w:rPr>
        <w:t>D. Bảo đảm cho LLVT được huấn luyện và rèn luyện tốt mọi lúc mọi nơi sẵn sàng chiến đấu</w:t>
      </w:r>
    </w:p>
    <w:p/>
    <w:p>
      <w:r>
        <w:rPr>
          <w:b/>
          <w:sz w:val="24"/>
        </w:rPr>
        <w:t>Câu 18: Câu 2: Khi nào được huy động lực lượng dự bị động viên? 1. Khi thực hiện lệnh tổng động viên hoặc lệnh động viên cục bộ 2. Khi thi hành lệnh thiết quân luật 3. Để phòng, chống, khắc phục hậu quả thảm họa, thiên tai, dịch bệnh nguy hiểm. Phát biểu đúng là</w:t>
      </w:r>
    </w:p>
    <w:p>
      <w:pPr>
        <w:pStyle w:val="ListParagraph"/>
      </w:pPr>
      <w:r>
        <w:rPr>
          <w:sz w:val="22"/>
        </w:rPr>
        <w:t>A. 1 và 2.</w:t>
      </w:r>
    </w:p>
    <w:p>
      <w:pPr>
        <w:pStyle w:val="ListParagraph"/>
      </w:pPr>
      <w:r>
        <w:rPr>
          <w:sz w:val="22"/>
        </w:rPr>
        <w:t>B. 3 và 2.</w:t>
      </w:r>
    </w:p>
    <w:p>
      <w:pPr>
        <w:pStyle w:val="ListParagraph"/>
      </w:pPr>
      <w:r>
        <w:rPr>
          <w:sz w:val="22"/>
        </w:rPr>
        <w:t>C. 1 và 3.</w:t>
      </w:r>
    </w:p>
    <w:p>
      <w:pPr>
        <w:pStyle w:val="ListParagraph"/>
      </w:pPr>
      <w:r>
        <w:rPr>
          <w:sz w:val="22"/>
        </w:rPr>
        <w:t>D. 1, 2 và 3.</w:t>
      </w:r>
    </w:p>
    <w:p/>
    <w:p>
      <w:r>
        <w:rPr>
          <w:b/>
          <w:sz w:val="24"/>
        </w:rPr>
        <w:t>Câu 19: Câu 3: Bộ đội địa phương do cơ quan nào trực tiếp chỉ huy?</w:t>
      </w:r>
    </w:p>
    <w:p>
      <w:pPr>
        <w:pStyle w:val="ListParagraph"/>
      </w:pPr>
      <w:r>
        <w:rPr>
          <w:sz w:val="22"/>
        </w:rPr>
        <w:t>A. Chính quyền địa phương.</w:t>
      </w:r>
    </w:p>
    <w:p>
      <w:pPr>
        <w:pStyle w:val="ListParagraph"/>
      </w:pPr>
      <w:r>
        <w:rPr>
          <w:sz w:val="22"/>
        </w:rPr>
        <w:t>B. Bộ quốc phòng.</w:t>
      </w:r>
    </w:p>
    <w:p>
      <w:pPr>
        <w:pStyle w:val="ListParagraph"/>
      </w:pPr>
      <w:r>
        <w:rPr>
          <w:sz w:val="22"/>
        </w:rPr>
        <w:t>C. Bộ Tổng tham mưu.</w:t>
      </w:r>
    </w:p>
    <w:p>
      <w:pPr>
        <w:pStyle w:val="ListParagraph"/>
      </w:pPr>
      <w:r>
        <w:rPr>
          <w:sz w:val="22"/>
        </w:rPr>
        <w:t>D. Cơ quan quân sự địa phương.</w:t>
      </w:r>
    </w:p>
    <w:p/>
    <w:p>
      <w:r>
        <w:rPr>
          <w:b/>
          <w:sz w:val="24"/>
        </w:rPr>
        <w:t>Câu 20: Câu 4: Dân quân tự vệ được xác định là lực lượng như thế nào trong nền quốc phòng toàn dân</w:t>
      </w:r>
    </w:p>
    <w:p>
      <w:pPr>
        <w:pStyle w:val="ListParagraph"/>
      </w:pPr>
      <w:r>
        <w:rPr>
          <w:sz w:val="22"/>
        </w:rPr>
        <w:t>A. Dân quân tự vệ là lực lượng cơ bản trong xây dựng nền quốc phòng toàn dân</w:t>
      </w:r>
    </w:p>
    <w:p>
      <w:pPr>
        <w:pStyle w:val="ListParagraph"/>
      </w:pPr>
      <w:r>
        <w:rPr>
          <w:sz w:val="22"/>
        </w:rPr>
        <w:t>B. Dân quân tự vệ là lực lượng xung kích trong xây dựng nền quốc phòng toàn dân</w:t>
      </w:r>
    </w:p>
    <w:p>
      <w:pPr>
        <w:pStyle w:val="ListParagraph"/>
      </w:pPr>
      <w:r>
        <w:rPr>
          <w:sz w:val="22"/>
        </w:rPr>
        <w:t>C. Dân quân tự vệ là lực lượng nòng cốt trong xây dựng nền quốc phòng toàn dân</w:t>
      </w:r>
    </w:p>
    <w:p>
      <w:pPr>
        <w:pStyle w:val="ListParagraph"/>
      </w:pPr>
      <w:r>
        <w:rPr>
          <w:sz w:val="22"/>
        </w:rPr>
        <w:t>D. Dân quân tự vệ là lực lượng xung kích trong xây dựng nền quốc phòng toàn dân và an ninh nhân dân.</w:t>
      </w:r>
    </w:p>
    <w:p/>
    <w:p>
      <w:r>
        <w:rPr>
          <w:b/>
          <w:sz w:val="24"/>
        </w:rPr>
        <w:t>Câu 21: Câu 5: Nguyên tắc lãnh đạo của Đảng đối với lực lượng dự bị động viên nhằm đạt mục đích:</w:t>
      </w:r>
    </w:p>
    <w:p>
      <w:pPr>
        <w:pStyle w:val="ListParagraph"/>
      </w:pPr>
      <w:r>
        <w:rPr>
          <w:sz w:val="22"/>
        </w:rPr>
        <w:t>A. Duy trì sức mạnh chiến đấu của lực lượng dự bị động viên đáp ứng yêu cầu nhiệm vụ mới.</w:t>
      </w:r>
    </w:p>
    <w:p>
      <w:pPr>
        <w:pStyle w:val="ListParagraph"/>
      </w:pPr>
      <w:r>
        <w:rPr>
          <w:sz w:val="22"/>
        </w:rPr>
        <w:t>B. Hoàn thiện cơ chế lãnh đạo và tăng cường chất lượng cho lực lượng vũ trang nhân dân.</w:t>
      </w:r>
    </w:p>
    <w:p>
      <w:pPr>
        <w:pStyle w:val="ListParagraph"/>
      </w:pPr>
      <w:r>
        <w:rPr>
          <w:sz w:val="22"/>
        </w:rPr>
        <w:t>C. Bảo đảm sức mạnh của quân đội, đáp ứng yêu cầu bảo vệ vững chắc Tổ quốc Việt Nam.</w:t>
      </w:r>
    </w:p>
    <w:p>
      <w:pPr>
        <w:pStyle w:val="ListParagraph"/>
      </w:pPr>
      <w:r>
        <w:rPr>
          <w:sz w:val="22"/>
        </w:rPr>
        <w:t>D. Hoàn thiện và tăng cường số lượng, chất lượng cho lực lượng vũ trang khi có chiến tranh</w:t>
      </w:r>
    </w:p>
    <w:p/>
    <w:p>
      <w:r>
        <w:rPr>
          <w:b/>
          <w:sz w:val="24"/>
        </w:rPr>
        <w:t>Câu 22: Câu 6: Biên giới quốc gia được cấu thành bởi bộ phận nào sau đây?</w:t>
      </w:r>
    </w:p>
    <w:p>
      <w:pPr>
        <w:pStyle w:val="ListParagraph"/>
      </w:pPr>
      <w:r>
        <w:rPr>
          <w:sz w:val="22"/>
        </w:rPr>
        <w:t>A. Biên giới quốc gia trên đất liền và trên biển và trên không.</w:t>
      </w:r>
    </w:p>
    <w:p>
      <w:pPr>
        <w:pStyle w:val="ListParagraph"/>
      </w:pPr>
      <w:r>
        <w:rPr>
          <w:sz w:val="22"/>
        </w:rPr>
        <w:t>B. Biên giới quốc gia trong lòng đất và trên biển.</w:t>
      </w:r>
    </w:p>
    <w:p>
      <w:pPr>
        <w:pStyle w:val="ListParagraph"/>
      </w:pPr>
      <w:r>
        <w:rPr>
          <w:sz w:val="22"/>
        </w:rPr>
        <w:t>C. Biên giới quốc gia trên không, trên biển và trong lòng đất</w:t>
      </w:r>
    </w:p>
    <w:p>
      <w:pPr>
        <w:pStyle w:val="ListParagraph"/>
      </w:pPr>
      <w:r>
        <w:rPr>
          <w:sz w:val="22"/>
        </w:rPr>
        <w:t>D. Biên giới quốc gia trên đất liền, trên biển, trên không và trong lòng đất.</w:t>
      </w:r>
    </w:p>
    <w:p/>
    <w:p>
      <w:r>
        <w:rPr>
          <w:b/>
          <w:sz w:val="24"/>
        </w:rPr>
        <w:t>Câu 23: Câu 7: Phương tiện kỹ thuật của lực lượng dự bị động viên gồm những phương tiện nào?</w:t>
      </w:r>
    </w:p>
    <w:p>
      <w:pPr>
        <w:pStyle w:val="ListParagraph"/>
      </w:pPr>
      <w:r>
        <w:rPr>
          <w:sz w:val="22"/>
        </w:rPr>
        <w:t>A. Phương tiện vận tải, làm đường, cầu phà, thông tin liên lạc.</w:t>
      </w:r>
    </w:p>
    <w:p>
      <w:pPr>
        <w:pStyle w:val="ListParagraph"/>
      </w:pPr>
      <w:r>
        <w:rPr>
          <w:sz w:val="22"/>
        </w:rPr>
        <w:t>B. Phương tiện thông tin liên lạc, y tế, phương tiện vận tải làm đường.</w:t>
      </w:r>
    </w:p>
    <w:p>
      <w:pPr>
        <w:pStyle w:val="ListParagraph"/>
      </w:pPr>
      <w:r>
        <w:rPr>
          <w:sz w:val="22"/>
        </w:rPr>
        <w:t>C. Phương tiện vận tải làm đường, xếp dỡ, thông tin liên lạc, y tế và một số phương tiện khác.</w:t>
      </w:r>
    </w:p>
    <w:p>
      <w:pPr>
        <w:pStyle w:val="ListParagraph"/>
      </w:pPr>
      <w:r>
        <w:rPr>
          <w:sz w:val="22"/>
        </w:rPr>
        <w:t>D. Phương tiện vận tải làm đường, thông tin liên lạc và các thiết bị khoa học công nghệ.</w:t>
      </w:r>
    </w:p>
    <w:p/>
    <w:p>
      <w:r>
        <w:rPr>
          <w:b/>
          <w:sz w:val="24"/>
        </w:rPr>
        <w:t>Câu 24: Câu 8: Ngày truyền thống lực lượng vũ trang Thủ đô Hà Nội là</w:t>
      </w:r>
    </w:p>
    <w:p>
      <w:pPr>
        <w:pStyle w:val="ListParagraph"/>
      </w:pPr>
      <w:r>
        <w:rPr>
          <w:sz w:val="22"/>
        </w:rPr>
        <w:t>A. 19/10/1946</w:t>
      </w:r>
    </w:p>
    <w:p>
      <w:pPr>
        <w:pStyle w:val="ListParagraph"/>
      </w:pPr>
      <w:r>
        <w:rPr>
          <w:sz w:val="22"/>
        </w:rPr>
        <w:t>B. 22/12/1946</w:t>
      </w:r>
    </w:p>
    <w:p>
      <w:pPr>
        <w:pStyle w:val="ListParagraph"/>
      </w:pPr>
      <w:r>
        <w:rPr>
          <w:sz w:val="22"/>
        </w:rPr>
        <w:t>C. 22/12/1945</w:t>
      </w:r>
    </w:p>
    <w:p>
      <w:pPr>
        <w:pStyle w:val="ListParagraph"/>
      </w:pPr>
      <w:r>
        <w:rPr>
          <w:sz w:val="22"/>
        </w:rPr>
        <w:t>D. 19/10/1945</w:t>
      </w:r>
    </w:p>
    <w:p/>
    <w:p>
      <w:r>
        <w:rPr>
          <w:b/>
          <w:sz w:val="24"/>
        </w:rPr>
        <w:t>Câu 25: Câu 9: Ngày Truyền thống lực lượng vũ trang Thành phố Hồ Chí Minh là</w:t>
      </w:r>
    </w:p>
    <w:p>
      <w:pPr>
        <w:pStyle w:val="ListParagraph"/>
      </w:pPr>
      <w:r>
        <w:rPr>
          <w:sz w:val="22"/>
        </w:rPr>
        <w:t>A. 30/4/1945</w:t>
      </w:r>
    </w:p>
    <w:p>
      <w:pPr>
        <w:pStyle w:val="ListParagraph"/>
      </w:pPr>
      <w:r>
        <w:rPr>
          <w:sz w:val="22"/>
        </w:rPr>
        <w:t>B. 4/9/1945</w:t>
      </w:r>
    </w:p>
    <w:p>
      <w:pPr>
        <w:pStyle w:val="ListParagraph"/>
      </w:pPr>
      <w:r>
        <w:rPr>
          <w:sz w:val="22"/>
        </w:rPr>
        <w:t>C. 22/12/1945</w:t>
      </w:r>
    </w:p>
    <w:p>
      <w:pPr>
        <w:pStyle w:val="ListParagraph"/>
      </w:pPr>
      <w:r>
        <w:rPr>
          <w:sz w:val="22"/>
        </w:rPr>
        <w:t>D. 10/10/1945</w:t>
      </w:r>
    </w:p>
    <w:p/>
    <w:p>
      <w:r>
        <w:rPr>
          <w:b/>
          <w:sz w:val="24"/>
        </w:rPr>
        <w:t>Câu 26: Câu 10: Dân quân tự vệ là:</w:t>
      </w:r>
    </w:p>
    <w:p>
      <w:pPr>
        <w:pStyle w:val="ListParagraph"/>
      </w:pPr>
      <w:r>
        <w:rPr>
          <w:sz w:val="22"/>
        </w:rPr>
        <w:t>A. Là lực lượng vũ trang quần chúng không thoát ly sản xuất, công tác, và là một bộ phận của lực lượng vũ trang nhân dân Việt Nam</w:t>
      </w:r>
    </w:p>
    <w:p>
      <w:pPr>
        <w:pStyle w:val="ListParagraph"/>
      </w:pPr>
      <w:r>
        <w:rPr>
          <w:sz w:val="22"/>
        </w:rPr>
        <w:t>B. Là một bộ phận của quân đội nhân dân Việt Nam</w:t>
      </w:r>
    </w:p>
    <w:p>
      <w:pPr>
        <w:pStyle w:val="ListParagraph"/>
      </w:pPr>
      <w:r>
        <w:rPr>
          <w:sz w:val="22"/>
        </w:rPr>
        <w:t>C. Là lực lượng vũ trang thoát ly sản xuất, công tác</w:t>
      </w:r>
    </w:p>
    <w:p>
      <w:pPr>
        <w:pStyle w:val="ListParagraph"/>
      </w:pPr>
      <w:r>
        <w:rPr>
          <w:sz w:val="22"/>
        </w:rPr>
        <w:t>D. Là lực lượng phòng thủ dân sự</w:t>
      </w:r>
    </w:p>
    <w:p/>
    <w:p>
      <w:r>
        <w:t>──────────────────────────────────────────────────</w:t>
      </w:r>
    </w:p>
    <w:p>
      <w:r>
        <w:rPr>
          <w:b/>
        </w:rPr>
        <w:t>BẢNG ĐÁP ÁN &amp; LỜI GIẢI CHI TIẾT</w:t>
      </w:r>
    </w:p>
    <w:p>
      <w:r>
        <w:rPr>
          <w:b/>
        </w:rPr>
        <w:t>Câu 1: Đáp án đúng: C</w:t>
      </w:r>
    </w:p>
    <w:p>
      <w:r>
        <w:rPr>
          <w:b/>
        </w:rPr>
        <w:t>Câu 2: Đáp án đúng: B</w:t>
      </w:r>
    </w:p>
    <w:p>
      <w:r>
        <w:rPr>
          <w:b/>
        </w:rPr>
        <w:t>Câu 3: Đáp án đúng: C</w:t>
      </w:r>
    </w:p>
    <w:p>
      <w:r>
        <w:rPr>
          <w:b/>
        </w:rPr>
        <w:t>Câu 4: Đáp án đúng: C</w:t>
      </w:r>
    </w:p>
    <w:p>
      <w:r>
        <w:rPr>
          <w:b/>
        </w:rPr>
        <w:t>Câu 5: Đáp án đúng: A</w:t>
      </w:r>
    </w:p>
    <w:p>
      <w:r>
        <w:rPr>
          <w:b/>
        </w:rPr>
        <w:t>Câu 6: Đáp án đúng: C</w:t>
      </w:r>
    </w:p>
    <w:p>
      <w:r>
        <w:rPr>
          <w:b/>
        </w:rPr>
        <w:t>Câu 7: Đáp án đúng: A</w:t>
      </w:r>
    </w:p>
    <w:p>
      <w:r>
        <w:rPr>
          <w:b/>
        </w:rPr>
        <w:t>Câu 8: Đáp án đúng: C</w:t>
      </w:r>
    </w:p>
    <w:p>
      <w:r>
        <w:rPr>
          <w:b/>
        </w:rPr>
        <w:t>Câu 9: Đáp án đúng: C</w:t>
      </w:r>
    </w:p>
    <w:p>
      <w:r>
        <w:rPr>
          <w:b/>
        </w:rPr>
        <w:t>Câu 10: Đáp án đúng: A</w:t>
      </w:r>
    </w:p>
    <w:p>
      <w:r>
        <w:rPr>
          <w:b/>
        </w:rPr>
        <w:t>Câu 11: Đáp án đúng: C</w:t>
      </w:r>
    </w:p>
    <w:p>
      <w:r>
        <w:rPr>
          <w:b/>
        </w:rPr>
        <w:t>Câu 12: Đáp án đúng: B</w:t>
      </w:r>
    </w:p>
    <w:p>
      <w:r>
        <w:rPr>
          <w:b/>
        </w:rPr>
        <w:t>Câu 13: Đáp án đúng: A</w:t>
      </w:r>
    </w:p>
    <w:p>
      <w:r>
        <w:rPr>
          <w:b/>
        </w:rPr>
        <w:t>Câu 14: Đáp án đúng: D</w:t>
      </w:r>
    </w:p>
    <w:p>
      <w:r>
        <w:rPr>
          <w:b/>
        </w:rPr>
        <w:t>Câu 15: Đáp án đúng: D</w:t>
      </w:r>
    </w:p>
    <w:p>
      <w:r>
        <w:rPr>
          <w:b/>
        </w:rPr>
        <w:t>Câu 16: Đáp án đúng: C</w:t>
      </w:r>
    </w:p>
    <w:p>
      <w:r>
        <w:rPr>
          <w:b/>
        </w:rPr>
        <w:t>Câu 17: Đáp án đúng: C</w:t>
      </w:r>
    </w:p>
    <w:p>
      <w:r>
        <w:rPr>
          <w:b/>
        </w:rPr>
        <w:t>Câu 18: Đáp án đúng: D</w:t>
      </w:r>
    </w:p>
    <w:p>
      <w:r>
        <w:rPr>
          <w:b/>
        </w:rPr>
        <w:t>Câu 19: Đáp án đúng: D</w:t>
      </w:r>
    </w:p>
    <w:p>
      <w:r>
        <w:rPr>
          <w:b/>
        </w:rPr>
        <w:t>Câu 20: Đáp án đúng: C</w:t>
      </w:r>
    </w:p>
    <w:p>
      <w:r>
        <w:rPr>
          <w:b/>
        </w:rPr>
        <w:t>Câu 21: Đáp án đúng: C</w:t>
      </w:r>
    </w:p>
    <w:p>
      <w:r>
        <w:rPr>
          <w:b/>
        </w:rPr>
        <w:t>Câu 22: Đáp án đúng: D</w:t>
      </w:r>
    </w:p>
    <w:p>
      <w:r>
        <w:rPr>
          <w:b/>
        </w:rPr>
        <w:t>Câu 23: Đáp án đúng: C</w:t>
      </w:r>
    </w:p>
    <w:p>
      <w:r>
        <w:rPr>
          <w:b/>
        </w:rPr>
        <w:t>Câu 24: Đáp án đúng: A</w:t>
      </w:r>
    </w:p>
    <w:p>
      <w:r>
        <w:rPr>
          <w:b/>
        </w:rPr>
        <w:t>Câu 25: Đáp án đúng: B</w:t>
      </w:r>
    </w:p>
    <w:p>
      <w:r>
        <w:rPr>
          <w:b/>
        </w:rPr>
        <w:t>Câu 26: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