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việt Lớp 5a5: Tả một câu chuyện sáng tạo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Khi viết bài văn kể chuyện sáng tạo, yếu tố nào sau đây là quan trọng nhất để tạo nên sự hấp dẫn?</w:t>
      </w:r>
    </w:p>
    <w:p>
      <w:pPr>
        <w:pStyle w:val="ListParagraph"/>
      </w:pPr>
      <w:r>
        <w:rPr>
          <w:sz w:val="22"/>
        </w:rPr>
        <w:t>A. Số lượng từ ngữ thật nhiều</w:t>
      </w:r>
    </w:p>
    <w:p>
      <w:pPr>
        <w:pStyle w:val="ListParagraph"/>
      </w:pPr>
      <w:r>
        <w:rPr>
          <w:sz w:val="22"/>
        </w:rPr>
        <w:t>B. Sử dụng nhiều từ khó</w:t>
      </w:r>
    </w:p>
    <w:p>
      <w:pPr>
        <w:pStyle w:val="ListParagraph"/>
      </w:pPr>
      <w:r>
        <w:rPr>
          <w:sz w:val="22"/>
        </w:rPr>
        <w:t>C. Viết thật dài và chi tiết</w:t>
      </w:r>
    </w:p>
    <w:p>
      <w:pPr>
        <w:pStyle w:val="ListParagraph"/>
      </w:pPr>
      <w:r>
        <w:rPr>
          <w:sz w:val="22"/>
        </w:rPr>
        <w:t>D. Sự sáng tạo trong tình huống và nhân vật</w:t>
      </w:r>
    </w:p>
    <w:p/>
    <w:p>
      <w:r>
        <w:rPr>
          <w:b/>
          <w:sz w:val="24"/>
        </w:rPr>
        <w:t>Câu 2: Trong câu chuyện sáng tạo, nhân vật thường được xây dựng như thế nào?</w:t>
      </w:r>
    </w:p>
    <w:p>
      <w:pPr>
        <w:pStyle w:val="ListParagraph"/>
      </w:pPr>
      <w:r>
        <w:rPr>
          <w:sz w:val="22"/>
        </w:rPr>
        <w:t>A. Chỉ cần xuất hiện một lần</w:t>
      </w:r>
    </w:p>
    <w:p>
      <w:pPr>
        <w:pStyle w:val="ListParagraph"/>
      </w:pPr>
      <w:r>
        <w:rPr>
          <w:sz w:val="22"/>
        </w:rPr>
        <w:t>B. Chỉ cần tên và tuổi</w:t>
      </w:r>
    </w:p>
    <w:p>
      <w:pPr>
        <w:pStyle w:val="ListParagraph"/>
      </w:pPr>
      <w:r>
        <w:rPr>
          <w:sz w:val="22"/>
        </w:rPr>
        <w:t>C. Có ngoại hình, tính cách và hành động rõ ràng</w:t>
      </w:r>
    </w:p>
    <w:p>
      <w:pPr>
        <w:pStyle w:val="ListParagraph"/>
      </w:pPr>
      <w:r>
        <w:rPr>
          <w:sz w:val="22"/>
        </w:rPr>
        <w:t>D. Không cần miêu tả gì</w:t>
      </w:r>
    </w:p>
    <w:p/>
    <w:p>
      <w:r>
        <w:rPr>
          <w:b/>
          <w:sz w:val="24"/>
        </w:rPr>
        <w:t>Câu 3: Câu nào sau đây mở đầu câu chuyện sáng tạo một cách tự nhiên nhất?</w:t>
      </w:r>
    </w:p>
    <w:p>
      <w:pPr>
        <w:pStyle w:val="ListParagraph"/>
      </w:pPr>
      <w:r>
        <w:rPr>
          <w:sz w:val="22"/>
        </w:rPr>
        <w:t>A. Hôm nay trời mưa to.</w:t>
      </w:r>
    </w:p>
    <w:p>
      <w:pPr>
        <w:pStyle w:val="ListParagraph"/>
      </w:pPr>
      <w:r>
        <w:rPr>
          <w:sz w:val="22"/>
        </w:rPr>
        <w:t>B. Câu chuyện này rất hay.</w:t>
      </w:r>
    </w:p>
    <w:p>
      <w:pPr>
        <w:pStyle w:val="ListParagraph"/>
      </w:pPr>
      <w:r>
        <w:rPr>
          <w:sz w:val="22"/>
        </w:rPr>
        <w:t>C. Ngày xửa ngày xưa, có một cô bé sống trong ngôi làng nhỏ.</w:t>
      </w:r>
    </w:p>
    <w:p>
      <w:pPr>
        <w:pStyle w:val="ListParagraph"/>
      </w:pPr>
      <w:r>
        <w:rPr>
          <w:sz w:val="22"/>
        </w:rPr>
        <w:t>D. Tôi không biết viết gì cả.</w:t>
      </w:r>
    </w:p>
    <w:p/>
    <w:p>
      <w:r>
        <w:rPr>
          <w:b/>
          <w:sz w:val="24"/>
        </w:rPr>
        <w:t>Câu 4: Khi kể lại một câu chuyện đã biết bằng cách sáng tạo, em nên làm gì?</w:t>
      </w:r>
    </w:p>
    <w:p>
      <w:pPr>
        <w:pStyle w:val="ListParagraph"/>
      </w:pPr>
      <w:r>
        <w:rPr>
          <w:sz w:val="22"/>
        </w:rPr>
        <w:t>A. Lược bỏ hết các nhân vật</w:t>
      </w:r>
    </w:p>
    <w:p>
      <w:pPr>
        <w:pStyle w:val="ListParagraph"/>
      </w:pPr>
      <w:r>
        <w:rPr>
          <w:sz w:val="22"/>
        </w:rPr>
        <w:t>B. Thêm chi tiết tưởng tượng hợp lý</w:t>
      </w:r>
    </w:p>
    <w:p>
      <w:pPr>
        <w:pStyle w:val="ListParagraph"/>
      </w:pPr>
      <w:r>
        <w:rPr>
          <w:sz w:val="22"/>
        </w:rPr>
        <w:t>C. Kể y nguyên như bản gốc</w:t>
      </w:r>
    </w:p>
    <w:p>
      <w:pPr>
        <w:pStyle w:val="ListParagraph"/>
      </w:pPr>
      <w:r>
        <w:rPr>
          <w:sz w:val="22"/>
        </w:rPr>
        <w:t>D. Thay đổi hoàn toàn nội dung</w:t>
      </w:r>
    </w:p>
    <w:p/>
    <w:p>
      <w:r>
        <w:rPr>
          <w:b/>
          <w:sz w:val="24"/>
        </w:rPr>
        <w:t>Câu 5: Yếu tố nào sau đây KHÔNG cần thiết trong một câu chuyện sáng tạo?</w:t>
      </w:r>
    </w:p>
    <w:p>
      <w:pPr>
        <w:pStyle w:val="ListParagraph"/>
      </w:pPr>
      <w:r>
        <w:rPr>
          <w:sz w:val="22"/>
        </w:rPr>
        <w:t>A. Bảng số liệu thống kê</w:t>
      </w:r>
    </w:p>
    <w:p>
      <w:pPr>
        <w:pStyle w:val="ListParagraph"/>
      </w:pPr>
      <w:r>
        <w:rPr>
          <w:sz w:val="22"/>
        </w:rPr>
        <w:t>B. Bối cảnh</w:t>
      </w:r>
    </w:p>
    <w:p>
      <w:pPr>
        <w:pStyle w:val="ListParagraph"/>
      </w:pPr>
      <w:r>
        <w:rPr>
          <w:sz w:val="22"/>
        </w:rPr>
        <w:t>C. Cốt truyện</w:t>
      </w:r>
    </w:p>
    <w:p>
      <w:pPr>
        <w:pStyle w:val="ListParagraph"/>
      </w:pPr>
      <w:r>
        <w:rPr>
          <w:sz w:val="22"/>
        </w:rPr>
        <w:t>D. Nhân vật</w:t>
      </w:r>
    </w:p>
    <w:p/>
    <w:p>
      <w:r>
        <w:rPr>
          <w:b/>
          <w:sz w:val="24"/>
        </w:rPr>
        <w:t>Câu 6: Đoạn văn nào sau đây thể hiện rõ nhất sự sáng tạo trong kể chuyện?</w:t>
      </w:r>
    </w:p>
    <w:p>
      <w:pPr>
        <w:pStyle w:val="ListParagraph"/>
      </w:pPr>
      <w:r>
        <w:rPr>
          <w:sz w:val="22"/>
        </w:rPr>
        <w:t>A. Em rất yêu con mèo của em.</w:t>
      </w:r>
    </w:p>
    <w:p>
      <w:pPr>
        <w:pStyle w:val="ListParagraph"/>
      </w:pPr>
      <w:r>
        <w:rPr>
          <w:sz w:val="22"/>
        </w:rPr>
        <w:t>B. Bỗng nhiên, chú mèo cất tiếng nói và bảo em hãy đi theo chú.</w:t>
      </w:r>
    </w:p>
    <w:p>
      <w:pPr>
        <w:pStyle w:val="ListParagraph"/>
      </w:pPr>
      <w:r>
        <w:rPr>
          <w:sz w:val="22"/>
        </w:rPr>
        <w:t>C. Con mèo nhà em có bộ lông màu trắng.</w:t>
      </w:r>
    </w:p>
    <w:p>
      <w:pPr>
        <w:pStyle w:val="ListParagraph"/>
      </w:pPr>
      <w:r>
        <w:rPr>
          <w:sz w:val="22"/>
        </w:rPr>
        <w:t>D. Con mèo ăn cơm mỗi ngày.</w:t>
      </w:r>
    </w:p>
    <w:p/>
    <w:p>
      <w:r>
        <w:rPr>
          <w:b/>
          <w:sz w:val="24"/>
        </w:rPr>
        <w:t>Câu 7: Khi viết kết bài cho câu chuyện sáng tạo, em nên làm gì?</w:t>
      </w:r>
    </w:p>
    <w:p>
      <w:pPr>
        <w:pStyle w:val="ListParagraph"/>
      </w:pPr>
      <w:r>
        <w:rPr>
          <w:sz w:val="22"/>
        </w:rPr>
        <w:t>A. Kể tiếp một sự việc mới</w:t>
      </w:r>
    </w:p>
    <w:p>
      <w:pPr>
        <w:pStyle w:val="ListParagraph"/>
      </w:pPr>
      <w:r>
        <w:rPr>
          <w:sz w:val="22"/>
        </w:rPr>
        <w:t>B. Miêu tả lại ngoại hình nhân vật</w:t>
      </w:r>
    </w:p>
    <w:p>
      <w:pPr>
        <w:pStyle w:val="ListParagraph"/>
      </w:pPr>
      <w:r>
        <w:rPr>
          <w:sz w:val="22"/>
        </w:rPr>
        <w:t>C. Nêu cảm nghĩ hoặc bài học rút ra</w:t>
      </w:r>
    </w:p>
    <w:p>
      <w:pPr>
        <w:pStyle w:val="ListParagraph"/>
      </w:pPr>
      <w:r>
        <w:rPr>
          <w:sz w:val="22"/>
        </w:rPr>
        <w:t>D. Liệt kê tên các nhân vật</w:t>
      </w:r>
    </w:p>
    <w:p/>
    <w:p>
      <w:r>
        <w:rPr>
          <w:b/>
          <w:sz w:val="24"/>
        </w:rPr>
        <w:t>Câu 8: Trong câu chuyện sáng tạo, lời thoại của nhân vật có tác dụng gì?</w:t>
      </w:r>
    </w:p>
    <w:p>
      <w:pPr>
        <w:pStyle w:val="ListParagraph"/>
      </w:pPr>
      <w:r>
        <w:rPr>
          <w:sz w:val="22"/>
        </w:rPr>
        <w:t>A. Thay thế cho phần mở bài</w:t>
      </w:r>
    </w:p>
    <w:p>
      <w:pPr>
        <w:pStyle w:val="ListParagraph"/>
      </w:pPr>
      <w:r>
        <w:rPr>
          <w:sz w:val="22"/>
        </w:rPr>
        <w:t>B. Làm câu chuyện dài hơn</w:t>
      </w:r>
    </w:p>
    <w:p>
      <w:pPr>
        <w:pStyle w:val="ListParagraph"/>
      </w:pPr>
      <w:r>
        <w:rPr>
          <w:sz w:val="22"/>
        </w:rPr>
        <w:t>C. Thể hiện tính cách và cảm xúc nhân vật</w:t>
      </w:r>
    </w:p>
    <w:p>
      <w:pPr>
        <w:pStyle w:val="ListParagraph"/>
      </w:pPr>
      <w:r>
        <w:rPr>
          <w:sz w:val="22"/>
        </w:rPr>
        <w:t>D. Không có tác dụng gì</w:t>
      </w:r>
    </w:p>
    <w:p/>
    <w:p>
      <w:r>
        <w:rPr>
          <w:b/>
          <w:sz w:val="24"/>
        </w:rPr>
        <w:t>Câu 9: Câu nào sau đây là câu mở rộng thành phần vị ngữ?</w:t>
      </w:r>
    </w:p>
    <w:p>
      <w:pPr>
        <w:pStyle w:val="ListParagraph"/>
      </w:pPr>
      <w:r>
        <w:rPr>
          <w:sz w:val="22"/>
        </w:rPr>
        <w:t>A. Em đi học.</w:t>
      </w:r>
    </w:p>
    <w:p>
      <w:pPr>
        <w:pStyle w:val="ListParagraph"/>
      </w:pPr>
      <w:r>
        <w:rPr>
          <w:sz w:val="22"/>
        </w:rPr>
        <w:t>B. Những cánh hoa đào nở rộ trong vườn.</w:t>
      </w:r>
    </w:p>
    <w:p>
      <w:pPr>
        <w:pStyle w:val="ListParagraph"/>
      </w:pPr>
      <w:r>
        <w:rPr>
          <w:sz w:val="22"/>
        </w:rPr>
        <w:t>C. Trời mưa.</w:t>
      </w:r>
    </w:p>
    <w:p>
      <w:pPr>
        <w:pStyle w:val="ListParagraph"/>
      </w:pPr>
      <w:r>
        <w:rPr>
          <w:sz w:val="22"/>
        </w:rPr>
        <w:t>D. Bạn Lan rất chăm chỉ.</w:t>
      </w:r>
    </w:p>
    <w:p/>
    <w:p>
      <w:r>
        <w:rPr>
          <w:b/>
          <w:sz w:val="24"/>
        </w:rPr>
        <w:t>Câu 10: Để câu chuyện sáng tạo thêm sinh động, em nên sử dụng biện pháp tu từ nào?</w:t>
      </w:r>
    </w:p>
    <w:p>
      <w:pPr>
        <w:pStyle w:val="ListParagraph"/>
      </w:pPr>
      <w:r>
        <w:rPr>
          <w:sz w:val="22"/>
        </w:rPr>
        <w:t>A. So sánh và nhân hóa</w:t>
      </w:r>
    </w:p>
    <w:p>
      <w:pPr>
        <w:pStyle w:val="ListParagraph"/>
      </w:pPr>
      <w:r>
        <w:rPr>
          <w:sz w:val="22"/>
        </w:rPr>
        <w:t>B. Dùng câu hỏi tu từ</w:t>
      </w:r>
    </w:p>
    <w:p>
      <w:pPr>
        <w:pStyle w:val="ListParagraph"/>
      </w:pPr>
      <w:r>
        <w:rPr>
          <w:sz w:val="22"/>
        </w:rPr>
        <w:t>C. Liệt kê số liệu</w:t>
      </w:r>
    </w:p>
    <w:p>
      <w:pPr>
        <w:pStyle w:val="ListParagraph"/>
      </w:pPr>
      <w:r>
        <w:rPr>
          <w:sz w:val="22"/>
        </w:rPr>
        <w:t>D. Viết tắt nhiều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Sự sáng tạo trong tình huống và nhân vật giúp câu chuyện hấp dẫn, lôi cuốn người đọc.</w:t>
      </w:r>
    </w:p>
    <w:p>
      <w:r>
        <w:rPr>
          <w:b/>
        </w:rPr>
        <w:t>Câu 2: Đáp án đúng: C</w:t>
      </w:r>
    </w:p>
    <w:p>
      <w:r>
        <w:rPr>
          <w:i/>
        </w:rPr>
        <w:t>Giải thích: Nhân vật cần có ngoại hình, tính cách và hành động rõ ràng để câu chuyện sinh động.</w:t>
      </w:r>
    </w:p>
    <w:p>
      <w:r>
        <w:rPr>
          <w:b/>
        </w:rPr>
        <w:t>Câu 3: Đáp án đúng: C</w:t>
      </w:r>
    </w:p>
    <w:p>
      <w:r>
        <w:rPr>
          <w:i/>
        </w:rPr>
        <w:t>Giải thích: Mở đầu bằng 'Ngày xửa ngày xưa...' là cách mở đầu quen thuộc, tự nhiên cho truyện sáng tạo.</w:t>
      </w:r>
    </w:p>
    <w:p>
      <w:r>
        <w:rPr>
          <w:b/>
        </w:rPr>
        <w:t>Câu 4: Đáp án đúng: B</w:t>
      </w:r>
    </w:p>
    <w:p>
      <w:r>
        <w:rPr>
          <w:i/>
        </w:rPr>
        <w:t>Giải thích: Thêm chi tiết tưởng tượng hợp lý giúp câu chuyện mới mẻ mà vẫn giữ được nội dung chính.</w:t>
      </w:r>
    </w:p>
    <w:p>
      <w:r>
        <w:rPr>
          <w:b/>
        </w:rPr>
        <w:t>Câu 5: Đáp án đúng: A</w:t>
      </w:r>
    </w:p>
    <w:p>
      <w:r>
        <w:rPr>
          <w:i/>
        </w:rPr>
        <w:t>Giải thích: Bảng số liệu thống kê không phù hợp với văn kể chuyện sáng tạo.</w:t>
      </w:r>
    </w:p>
    <w:p>
      <w:r>
        <w:rPr>
          <w:b/>
        </w:rPr>
        <w:t>Câu 6: Đáp án đúng: B</w:t>
      </w:r>
    </w:p>
    <w:p>
      <w:r>
        <w:rPr>
          <w:i/>
        </w:rPr>
        <w:t>Giải thích: Chi tiết mèo biết nói là chi tiết tưởng tượng sáng tạo trong truyện.</w:t>
      </w:r>
    </w:p>
    <w:p>
      <w:r>
        <w:rPr>
          <w:b/>
        </w:rPr>
        <w:t>Câu 7: Đáp án đúng: C</w:t>
      </w:r>
    </w:p>
    <w:p>
      <w:r>
        <w:rPr>
          <w:i/>
        </w:rPr>
        <w:t>Giải thích: Kết bài thường nêu cảm nghĩ hoặc bài học rút ra từ câu chuyện.</w:t>
      </w:r>
    </w:p>
    <w:p>
      <w:r>
        <w:rPr>
          <w:b/>
        </w:rPr>
        <w:t>Câu 8: Đáp án đúng: C</w:t>
      </w:r>
    </w:p>
    <w:p>
      <w:r>
        <w:rPr>
          <w:i/>
        </w:rPr>
        <w:t>Giải thích: Lời thoại giúp thể hiện tính cách, cảm xúc và làm câu chuyện sinh động hơn.</w:t>
      </w:r>
    </w:p>
    <w:p>
      <w:r>
        <w:rPr>
          <w:b/>
        </w:rPr>
        <w:t>Câu 9: Đáp án đúng: B</w:t>
      </w:r>
    </w:p>
    <w:p>
      <w:r>
        <w:rPr>
          <w:i/>
        </w:rPr>
        <w:t>Giải thích: Câu 'Những cánh hoa đào nở rộ trong vườn' có vị ngữ mở rộng với cụm động từ và trạng ngữ.</w:t>
      </w:r>
    </w:p>
    <w:p>
      <w:r>
        <w:rPr>
          <w:b/>
        </w:rPr>
        <w:t>Câu 10: Đáp án đúng: A</w:t>
      </w:r>
    </w:p>
    <w:p>
      <w:r>
        <w:rPr>
          <w:i/>
        </w:rPr>
        <w:t>Giải thích: So sánh và nhân hóa giúp câu chuyện sinh động, gợi hình, gợi cảm.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