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lớp 12 - PRONUNCIATION:</w:t>
      </w:r>
    </w:p>
    <w:p>
      <w:pPr>
        <w:jc w:val="center"/>
      </w:pPr>
      <w:r>
        <w:rPr>
          <w:sz w:val="22"/>
        </w:rPr>
        <w:t>Số câu: 37    Thời gian: _____ phút    Họ và tên: _________________________</w:t>
      </w:r>
    </w:p>
    <w:p/>
    <w:p>
      <w:r>
        <w:rPr>
          <w:b/>
          <w:sz w:val="24"/>
        </w:rPr>
        <w:t>Câu 1: Mark the letter A, B, C, or D on your answer sheet to indicate the word whose underlined part is pronounced differently from the others: A. devoted B. admired C. attended D. adopted</w:t>
      </w:r>
    </w:p>
    <w:p>
      <w:pPr>
        <w:pStyle w:val="ListParagraph"/>
      </w:pPr>
      <w:r>
        <w:rPr>
          <w:sz w:val="22"/>
        </w:rPr>
        <w:t>A. devoted</w:t>
      </w:r>
    </w:p>
    <w:p>
      <w:pPr>
        <w:pStyle w:val="ListParagraph"/>
      </w:pPr>
      <w:r>
        <w:rPr>
          <w:sz w:val="22"/>
        </w:rPr>
        <w:t>B. admired</w:t>
      </w:r>
    </w:p>
    <w:p>
      <w:pPr>
        <w:pStyle w:val="ListParagraph"/>
      </w:pPr>
      <w:r>
        <w:rPr>
          <w:sz w:val="22"/>
        </w:rPr>
        <w:t>C. attended</w:t>
      </w:r>
    </w:p>
    <w:p>
      <w:pPr>
        <w:pStyle w:val="ListParagraph"/>
      </w:pPr>
      <w:r>
        <w:rPr>
          <w:sz w:val="22"/>
        </w:rPr>
        <w:t>D. adopted</w:t>
      </w:r>
    </w:p>
    <w:p/>
    <w:p>
      <w:r>
        <w:rPr>
          <w:b/>
          <w:sz w:val="24"/>
        </w:rPr>
        <w:t>Câu 2: Mark the letter A, B, C, or D on your answer sheet to indicate the word whose underlined part is pronounced differently from the others: A. reduced B. recycled C. reused D. recharged</w:t>
      </w:r>
    </w:p>
    <w:p>
      <w:pPr>
        <w:pStyle w:val="ListParagraph"/>
      </w:pPr>
      <w:r>
        <w:rPr>
          <w:sz w:val="22"/>
        </w:rPr>
        <w:t>A. reduced</w:t>
      </w:r>
    </w:p>
    <w:p>
      <w:pPr>
        <w:pStyle w:val="ListParagraph"/>
      </w:pPr>
      <w:r>
        <w:rPr>
          <w:sz w:val="22"/>
        </w:rPr>
        <w:t>B. recycled</w:t>
      </w:r>
    </w:p>
    <w:p>
      <w:pPr>
        <w:pStyle w:val="ListParagraph"/>
      </w:pPr>
      <w:r>
        <w:rPr>
          <w:sz w:val="22"/>
        </w:rPr>
        <w:t>C. reused</w:t>
      </w:r>
    </w:p>
    <w:p>
      <w:pPr>
        <w:pStyle w:val="ListParagraph"/>
      </w:pPr>
      <w:r>
        <w:rPr>
          <w:sz w:val="22"/>
        </w:rPr>
        <w:t>D. recharged</w:t>
      </w:r>
    </w:p>
    <w:p/>
    <w:p>
      <w:r>
        <w:rPr>
          <w:b/>
          <w:sz w:val="24"/>
        </w:rPr>
        <w:t>Câu 3: Mark the letter A, B, C, or D on your answer sheet to indicate the word whose underlined part is pronounced differently from the others: A. devoted B. attended C. admired D. adopted</w:t>
      </w:r>
    </w:p>
    <w:p>
      <w:pPr>
        <w:pStyle w:val="ListParagraph"/>
      </w:pPr>
      <w:r>
        <w:rPr>
          <w:sz w:val="22"/>
        </w:rPr>
        <w:t>A. devoted</w:t>
      </w:r>
    </w:p>
    <w:p>
      <w:pPr>
        <w:pStyle w:val="ListParagraph"/>
      </w:pPr>
      <w:r>
        <w:rPr>
          <w:sz w:val="22"/>
        </w:rPr>
        <w:t>B. attended</w:t>
      </w:r>
    </w:p>
    <w:p>
      <w:pPr>
        <w:pStyle w:val="ListParagraph"/>
      </w:pPr>
      <w:r>
        <w:rPr>
          <w:sz w:val="22"/>
        </w:rPr>
        <w:t>C. admired</w:t>
      </w:r>
    </w:p>
    <w:p>
      <w:pPr>
        <w:pStyle w:val="ListParagraph"/>
      </w:pPr>
      <w:r>
        <w:rPr>
          <w:sz w:val="22"/>
        </w:rPr>
        <w:t>D. adopted</w:t>
      </w:r>
    </w:p>
    <w:p/>
    <w:p>
      <w:r>
        <w:rPr>
          <w:b/>
          <w:sz w:val="24"/>
        </w:rPr>
        <w:t>Câu 4: Mark the letter A, B, C, or D on your answer sheet to indicate the word whose underlined part is pronounced differently from the others: A. global B. overcome C. promote D. detroy</w:t>
      </w:r>
    </w:p>
    <w:p>
      <w:pPr>
        <w:pStyle w:val="ListParagraph"/>
      </w:pPr>
      <w:r>
        <w:rPr>
          <w:sz w:val="22"/>
        </w:rPr>
        <w:t>A. global</w:t>
      </w:r>
    </w:p>
    <w:p>
      <w:pPr>
        <w:pStyle w:val="ListParagraph"/>
      </w:pPr>
      <w:r>
        <w:rPr>
          <w:sz w:val="22"/>
        </w:rPr>
        <w:t>B. overcome</w:t>
      </w:r>
    </w:p>
    <w:p>
      <w:pPr>
        <w:pStyle w:val="ListParagraph"/>
      </w:pPr>
      <w:r>
        <w:rPr>
          <w:sz w:val="22"/>
        </w:rPr>
        <w:t>C. promote</w:t>
      </w:r>
    </w:p>
    <w:p>
      <w:pPr>
        <w:pStyle w:val="ListParagraph"/>
      </w:pPr>
      <w:r>
        <w:rPr>
          <w:sz w:val="22"/>
        </w:rPr>
        <w:t>D. detroy</w:t>
      </w:r>
    </w:p>
    <w:p/>
    <w:p>
      <w:r>
        <w:rPr>
          <w:b/>
          <w:sz w:val="24"/>
        </w:rPr>
        <w:t>Câu 5: Mark the letter A, B, C, or D on your answer sheet to indicate the word whose underlined part is pronounced differently from the others: A. society B. soldier C. household D. leftover</w:t>
      </w:r>
    </w:p>
    <w:p>
      <w:pPr>
        <w:pStyle w:val="ListParagraph"/>
      </w:pPr>
      <w:r>
        <w:rPr>
          <w:sz w:val="22"/>
        </w:rPr>
        <w:t>A. society</w:t>
      </w:r>
    </w:p>
    <w:p>
      <w:pPr>
        <w:pStyle w:val="ListParagraph"/>
      </w:pPr>
      <w:r>
        <w:rPr>
          <w:sz w:val="22"/>
        </w:rPr>
        <w:t>B. soldier</w:t>
      </w:r>
    </w:p>
    <w:p>
      <w:pPr>
        <w:pStyle w:val="ListParagraph"/>
      </w:pPr>
      <w:r>
        <w:rPr>
          <w:sz w:val="22"/>
        </w:rPr>
        <w:t>C. household</w:t>
      </w:r>
    </w:p>
    <w:p>
      <w:pPr>
        <w:pStyle w:val="ListParagraph"/>
      </w:pPr>
      <w:r>
        <w:rPr>
          <w:sz w:val="22"/>
        </w:rPr>
        <w:t>D. leftover</w:t>
      </w:r>
    </w:p>
    <w:p/>
    <w:p>
      <w:r>
        <w:rPr>
          <w:b/>
          <w:sz w:val="24"/>
        </w:rPr>
        <w:t>Câu 6: Mark the letter A, B, C, or D on your answer sheet to indicate the word that differs from the other three in the position of stress: A. compost B. layer C. balloon D. landfill</w:t>
      </w:r>
    </w:p>
    <w:p>
      <w:pPr>
        <w:pStyle w:val="ListParagraph"/>
      </w:pPr>
      <w:r>
        <w:rPr>
          <w:sz w:val="22"/>
        </w:rPr>
        <w:t>A. compost</w:t>
      </w:r>
    </w:p>
    <w:p>
      <w:pPr>
        <w:pStyle w:val="ListParagraph"/>
      </w:pPr>
      <w:r>
        <w:rPr>
          <w:sz w:val="22"/>
        </w:rPr>
        <w:t>B. layer</w:t>
      </w:r>
    </w:p>
    <w:p>
      <w:pPr>
        <w:pStyle w:val="ListParagraph"/>
      </w:pPr>
      <w:r>
        <w:rPr>
          <w:sz w:val="22"/>
        </w:rPr>
        <w:t>C. balloon</w:t>
      </w:r>
    </w:p>
    <w:p>
      <w:pPr>
        <w:pStyle w:val="ListParagraph"/>
      </w:pPr>
      <w:r>
        <w:rPr>
          <w:sz w:val="22"/>
        </w:rPr>
        <w:t>D. landfill</w:t>
      </w:r>
    </w:p>
    <w:p/>
    <w:p>
      <w:r>
        <w:rPr>
          <w:b/>
          <w:sz w:val="24"/>
        </w:rPr>
        <w:t>Câu 7: Mark the letter A, B, C, or D on your answer sheet to indicate the word that differs from the other three in the position of stress: A. custom B. reduce C. culture D. leaflet</w:t>
      </w:r>
    </w:p>
    <w:p>
      <w:pPr>
        <w:pStyle w:val="ListParagraph"/>
      </w:pPr>
      <w:r>
        <w:rPr>
          <w:sz w:val="22"/>
        </w:rPr>
        <w:t>A. custom</w:t>
      </w:r>
    </w:p>
    <w:p>
      <w:pPr>
        <w:pStyle w:val="ListParagraph"/>
      </w:pPr>
      <w:r>
        <w:rPr>
          <w:sz w:val="22"/>
        </w:rPr>
        <w:t>B. reduce</w:t>
      </w:r>
    </w:p>
    <w:p>
      <w:pPr>
        <w:pStyle w:val="ListParagraph"/>
      </w:pPr>
      <w:r>
        <w:rPr>
          <w:sz w:val="22"/>
        </w:rPr>
        <w:t>C. culture</w:t>
      </w:r>
    </w:p>
    <w:p>
      <w:pPr>
        <w:pStyle w:val="ListParagraph"/>
      </w:pPr>
      <w:r>
        <w:rPr>
          <w:sz w:val="22"/>
        </w:rPr>
        <w:t>D. leaflet</w:t>
      </w:r>
    </w:p>
    <w:p/>
    <w:p>
      <w:r>
        <w:rPr>
          <w:b/>
          <w:sz w:val="24"/>
        </w:rPr>
        <w:t>Câu 8: Mark the letter A, B, C, or D on your answer sheet to indicate the word that differs from the other three in the position of stress: A. decompose B. introduce C. interact D. remember</w:t>
      </w:r>
    </w:p>
    <w:p>
      <w:pPr>
        <w:pStyle w:val="ListParagraph"/>
      </w:pPr>
      <w:r>
        <w:rPr>
          <w:sz w:val="22"/>
        </w:rPr>
        <w:t>A. decompose</w:t>
      </w:r>
    </w:p>
    <w:p>
      <w:pPr>
        <w:pStyle w:val="ListParagraph"/>
      </w:pPr>
      <w:r>
        <w:rPr>
          <w:sz w:val="22"/>
        </w:rPr>
        <w:t>B. introduce</w:t>
      </w:r>
    </w:p>
    <w:p>
      <w:pPr>
        <w:pStyle w:val="ListParagraph"/>
      </w:pPr>
      <w:r>
        <w:rPr>
          <w:sz w:val="22"/>
        </w:rPr>
        <w:t>C. interact</w:t>
      </w:r>
    </w:p>
    <w:p>
      <w:pPr>
        <w:pStyle w:val="ListParagraph"/>
      </w:pPr>
      <w:r>
        <w:rPr>
          <w:sz w:val="22"/>
        </w:rPr>
        <w:t>D. remember</w:t>
      </w:r>
    </w:p>
    <w:p/>
    <w:p>
      <w:r>
        <w:rPr>
          <w:b/>
          <w:sz w:val="24"/>
        </w:rPr>
        <w:t>Câu 9: Mark the letter A, B, C, or D on your answer sheet to indicate the word that differs from the other three in the position of stress: A. cultural B. popular C. effective D. typical</w:t>
      </w:r>
    </w:p>
    <w:p>
      <w:pPr>
        <w:pStyle w:val="ListParagraph"/>
      </w:pPr>
      <w:r>
        <w:rPr>
          <w:sz w:val="22"/>
        </w:rPr>
        <w:t>A. cultural</w:t>
      </w:r>
    </w:p>
    <w:p>
      <w:pPr>
        <w:pStyle w:val="ListParagraph"/>
      </w:pPr>
      <w:r>
        <w:rPr>
          <w:sz w:val="22"/>
        </w:rPr>
        <w:t>B. popular</w:t>
      </w:r>
    </w:p>
    <w:p>
      <w:pPr>
        <w:pStyle w:val="ListParagraph"/>
      </w:pPr>
      <w:r>
        <w:rPr>
          <w:sz w:val="22"/>
        </w:rPr>
        <w:t>C. effective</w:t>
      </w:r>
    </w:p>
    <w:p>
      <w:pPr>
        <w:pStyle w:val="ListParagraph"/>
      </w:pPr>
      <w:r>
        <w:rPr>
          <w:sz w:val="22"/>
        </w:rPr>
        <w:t>D. typical</w:t>
      </w:r>
    </w:p>
    <w:p/>
    <w:p>
      <w:r>
        <w:rPr>
          <w:b/>
          <w:sz w:val="24"/>
        </w:rPr>
        <w:t>Câu 10: Mark the letter A, B, C, or D on your answer sheet to indicate the word that differs from the other three in the position of stress: A. decompose B. impresive C. encourage D. pollutant</w:t>
      </w:r>
    </w:p>
    <w:p>
      <w:pPr>
        <w:pStyle w:val="ListParagraph"/>
      </w:pPr>
      <w:r>
        <w:rPr>
          <w:sz w:val="22"/>
        </w:rPr>
        <w:t>A. decompose</w:t>
      </w:r>
    </w:p>
    <w:p>
      <w:pPr>
        <w:pStyle w:val="ListParagraph"/>
      </w:pPr>
      <w:r>
        <w:rPr>
          <w:sz w:val="22"/>
        </w:rPr>
        <w:t>B. impresive</w:t>
      </w:r>
    </w:p>
    <w:p>
      <w:pPr>
        <w:pStyle w:val="ListParagraph"/>
      </w:pPr>
      <w:r>
        <w:rPr>
          <w:sz w:val="22"/>
        </w:rPr>
        <w:t>C. encourage</w:t>
      </w:r>
    </w:p>
    <w:p>
      <w:pPr>
        <w:pStyle w:val="ListParagraph"/>
      </w:pPr>
      <w:r>
        <w:rPr>
          <w:sz w:val="22"/>
        </w:rPr>
        <w:t>D. pollutant</w:t>
      </w:r>
    </w:p>
    <w:p/>
    <w:p>
      <w:r>
        <w:rPr>
          <w:b/>
          <w:sz w:val="24"/>
        </w:rPr>
        <w:t>Câu 11: The children _____ football when their mother _____ back home.</w:t>
      </w:r>
    </w:p>
    <w:p>
      <w:pPr>
        <w:pStyle w:val="ListParagraph"/>
      </w:pPr>
      <w:r>
        <w:rPr>
          <w:sz w:val="22"/>
        </w:rPr>
        <w:t>A. was playing / come</w:t>
      </w:r>
    </w:p>
    <w:p>
      <w:pPr>
        <w:pStyle w:val="ListParagraph"/>
      </w:pPr>
      <w:r>
        <w:rPr>
          <w:sz w:val="22"/>
        </w:rPr>
        <w:t>B. has played / came</w:t>
      </w:r>
    </w:p>
    <w:p>
      <w:pPr>
        <w:pStyle w:val="ListParagraph"/>
      </w:pPr>
      <w:r>
        <w:rPr>
          <w:sz w:val="22"/>
        </w:rPr>
        <w:t>C. played / come</w:t>
      </w:r>
    </w:p>
    <w:p>
      <w:pPr>
        <w:pStyle w:val="ListParagraph"/>
      </w:pPr>
      <w:r>
        <w:rPr>
          <w:sz w:val="22"/>
        </w:rPr>
        <w:t>D. were playing / came</w:t>
      </w:r>
    </w:p>
    <w:p/>
    <w:p>
      <w:r>
        <w:rPr>
          <w:b/>
          <w:sz w:val="24"/>
        </w:rPr>
        <w:t>Câu 12: Peter __________ a video game when his brother________ the room.</w:t>
      </w:r>
    </w:p>
    <w:p>
      <w:pPr>
        <w:pStyle w:val="ListParagraph"/>
      </w:pPr>
      <w:r>
        <w:rPr>
          <w:sz w:val="22"/>
        </w:rPr>
        <w:t>A. played / was entering</w:t>
      </w:r>
    </w:p>
    <w:p>
      <w:pPr>
        <w:pStyle w:val="ListParagraph"/>
      </w:pPr>
      <w:r>
        <w:rPr>
          <w:sz w:val="22"/>
        </w:rPr>
        <w:t>B. was playing/ entered</w:t>
      </w:r>
    </w:p>
    <w:p>
      <w:pPr>
        <w:pStyle w:val="ListParagraph"/>
      </w:pPr>
      <w:r>
        <w:rPr>
          <w:sz w:val="22"/>
        </w:rPr>
        <w:t>C. played / entered</w:t>
      </w:r>
    </w:p>
    <w:p>
      <w:pPr>
        <w:pStyle w:val="ListParagraph"/>
      </w:pPr>
      <w:r>
        <w:rPr>
          <w:sz w:val="22"/>
        </w:rPr>
        <w:t>D. were playing / was entering</w:t>
      </w:r>
    </w:p>
    <w:p/>
    <w:p>
      <w:r>
        <w:rPr>
          <w:b/>
          <w:sz w:val="24"/>
        </w:rPr>
        <w:t>Câu 13: While John’s parents _____ a delicious meal in the kitchen, he and his siblings came home from school.</w:t>
      </w:r>
    </w:p>
    <w:p>
      <w:pPr>
        <w:pStyle w:val="ListParagraph"/>
      </w:pPr>
      <w:r>
        <w:rPr>
          <w:sz w:val="22"/>
        </w:rPr>
        <w:t>A. were preparing</w:t>
      </w:r>
    </w:p>
    <w:p>
      <w:pPr>
        <w:pStyle w:val="ListParagraph"/>
      </w:pPr>
      <w:r>
        <w:rPr>
          <w:sz w:val="22"/>
        </w:rPr>
        <w:t>B. had prepared</w:t>
      </w:r>
    </w:p>
    <w:p>
      <w:pPr>
        <w:pStyle w:val="ListParagraph"/>
      </w:pPr>
      <w:r>
        <w:rPr>
          <w:sz w:val="22"/>
        </w:rPr>
        <w:t>C. prepared</w:t>
      </w:r>
    </w:p>
    <w:p>
      <w:pPr>
        <w:pStyle w:val="ListParagraph"/>
      </w:pPr>
      <w:r>
        <w:rPr>
          <w:sz w:val="22"/>
        </w:rPr>
        <w:t>D. are preparing</w:t>
      </w:r>
    </w:p>
    <w:p/>
    <w:p>
      <w:r>
        <w:rPr>
          <w:b/>
          <w:sz w:val="24"/>
        </w:rPr>
        <w:t>Câu 14: Lily wants to travel around _____ world and experience new cultures.</w:t>
      </w:r>
    </w:p>
    <w:p>
      <w:pPr>
        <w:pStyle w:val="ListParagraph"/>
      </w:pPr>
      <w:r>
        <w:rPr>
          <w:sz w:val="22"/>
        </w:rPr>
        <w:t>A. a</w:t>
      </w:r>
    </w:p>
    <w:p>
      <w:pPr>
        <w:pStyle w:val="ListParagraph"/>
      </w:pPr>
      <w:r>
        <w:rPr>
          <w:sz w:val="22"/>
        </w:rPr>
        <w:t>B. an</w:t>
      </w:r>
    </w:p>
    <w:p>
      <w:pPr>
        <w:pStyle w:val="ListParagraph"/>
      </w:pPr>
      <w:r>
        <w:rPr>
          <w:sz w:val="22"/>
        </w:rPr>
        <w:t>C. the</w:t>
      </w:r>
    </w:p>
    <w:p>
      <w:pPr>
        <w:pStyle w:val="ListParagraph"/>
      </w:pPr>
      <w:r>
        <w:rPr>
          <w:sz w:val="22"/>
        </w:rPr>
        <w:t>D. ∅</w:t>
      </w:r>
    </w:p>
    <w:p/>
    <w:p>
      <w:r>
        <w:rPr>
          <w:b/>
          <w:sz w:val="24"/>
        </w:rPr>
        <w:t>Câu 15: Nam used to play __________ badminton with his friends every afternoon.</w:t>
      </w:r>
    </w:p>
    <w:p>
      <w:pPr>
        <w:pStyle w:val="ListParagraph"/>
      </w:pPr>
      <w:r>
        <w:rPr>
          <w:sz w:val="22"/>
        </w:rPr>
        <w:t>A. an</w:t>
      </w:r>
    </w:p>
    <w:p>
      <w:pPr>
        <w:pStyle w:val="ListParagraph"/>
      </w:pPr>
      <w:r>
        <w:rPr>
          <w:sz w:val="22"/>
        </w:rPr>
        <w:t>B. a</w:t>
      </w:r>
    </w:p>
    <w:p>
      <w:pPr>
        <w:pStyle w:val="ListParagraph"/>
      </w:pPr>
      <w:r>
        <w:rPr>
          <w:sz w:val="22"/>
        </w:rPr>
        <w:t>C. the</w:t>
      </w:r>
    </w:p>
    <w:p>
      <w:pPr>
        <w:pStyle w:val="ListParagraph"/>
      </w:pPr>
      <w:r>
        <w:rPr>
          <w:sz w:val="22"/>
        </w:rPr>
        <w:t>D. Φ</w:t>
      </w:r>
    </w:p>
    <w:p/>
    <w:p>
      <w:r>
        <w:rPr>
          <w:b/>
          <w:sz w:val="24"/>
        </w:rPr>
        <w:t>Câu 16: My school organized _____ cross-cultural exchange program to promote understanding among students.</w:t>
      </w:r>
    </w:p>
    <w:p>
      <w:pPr>
        <w:pStyle w:val="ListParagraph"/>
      </w:pPr>
      <w:r>
        <w:rPr>
          <w:sz w:val="22"/>
        </w:rPr>
        <w:t>A. a</w:t>
      </w:r>
    </w:p>
    <w:p>
      <w:pPr>
        <w:pStyle w:val="ListParagraph"/>
      </w:pPr>
      <w:r>
        <w:rPr>
          <w:sz w:val="22"/>
        </w:rPr>
        <w:t>B. an</w:t>
      </w:r>
    </w:p>
    <w:p>
      <w:pPr>
        <w:pStyle w:val="ListParagraph"/>
      </w:pPr>
      <w:r>
        <w:rPr>
          <w:sz w:val="22"/>
        </w:rPr>
        <w:t>C. the</w:t>
      </w:r>
    </w:p>
    <w:p>
      <w:pPr>
        <w:pStyle w:val="ListParagraph"/>
      </w:pPr>
      <w:r>
        <w:rPr>
          <w:sz w:val="22"/>
        </w:rPr>
        <w:t>D. ∅</w:t>
      </w:r>
    </w:p>
    <w:p/>
    <w:p>
      <w:r>
        <w:rPr>
          <w:b/>
          <w:sz w:val="24"/>
        </w:rPr>
        <w:t>Câu 17: The painting_________Ms. Wallace bought was very expensive.</w:t>
      </w:r>
    </w:p>
    <w:p>
      <w:pPr>
        <w:pStyle w:val="ListParagraph"/>
      </w:pPr>
      <w:r>
        <w:rPr>
          <w:sz w:val="22"/>
        </w:rPr>
        <w:t>A. whom</w:t>
      </w:r>
    </w:p>
    <w:p>
      <w:pPr>
        <w:pStyle w:val="ListParagraph"/>
      </w:pPr>
      <w:r>
        <w:rPr>
          <w:sz w:val="22"/>
        </w:rPr>
        <w:t>B. whose</w:t>
      </w:r>
    </w:p>
    <w:p>
      <w:pPr>
        <w:pStyle w:val="ListParagraph"/>
      </w:pPr>
      <w:r>
        <w:rPr>
          <w:sz w:val="22"/>
        </w:rPr>
        <w:t>C. which</w:t>
      </w:r>
    </w:p>
    <w:p>
      <w:pPr>
        <w:pStyle w:val="ListParagraph"/>
      </w:pPr>
      <w:r>
        <w:rPr>
          <w:sz w:val="22"/>
        </w:rPr>
        <w:t>D. where</w:t>
      </w:r>
    </w:p>
    <w:p/>
    <w:p>
      <w:r>
        <w:rPr>
          <w:b/>
          <w:sz w:val="24"/>
        </w:rPr>
        <w:t>Câu 18: Plastic takes hundreds of years to decompose in the ground, _______ is harmful to the environment.</w:t>
      </w:r>
    </w:p>
    <w:p>
      <w:pPr>
        <w:pStyle w:val="ListParagraph"/>
      </w:pPr>
      <w:r>
        <w:rPr>
          <w:sz w:val="22"/>
        </w:rPr>
        <w:t>A. which</w:t>
      </w:r>
    </w:p>
    <w:p>
      <w:pPr>
        <w:pStyle w:val="ListParagraph"/>
      </w:pPr>
      <w:r>
        <w:rPr>
          <w:sz w:val="22"/>
        </w:rPr>
        <w:t>B. when</w:t>
      </w:r>
    </w:p>
    <w:p>
      <w:pPr>
        <w:pStyle w:val="ListParagraph"/>
      </w:pPr>
      <w:r>
        <w:rPr>
          <w:sz w:val="22"/>
        </w:rPr>
        <w:t>C. who</w:t>
      </w:r>
    </w:p>
    <w:p>
      <w:pPr>
        <w:pStyle w:val="ListParagraph"/>
      </w:pPr>
      <w:r>
        <w:rPr>
          <w:sz w:val="22"/>
        </w:rPr>
        <w:t>D. where</w:t>
      </w:r>
    </w:p>
    <w:p/>
    <w:p>
      <w:r>
        <w:rPr>
          <w:b/>
          <w:sz w:val="24"/>
        </w:rPr>
        <w:t>Câu 19: Dave is the person _____ told me how to spot false news.</w:t>
      </w:r>
    </w:p>
    <w:p>
      <w:pPr>
        <w:pStyle w:val="ListParagraph"/>
      </w:pPr>
      <w:r>
        <w:rPr>
          <w:sz w:val="22"/>
        </w:rPr>
        <w:t>A. which</w:t>
      </w:r>
    </w:p>
    <w:p>
      <w:pPr>
        <w:pStyle w:val="ListParagraph"/>
      </w:pPr>
      <w:r>
        <w:rPr>
          <w:sz w:val="22"/>
        </w:rPr>
        <w:t>B. whom</w:t>
      </w:r>
    </w:p>
    <w:p>
      <w:pPr>
        <w:pStyle w:val="ListParagraph"/>
      </w:pPr>
      <w:r>
        <w:rPr>
          <w:sz w:val="22"/>
        </w:rPr>
        <w:t>C. whose</w:t>
      </w:r>
    </w:p>
    <w:p>
      <w:pPr>
        <w:pStyle w:val="ListParagraph"/>
      </w:pPr>
      <w:r>
        <w:rPr>
          <w:sz w:val="22"/>
        </w:rPr>
        <w:t>D. that</w:t>
      </w:r>
    </w:p>
    <w:p/>
    <w:p>
      <w:r>
        <w:rPr>
          <w:b/>
          <w:sz w:val="24"/>
        </w:rPr>
        <w:t>Câu 20: It is now easier for people to keep ________ fashion trends from different cultures and regions, and express their identities in new and exciting ways.</w:t>
      </w:r>
    </w:p>
    <w:p>
      <w:pPr>
        <w:pStyle w:val="ListParagraph"/>
      </w:pPr>
      <w:r>
        <w:rPr>
          <w:sz w:val="22"/>
        </w:rPr>
        <w:t>A. up with</w:t>
      </w:r>
    </w:p>
    <w:p>
      <w:pPr>
        <w:pStyle w:val="ListParagraph"/>
      </w:pPr>
      <w:r>
        <w:rPr>
          <w:sz w:val="22"/>
        </w:rPr>
        <w:t>B. on with</w:t>
      </w:r>
    </w:p>
    <w:p>
      <w:pPr>
        <w:pStyle w:val="ListParagraph"/>
      </w:pPr>
      <w:r>
        <w:rPr>
          <w:sz w:val="22"/>
        </w:rPr>
        <w:t>C. up to</w:t>
      </w:r>
    </w:p>
    <w:p>
      <w:pPr>
        <w:pStyle w:val="ListParagraph"/>
      </w:pPr>
      <w:r>
        <w:rPr>
          <w:sz w:val="22"/>
        </w:rPr>
        <w:t>D. forwart to</w:t>
      </w:r>
    </w:p>
    <w:p/>
    <w:p>
      <w:r>
        <w:rPr>
          <w:b/>
          <w:sz w:val="24"/>
        </w:rPr>
        <w:t>Câu 21: You can ________up information on sustainable living practices online to get started.</w:t>
      </w:r>
    </w:p>
    <w:p>
      <w:pPr>
        <w:pStyle w:val="ListParagraph"/>
      </w:pPr>
      <w:r>
        <w:rPr>
          <w:sz w:val="22"/>
        </w:rPr>
        <w:t>A. work</w:t>
      </w:r>
    </w:p>
    <w:p>
      <w:pPr>
        <w:pStyle w:val="ListParagraph"/>
      </w:pPr>
      <w:r>
        <w:rPr>
          <w:sz w:val="22"/>
        </w:rPr>
        <w:t>B. explain</w:t>
      </w:r>
    </w:p>
    <w:p>
      <w:pPr>
        <w:pStyle w:val="ListParagraph"/>
      </w:pPr>
      <w:r>
        <w:rPr>
          <w:sz w:val="22"/>
        </w:rPr>
        <w:t>C. agree</w:t>
      </w:r>
    </w:p>
    <w:p>
      <w:pPr>
        <w:pStyle w:val="ListParagraph"/>
      </w:pPr>
      <w:r>
        <w:rPr>
          <w:sz w:val="22"/>
        </w:rPr>
        <w:t>D. look</w:t>
      </w:r>
    </w:p>
    <w:p/>
    <w:p>
      <w:r>
        <w:rPr>
          <w:b/>
          <w:sz w:val="24"/>
        </w:rPr>
        <w:t>Câu 22: Remember to _____ out the food containers before recycling them.</w:t>
      </w:r>
    </w:p>
    <w:p>
      <w:pPr>
        <w:pStyle w:val="ListParagraph"/>
      </w:pPr>
      <w:r>
        <w:rPr>
          <w:sz w:val="22"/>
        </w:rPr>
        <w:t>A. rinse</w:t>
      </w:r>
    </w:p>
    <w:p>
      <w:pPr>
        <w:pStyle w:val="ListParagraph"/>
      </w:pPr>
      <w:r>
        <w:rPr>
          <w:sz w:val="22"/>
        </w:rPr>
        <w:t>B. search</w:t>
      </w:r>
    </w:p>
    <w:p>
      <w:pPr>
        <w:pStyle w:val="ListParagraph"/>
      </w:pPr>
      <w:r>
        <w:rPr>
          <w:sz w:val="22"/>
        </w:rPr>
        <w:t>C. prepare</w:t>
      </w:r>
    </w:p>
    <w:p>
      <w:pPr>
        <w:pStyle w:val="ListParagraph"/>
      </w:pPr>
      <w:r>
        <w:rPr>
          <w:sz w:val="22"/>
        </w:rPr>
        <w:t>D. work</w:t>
      </w:r>
    </w:p>
    <w:p/>
    <w:p>
      <w:r>
        <w:rPr>
          <w:b/>
          <w:sz w:val="24"/>
        </w:rPr>
        <w:t>Câu 23: David drove very fast on the rough mountain road, _______.</w:t>
      </w:r>
    </w:p>
    <w:p>
      <w:pPr>
        <w:pStyle w:val="ListParagraph"/>
      </w:pPr>
      <w:r>
        <w:rPr>
          <w:sz w:val="22"/>
        </w:rPr>
        <w:t>A. that was dangerous</w:t>
      </w:r>
    </w:p>
    <w:p>
      <w:pPr>
        <w:pStyle w:val="ListParagraph"/>
      </w:pPr>
      <w:r>
        <w:rPr>
          <w:sz w:val="22"/>
        </w:rPr>
        <w:t>B. who was dangerous</w:t>
      </w:r>
    </w:p>
    <w:p>
      <w:pPr>
        <w:pStyle w:val="ListParagraph"/>
      </w:pPr>
      <w:r>
        <w:rPr>
          <w:sz w:val="22"/>
        </w:rPr>
        <w:t>C. which was dangerous</w:t>
      </w:r>
    </w:p>
    <w:p>
      <w:pPr>
        <w:pStyle w:val="ListParagraph"/>
      </w:pPr>
      <w:r>
        <w:rPr>
          <w:sz w:val="22"/>
        </w:rPr>
        <w:t>D. who was a dangerous driver</w:t>
      </w:r>
    </w:p>
    <w:p/>
    <w:p>
      <w:r>
        <w:rPr>
          <w:b/>
          <w:sz w:val="24"/>
        </w:rPr>
        <w:t>Câu 24: I was invited by the professor ______________________.</w:t>
      </w:r>
    </w:p>
    <w:p>
      <w:pPr>
        <w:pStyle w:val="ListParagraph"/>
      </w:pPr>
      <w:r>
        <w:rPr>
          <w:sz w:val="22"/>
        </w:rPr>
        <w:t>A. whose I met at the conference</w:t>
      </w:r>
    </w:p>
    <w:p>
      <w:pPr>
        <w:pStyle w:val="ListParagraph"/>
      </w:pPr>
      <w:r>
        <w:rPr>
          <w:sz w:val="22"/>
        </w:rPr>
        <w:t>B. whom I met at the conference</w:t>
      </w:r>
    </w:p>
    <w:p>
      <w:pPr>
        <w:pStyle w:val="ListParagraph"/>
      </w:pPr>
      <w:r>
        <w:rPr>
          <w:sz w:val="22"/>
        </w:rPr>
        <w:t>C. ,whom I met at the conference</w:t>
      </w:r>
    </w:p>
    <w:p>
      <w:pPr>
        <w:pStyle w:val="ListParagraph"/>
      </w:pPr>
      <w:r>
        <w:rPr>
          <w:sz w:val="22"/>
        </w:rPr>
        <w:t>D. ,that I met at the conference</w:t>
      </w:r>
    </w:p>
    <w:p/>
    <w:p>
      <w:r>
        <w:rPr>
          <w:b/>
          <w:sz w:val="24"/>
        </w:rPr>
        <w:t>Câu 25: I recently met the woman _____.</w:t>
      </w:r>
    </w:p>
    <w:p>
      <w:pPr>
        <w:pStyle w:val="ListParagraph"/>
      </w:pPr>
      <w:r>
        <w:rPr>
          <w:sz w:val="22"/>
        </w:rPr>
        <w:t>A. whom son won the national science competition</w:t>
      </w:r>
    </w:p>
    <w:p>
      <w:pPr>
        <w:pStyle w:val="ListParagraph"/>
      </w:pPr>
      <w:r>
        <w:rPr>
          <w:sz w:val="22"/>
        </w:rPr>
        <w:t>B. whose son won the national science competition</w:t>
      </w:r>
    </w:p>
    <w:p>
      <w:pPr>
        <w:pStyle w:val="ListParagraph"/>
      </w:pPr>
      <w:r>
        <w:rPr>
          <w:sz w:val="22"/>
        </w:rPr>
        <w:t>C. , that son won the national science competition</w:t>
      </w:r>
    </w:p>
    <w:p>
      <w:pPr>
        <w:pStyle w:val="ListParagraph"/>
      </w:pPr>
      <w:r>
        <w:rPr>
          <w:sz w:val="22"/>
        </w:rPr>
        <w:t>D. , whose son won the national science competition</w:t>
      </w:r>
    </w:p>
    <w:p/>
    <w:p>
      <w:r>
        <w:rPr>
          <w:b/>
          <w:sz w:val="24"/>
        </w:rPr>
        <w:t>Câu 26: Mark the letter A, B, C, or D to indicate the word(s) CLOSEST in meaning to the underlined word(s): Everyone in my village respected my father for his bravery in the war.</w:t>
      </w:r>
    </w:p>
    <w:p>
      <w:pPr>
        <w:pStyle w:val="ListParagraph"/>
      </w:pPr>
      <w:r>
        <w:rPr>
          <w:sz w:val="22"/>
        </w:rPr>
        <w:t>A. believed</w:t>
      </w:r>
    </w:p>
    <w:p>
      <w:pPr>
        <w:pStyle w:val="ListParagraph"/>
      </w:pPr>
      <w:r>
        <w:rPr>
          <w:sz w:val="22"/>
        </w:rPr>
        <w:t>B. showed</w:t>
      </w:r>
    </w:p>
    <w:p>
      <w:pPr>
        <w:pStyle w:val="ListParagraph"/>
      </w:pPr>
      <w:r>
        <w:rPr>
          <w:sz w:val="22"/>
        </w:rPr>
        <w:t>C. loved</w:t>
      </w:r>
    </w:p>
    <w:p>
      <w:pPr>
        <w:pStyle w:val="ListParagraph"/>
      </w:pPr>
      <w:r>
        <w:rPr>
          <w:sz w:val="22"/>
        </w:rPr>
        <w:t>D. admired</w:t>
      </w:r>
    </w:p>
    <w:p/>
    <w:p>
      <w:r>
        <w:rPr>
          <w:b/>
          <w:sz w:val="24"/>
        </w:rPr>
        <w:t>Câu 27: Mark the letter A, B, C, or D to indicate the word(s) CLOSEST in meaning to the underlined word(s): Instead of getting rid of fruit peels, we use them to make simple compost.</w:t>
      </w:r>
    </w:p>
    <w:p>
      <w:pPr>
        <w:pStyle w:val="ListParagraph"/>
      </w:pPr>
      <w:r>
        <w:rPr>
          <w:sz w:val="22"/>
        </w:rPr>
        <w:t>A. relying on</w:t>
      </w:r>
    </w:p>
    <w:p>
      <w:pPr>
        <w:pStyle w:val="ListParagraph"/>
      </w:pPr>
      <w:r>
        <w:rPr>
          <w:sz w:val="22"/>
        </w:rPr>
        <w:t>B. throwing away</w:t>
      </w:r>
    </w:p>
    <w:p>
      <w:pPr>
        <w:pStyle w:val="ListParagraph"/>
      </w:pPr>
      <w:r>
        <w:rPr>
          <w:sz w:val="22"/>
        </w:rPr>
        <w:t>C. preparing for</w:t>
      </w:r>
    </w:p>
    <w:p>
      <w:pPr>
        <w:pStyle w:val="ListParagraph"/>
      </w:pPr>
      <w:r>
        <w:rPr>
          <w:sz w:val="22"/>
        </w:rPr>
        <w:t>D. responding do</w:t>
      </w:r>
    </w:p>
    <w:p/>
    <w:p>
      <w:r>
        <w:rPr>
          <w:b/>
          <w:sz w:val="24"/>
        </w:rPr>
        <w:t>Câu 28: Mark the letter A, B, C, or D to indicate the word(s) CLOSEST in meaning to the underlined word(s): Dr Wilson chose to devote his professional life to treating homeless people.</w:t>
      </w:r>
    </w:p>
    <w:p>
      <w:pPr>
        <w:pStyle w:val="ListParagraph"/>
      </w:pPr>
      <w:r>
        <w:rPr>
          <w:sz w:val="22"/>
        </w:rPr>
        <w:t>A. waste</w:t>
      </w:r>
    </w:p>
    <w:p>
      <w:pPr>
        <w:pStyle w:val="ListParagraph"/>
      </w:pPr>
      <w:r>
        <w:rPr>
          <w:sz w:val="22"/>
        </w:rPr>
        <w:t>B. dedicate</w:t>
      </w:r>
    </w:p>
    <w:p>
      <w:pPr>
        <w:pStyle w:val="ListParagraph"/>
      </w:pPr>
      <w:r>
        <w:rPr>
          <w:sz w:val="22"/>
        </w:rPr>
        <w:t>C. gain</w:t>
      </w:r>
    </w:p>
    <w:p>
      <w:pPr>
        <w:pStyle w:val="ListParagraph"/>
      </w:pPr>
      <w:r>
        <w:rPr>
          <w:sz w:val="22"/>
        </w:rPr>
        <w:t>D. save</w:t>
      </w:r>
    </w:p>
    <w:p/>
    <w:p>
      <w:r>
        <w:rPr>
          <w:b/>
          <w:sz w:val="24"/>
        </w:rPr>
        <w:t>Câu 29: Mark the letter A, B, C, or D to indicate the word(s) CLOSEST in meaning to the underlined word(s): Plastic packaging could be reduced, reused, and recycled in many ways.</w:t>
      </w:r>
    </w:p>
    <w:p>
      <w:pPr>
        <w:pStyle w:val="ListParagraph"/>
      </w:pPr>
      <w:r>
        <w:rPr>
          <w:sz w:val="22"/>
        </w:rPr>
        <w:t>A. wrapping</w:t>
      </w:r>
    </w:p>
    <w:p>
      <w:pPr>
        <w:pStyle w:val="ListParagraph"/>
      </w:pPr>
      <w:r>
        <w:rPr>
          <w:sz w:val="22"/>
        </w:rPr>
        <w:t>B. boxes</w:t>
      </w:r>
    </w:p>
    <w:p>
      <w:pPr>
        <w:pStyle w:val="ListParagraph"/>
      </w:pPr>
      <w:r>
        <w:rPr>
          <w:sz w:val="22"/>
        </w:rPr>
        <w:t>C. bags</w:t>
      </w:r>
    </w:p>
    <w:p>
      <w:pPr>
        <w:pStyle w:val="ListParagraph"/>
      </w:pPr>
      <w:r>
        <w:rPr>
          <w:sz w:val="22"/>
        </w:rPr>
        <w:t>D. containers</w:t>
      </w:r>
    </w:p>
    <w:p/>
    <w:p>
      <w:r>
        <w:rPr>
          <w:b/>
          <w:sz w:val="24"/>
        </w:rPr>
        <w:t>Câu 30: Mark the letter A, B, C, or D to indicate the word(s) CLOSEST in meaning to the underlined word(s): Dr Wilson chose to devote his professional life to treating homeless people.</w:t>
      </w:r>
    </w:p>
    <w:p>
      <w:pPr>
        <w:pStyle w:val="ListParagraph"/>
      </w:pPr>
      <w:r>
        <w:rPr>
          <w:sz w:val="22"/>
        </w:rPr>
        <w:t>A. waste</w:t>
      </w:r>
    </w:p>
    <w:p>
      <w:pPr>
        <w:pStyle w:val="ListParagraph"/>
      </w:pPr>
      <w:r>
        <w:rPr>
          <w:sz w:val="22"/>
        </w:rPr>
        <w:t>B. dedicate</w:t>
      </w:r>
    </w:p>
    <w:p>
      <w:pPr>
        <w:pStyle w:val="ListParagraph"/>
      </w:pPr>
      <w:r>
        <w:rPr>
          <w:sz w:val="22"/>
        </w:rPr>
        <w:t>C. gain</w:t>
      </w:r>
    </w:p>
    <w:p>
      <w:pPr>
        <w:pStyle w:val="ListParagraph"/>
      </w:pPr>
      <w:r>
        <w:rPr>
          <w:sz w:val="22"/>
        </w:rPr>
        <w:t>D. save</w:t>
      </w:r>
    </w:p>
    <w:p/>
    <w:p>
      <w:r>
        <w:rPr>
          <w:b/>
          <w:sz w:val="24"/>
        </w:rPr>
        <w:t>Câu 31: Mark the letter A, B, C, or D to indicate the word(s) CLOSEST in meaning to the underlined word(s): Taking part in exchange programmes teaches students to respect the diversity of other cultures.</w:t>
      </w:r>
    </w:p>
    <w:p>
      <w:pPr>
        <w:pStyle w:val="ListParagraph"/>
      </w:pPr>
      <w:r>
        <w:rPr>
          <w:sz w:val="22"/>
        </w:rPr>
        <w:t>A. limitation</w:t>
      </w:r>
    </w:p>
    <w:p>
      <w:pPr>
        <w:pStyle w:val="ListParagraph"/>
      </w:pPr>
      <w:r>
        <w:rPr>
          <w:sz w:val="22"/>
        </w:rPr>
        <w:t>B. agreement</w:t>
      </w:r>
    </w:p>
    <w:p>
      <w:pPr>
        <w:pStyle w:val="ListParagraph"/>
      </w:pPr>
      <w:r>
        <w:rPr>
          <w:sz w:val="22"/>
        </w:rPr>
        <w:t>C. similarity</w:t>
      </w:r>
    </w:p>
    <w:p>
      <w:pPr>
        <w:pStyle w:val="ListParagraph"/>
      </w:pPr>
      <w:r>
        <w:rPr>
          <w:sz w:val="22"/>
        </w:rPr>
        <w:t>D. variety</w:t>
      </w:r>
    </w:p>
    <w:p/>
    <w:p>
      <w:r>
        <w:rPr>
          <w:b/>
          <w:sz w:val="24"/>
        </w:rPr>
        <w:t>Câu 32: Mark the letter A, B, C or D on your answer sheet to indicate the best arrangement of utterances to make a meaningful exchange: a. Tom: It helps reduce plastic waste and protect our environment. b. Mary: Why do you always bring a cloth bag to the supermarket? c. Mary: That is a great habit. I will do the same from now on.</w:t>
      </w:r>
    </w:p>
    <w:p>
      <w:pPr>
        <w:pStyle w:val="ListParagraph"/>
      </w:pPr>
      <w:r>
        <w:rPr>
          <w:sz w:val="22"/>
        </w:rPr>
        <w:t>A. b – c – a</w:t>
      </w:r>
    </w:p>
    <w:p>
      <w:pPr>
        <w:pStyle w:val="ListParagraph"/>
      </w:pPr>
      <w:r>
        <w:rPr>
          <w:sz w:val="22"/>
        </w:rPr>
        <w:t>B. a – b – c</w:t>
      </w:r>
    </w:p>
    <w:p>
      <w:pPr>
        <w:pStyle w:val="ListParagraph"/>
      </w:pPr>
      <w:r>
        <w:rPr>
          <w:sz w:val="22"/>
        </w:rPr>
        <w:t>C. b – a – c</w:t>
      </w:r>
    </w:p>
    <w:p>
      <w:pPr>
        <w:pStyle w:val="ListParagraph"/>
      </w:pPr>
      <w:r>
        <w:rPr>
          <w:sz w:val="22"/>
        </w:rPr>
        <w:t>D. c – a – b</w:t>
      </w:r>
    </w:p>
    <w:p/>
    <w:p>
      <w:r>
        <w:rPr>
          <w:b/>
          <w:sz w:val="24"/>
        </w:rPr>
        <w:t>Câu 33: Mark the letter A, B, C or D on your answer sheet to indicate the best arrangement of utterances to make a meaningful exchange: a. Hung: Last night, I saw the “Mua do” movie. It’s such a great and meaningful movie. b. Hung: That’s great. The movie is so emotional. I like it very much. c. Lan: Yes, I saw it already. I couldn’t stop crying the whole time.</w:t>
      </w:r>
    </w:p>
    <w:p>
      <w:pPr>
        <w:pStyle w:val="ListParagraph"/>
      </w:pPr>
      <w:r>
        <w:rPr>
          <w:sz w:val="22"/>
        </w:rPr>
        <w:t>A. a – b – c</w:t>
      </w:r>
    </w:p>
    <w:p>
      <w:pPr>
        <w:pStyle w:val="ListParagraph"/>
      </w:pPr>
      <w:r>
        <w:rPr>
          <w:sz w:val="22"/>
        </w:rPr>
        <w:t>B. b – c – a</w:t>
      </w:r>
    </w:p>
    <w:p>
      <w:pPr>
        <w:pStyle w:val="ListParagraph"/>
      </w:pPr>
      <w:r>
        <w:rPr>
          <w:sz w:val="22"/>
        </w:rPr>
        <w:t>C. a – c – b</w:t>
      </w:r>
    </w:p>
    <w:p>
      <w:pPr>
        <w:pStyle w:val="ListParagraph"/>
      </w:pPr>
      <w:r>
        <w:rPr>
          <w:sz w:val="22"/>
        </w:rPr>
        <w:t>D. b – a – c</w:t>
      </w:r>
    </w:p>
    <w:p/>
    <w:p>
      <w:r>
        <w:rPr>
          <w:b/>
          <w:sz w:val="24"/>
        </w:rPr>
        <w:t>Câu 34: Mark the letter A, B, C or D on your answer sheet to indicate the best arrangement of utterances to make a meaningful exchange: a. David: Hey, Sarah! You’ve been traveling a lot lately, right? b. David: That's amazing! How was the experience? c. Sarah: Hi, David! Yes, I just got back from Europe.</w:t>
      </w:r>
    </w:p>
    <w:p>
      <w:pPr>
        <w:pStyle w:val="ListParagraph"/>
      </w:pPr>
      <w:r>
        <w:rPr>
          <w:sz w:val="22"/>
        </w:rPr>
        <w:t>A. a – b - c</w:t>
      </w:r>
    </w:p>
    <w:p>
      <w:pPr>
        <w:pStyle w:val="ListParagraph"/>
      </w:pPr>
      <w:r>
        <w:rPr>
          <w:sz w:val="22"/>
        </w:rPr>
        <w:t>B. c – a - b</w:t>
      </w:r>
    </w:p>
    <w:p>
      <w:pPr>
        <w:pStyle w:val="ListParagraph"/>
      </w:pPr>
      <w:r>
        <w:rPr>
          <w:sz w:val="22"/>
        </w:rPr>
        <w:t>C. a - c - b</w:t>
      </w:r>
    </w:p>
    <w:p>
      <w:pPr>
        <w:pStyle w:val="ListParagraph"/>
      </w:pPr>
      <w:r>
        <w:rPr>
          <w:sz w:val="22"/>
        </w:rPr>
        <w:t>D. b - a - c</w:t>
      </w:r>
    </w:p>
    <w:p/>
    <w:p>
      <w:r>
        <w:rPr>
          <w:b/>
          <w:sz w:val="24"/>
        </w:rPr>
        <w:t>Câu 35: Mark the letter A, B, C or D on your answer sheet to indicate the best arrangement of utterances to make a meaningful exchange: a. Finally, vocational training gives you the knowledge, hands-on experience, and connections to start your career quickly and successfully. b. Firstly, it teaches practical, hands-on skills that relate directly to the job you want. c. Vocational training offers numerous benefits for individuals. d. Secondly, it helps you get into work faster because it focuses on what industries really need. e. Graduates often have skills that are in demand, making them stand out to employers.</w:t>
      </w:r>
    </w:p>
    <w:p>
      <w:pPr>
        <w:pStyle w:val="ListParagraph"/>
      </w:pPr>
      <w:r>
        <w:rPr>
          <w:sz w:val="22"/>
        </w:rPr>
        <w:t>A. a – b – d – e – c</w:t>
      </w:r>
    </w:p>
    <w:p>
      <w:pPr>
        <w:pStyle w:val="ListParagraph"/>
      </w:pPr>
      <w:r>
        <w:rPr>
          <w:sz w:val="22"/>
        </w:rPr>
        <w:t>B. c – b – d – e – a</w:t>
      </w:r>
    </w:p>
    <w:p>
      <w:pPr>
        <w:pStyle w:val="ListParagraph"/>
      </w:pPr>
      <w:r>
        <w:rPr>
          <w:sz w:val="22"/>
        </w:rPr>
        <w:t>C. a – b – e – c – d</w:t>
      </w:r>
    </w:p>
    <w:p>
      <w:pPr>
        <w:pStyle w:val="ListParagraph"/>
      </w:pPr>
      <w:r>
        <w:rPr>
          <w:sz w:val="22"/>
        </w:rPr>
        <w:t>D. c – e – b – d – a</w:t>
      </w:r>
    </w:p>
    <w:p/>
    <w:p>
      <w:r>
        <w:rPr>
          <w:b/>
          <w:sz w:val="24"/>
        </w:rPr>
        <w:t>Câu 36: Mark the letter A, B, C or D on your answer sheet to indicate the best arrangement of utterances to make a meaningful exchange: a. Mark: Tomorrow, we’ll get the results of the Singing Contest. Do you think we will win? b. Nam: And the song sung by Group B is also very good. c. Mark: True. There’re so many great ideas. The judges will have a difficult decision to make. d. Nam: It’s hard to predict who’ll win. Other groups also are excellent. e. Mark: I agree. The presentation of Group C is going to impress the judges.</w:t>
      </w:r>
    </w:p>
    <w:p>
      <w:pPr>
        <w:pStyle w:val="ListParagraph"/>
      </w:pPr>
      <w:r>
        <w:rPr>
          <w:sz w:val="22"/>
        </w:rPr>
        <w:t>A. a – b – c – d - e</w:t>
      </w:r>
    </w:p>
    <w:p>
      <w:pPr>
        <w:pStyle w:val="ListParagraph"/>
      </w:pPr>
      <w:r>
        <w:rPr>
          <w:sz w:val="22"/>
        </w:rPr>
        <w:t>B. a – d – e – b - c</w:t>
      </w:r>
    </w:p>
    <w:p>
      <w:pPr>
        <w:pStyle w:val="ListParagraph"/>
      </w:pPr>
      <w:r>
        <w:rPr>
          <w:sz w:val="22"/>
        </w:rPr>
        <w:t>C. c – a – b – d - e</w:t>
      </w:r>
    </w:p>
    <w:p>
      <w:pPr>
        <w:pStyle w:val="ListParagraph"/>
      </w:pPr>
      <w:r>
        <w:rPr>
          <w:sz w:val="22"/>
        </w:rPr>
        <w:t>D. a – e – d – b - c</w:t>
      </w:r>
    </w:p>
    <w:p/>
    <w:p>
      <w:r>
        <w:rPr>
          <w:b/>
          <w:sz w:val="24"/>
        </w:rPr>
        <w:t>Câu 37: Mark the letter A, B, C or D on your answer sheet to indicate the best arrangement of utterances to make a meaningful exchange: a. Ben: I am reading a book about a kind woman because she helped many poor children in her village. b. Lily: I really admire her amazing life story, so I want to become a good volunteer like her. c. Ben: When she became old and weak, she still spent her time teaching the kids for free. d. Ben: If we always love and help other people, our lives will be very happy. e. Lily: She did not have a lot of money, but she worked very hard to give them food and clothes.</w:t>
      </w:r>
    </w:p>
    <w:p>
      <w:pPr>
        <w:pStyle w:val="ListParagraph"/>
      </w:pPr>
      <w:r>
        <w:rPr>
          <w:sz w:val="22"/>
        </w:rPr>
        <w:t>A. a – c – e – b – d</w:t>
      </w:r>
    </w:p>
    <w:p>
      <w:pPr>
        <w:pStyle w:val="ListParagraph"/>
      </w:pPr>
      <w:r>
        <w:rPr>
          <w:sz w:val="22"/>
        </w:rPr>
        <w:t>B. e – a – c – d – b</w:t>
      </w:r>
    </w:p>
    <w:p>
      <w:pPr>
        <w:pStyle w:val="ListParagraph"/>
      </w:pPr>
      <w:r>
        <w:rPr>
          <w:sz w:val="22"/>
        </w:rPr>
        <w:t>C. a – e – c – b – d</w:t>
      </w:r>
    </w:p>
    <w:p>
      <w:pPr>
        <w:pStyle w:val="ListParagraph"/>
      </w:pPr>
      <w:r>
        <w:rPr>
          <w:sz w:val="22"/>
        </w:rPr>
        <w:t>D. a – e – b – c – d</w:t>
      </w:r>
    </w:p>
    <w:p/>
    <w:p>
      <w:r>
        <w:t>──────────────────────────────────────────────────</w:t>
      </w:r>
    </w:p>
    <w:p>
      <w:r>
        <w:rPr>
          <w:b/>
        </w:rPr>
        <w:t>BẢNG ĐÁP ÁN &amp; LỜI GIẢI CHI TIẾT</w:t>
      </w:r>
    </w:p>
    <w:p>
      <w:r>
        <w:rPr>
          <w:b/>
        </w:rPr>
        <w:t>Câu 1: Đáp án đúng: B</w:t>
      </w:r>
    </w:p>
    <w:p>
      <w:r>
        <w:rPr>
          <w:b/>
        </w:rPr>
        <w:t>Câu 2: Đáp án đúng: A</w:t>
      </w:r>
    </w:p>
    <w:p>
      <w:r>
        <w:rPr>
          <w:b/>
        </w:rPr>
        <w:t>Câu 3: Đáp án đúng: C</w:t>
      </w:r>
    </w:p>
    <w:p>
      <w:r>
        <w:rPr>
          <w:b/>
        </w:rPr>
        <w:t>Câu 4: Đáp án đúng: B</w:t>
      </w:r>
    </w:p>
    <w:p>
      <w:r>
        <w:rPr>
          <w:b/>
        </w:rPr>
        <w:t>Câu 5: Đáp án đúng: A</w:t>
      </w:r>
    </w:p>
    <w:p>
      <w:r>
        <w:rPr>
          <w:b/>
        </w:rPr>
        <w:t>Câu 6: Đáp án đúng: C</w:t>
      </w:r>
    </w:p>
    <w:p>
      <w:r>
        <w:rPr>
          <w:b/>
        </w:rPr>
        <w:t>Câu 7: Đáp án đúng: B</w:t>
      </w:r>
    </w:p>
    <w:p>
      <w:r>
        <w:rPr>
          <w:b/>
        </w:rPr>
        <w:t>Câu 8: Đáp án đúng: D</w:t>
      </w:r>
    </w:p>
    <w:p>
      <w:r>
        <w:rPr>
          <w:b/>
        </w:rPr>
        <w:t>Câu 9: Đáp án đúng: C</w:t>
      </w:r>
    </w:p>
    <w:p>
      <w:r>
        <w:rPr>
          <w:b/>
        </w:rPr>
        <w:t>Câu 10: Đáp án đúng: B</w:t>
      </w:r>
    </w:p>
    <w:p>
      <w:r>
        <w:rPr>
          <w:b/>
        </w:rPr>
        <w:t>Câu 11: Đáp án đúng: D</w:t>
      </w:r>
    </w:p>
    <w:p>
      <w:r>
        <w:rPr>
          <w:b/>
        </w:rPr>
        <w:t>Câu 12: Đáp án đúng: B</w:t>
      </w:r>
    </w:p>
    <w:p>
      <w:r>
        <w:rPr>
          <w:b/>
        </w:rPr>
        <w:t>Câu 13: Đáp án đúng: A</w:t>
      </w:r>
    </w:p>
    <w:p>
      <w:r>
        <w:rPr>
          <w:b/>
        </w:rPr>
        <w:t>Câu 14: Đáp án đúng: C</w:t>
      </w:r>
    </w:p>
    <w:p>
      <w:r>
        <w:rPr>
          <w:b/>
        </w:rPr>
        <w:t>Câu 15: Đáp án đúng: D</w:t>
      </w:r>
    </w:p>
    <w:p>
      <w:r>
        <w:rPr>
          <w:b/>
        </w:rPr>
        <w:t>Câu 16: Đáp án đúng: A</w:t>
      </w:r>
    </w:p>
    <w:p>
      <w:r>
        <w:rPr>
          <w:b/>
        </w:rPr>
        <w:t>Câu 17: Đáp án đúng: C</w:t>
      </w:r>
    </w:p>
    <w:p>
      <w:r>
        <w:rPr>
          <w:b/>
        </w:rPr>
        <w:t>Câu 18: Đáp án đúng: A</w:t>
      </w:r>
    </w:p>
    <w:p>
      <w:r>
        <w:rPr>
          <w:b/>
        </w:rPr>
        <w:t>Câu 19: Đáp án đúng: D</w:t>
      </w:r>
    </w:p>
    <w:p>
      <w:r>
        <w:rPr>
          <w:b/>
        </w:rPr>
        <w:t>Câu 20: Đáp án đúng: A</w:t>
      </w:r>
    </w:p>
    <w:p>
      <w:r>
        <w:rPr>
          <w:b/>
        </w:rPr>
        <w:t>Câu 21: Đáp án đúng: D</w:t>
      </w:r>
    </w:p>
    <w:p>
      <w:r>
        <w:rPr>
          <w:b/>
        </w:rPr>
        <w:t>Câu 22: Đáp án đúng: A</w:t>
      </w:r>
    </w:p>
    <w:p>
      <w:r>
        <w:rPr>
          <w:b/>
        </w:rPr>
        <w:t>Câu 23: Đáp án đúng: C</w:t>
      </w:r>
    </w:p>
    <w:p>
      <w:r>
        <w:rPr>
          <w:b/>
        </w:rPr>
        <w:t>Câu 24: Đáp án đúng: B</w:t>
      </w:r>
    </w:p>
    <w:p>
      <w:r>
        <w:rPr>
          <w:b/>
        </w:rPr>
        <w:t>Câu 25: Đáp án đúng: B</w:t>
      </w:r>
    </w:p>
    <w:p>
      <w:r>
        <w:rPr>
          <w:b/>
        </w:rPr>
        <w:t>Câu 26: Đáp án đúng: D</w:t>
      </w:r>
    </w:p>
    <w:p>
      <w:r>
        <w:rPr>
          <w:b/>
        </w:rPr>
        <w:t>Câu 27: Đáp án đúng: B</w:t>
      </w:r>
    </w:p>
    <w:p>
      <w:r>
        <w:rPr>
          <w:b/>
        </w:rPr>
        <w:t>Câu 28: Đáp án đúng: B</w:t>
      </w:r>
    </w:p>
    <w:p>
      <w:r>
        <w:rPr>
          <w:b/>
        </w:rPr>
        <w:t>Câu 29: Đáp án đúng: A</w:t>
      </w:r>
    </w:p>
    <w:p>
      <w:r>
        <w:rPr>
          <w:b/>
        </w:rPr>
        <w:t>Câu 30: Đáp án đúng: B</w:t>
      </w:r>
    </w:p>
    <w:p>
      <w:r>
        <w:rPr>
          <w:b/>
        </w:rPr>
        <w:t>Câu 31: Đáp án đúng: D</w:t>
      </w:r>
    </w:p>
    <w:p>
      <w:r>
        <w:rPr>
          <w:b/>
        </w:rPr>
        <w:t>Câu 32: Đáp án đúng: C</w:t>
      </w:r>
    </w:p>
    <w:p>
      <w:r>
        <w:rPr>
          <w:b/>
        </w:rPr>
        <w:t>Câu 33: Đáp án đúng: C</w:t>
      </w:r>
    </w:p>
    <w:p>
      <w:r>
        <w:rPr>
          <w:b/>
        </w:rPr>
        <w:t>Câu 34: Đáp án đúng: C</w:t>
      </w:r>
    </w:p>
    <w:p>
      <w:r>
        <w:rPr>
          <w:b/>
        </w:rPr>
        <w:t>Câu 35: Đáp án đúng: B</w:t>
      </w:r>
    </w:p>
    <w:p>
      <w:r>
        <w:rPr>
          <w:b/>
        </w:rPr>
        <w:t>Câu 36: Đáp án đúng: B</w:t>
      </w:r>
    </w:p>
    <w:p>
      <w:r>
        <w:rPr>
          <w:b/>
        </w:rPr>
        <w:t>Câu 37: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