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toán 9: cách giải bpt bậc nhất 1 ẩn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Bất phương trình bậc nhất một ẩn có dạng tổng quát là gì?</w:t>
      </w:r>
    </w:p>
    <w:p>
      <w:pPr>
        <w:pStyle w:val="ListParagraph"/>
      </w:pPr>
      <w:r>
        <w:rPr>
          <w:sz w:val="22"/>
        </w:rPr>
        <w:t>A. ax + by &gt; 0 (a ≠ 0)</w:t>
      </w:r>
    </w:p>
    <w:p>
      <w:pPr>
        <w:pStyle w:val="ListParagraph"/>
      </w:pPr>
      <w:r>
        <w:rPr>
          <w:sz w:val="22"/>
        </w:rPr>
        <w:t>B. ax² + bx + c &gt; 0 (a ≠ 0)</w:t>
      </w:r>
    </w:p>
    <w:p>
      <w:pPr>
        <w:pStyle w:val="ListParagraph"/>
      </w:pPr>
      <w:r>
        <w:rPr>
          <w:sz w:val="22"/>
        </w:rPr>
        <w:t>C. ax + b &gt; 0 (a ≠ 0)</w:t>
      </w:r>
    </w:p>
    <w:p>
      <w:pPr>
        <w:pStyle w:val="ListParagraph"/>
      </w:pPr>
      <w:r>
        <w:rPr>
          <w:sz w:val="22"/>
        </w:rPr>
        <w:t>D. ax + b = 0 (a ≠ 0)</w:t>
      </w:r>
    </w:p>
    <w:p/>
    <w:p>
      <w:r>
        <w:rPr>
          <w:b/>
          <w:sz w:val="24"/>
        </w:rPr>
        <w:t>Câu 2: Giải bất phương trình 3x - 6 &gt; 0, nghiệm là:</w:t>
      </w:r>
    </w:p>
    <w:p>
      <w:pPr>
        <w:pStyle w:val="ListParagraph"/>
      </w:pPr>
      <w:r>
        <w:rPr>
          <w:sz w:val="22"/>
        </w:rPr>
        <w:t>A. x &gt; -2</w:t>
      </w:r>
    </w:p>
    <w:p>
      <w:pPr>
        <w:pStyle w:val="ListParagraph"/>
      </w:pPr>
      <w:r>
        <w:rPr>
          <w:sz w:val="22"/>
        </w:rPr>
        <w:t>B. x &lt; 2</w:t>
      </w:r>
    </w:p>
    <w:p>
      <w:pPr>
        <w:pStyle w:val="ListParagraph"/>
      </w:pPr>
      <w:r>
        <w:rPr>
          <w:sz w:val="22"/>
        </w:rPr>
        <w:t>C. x &lt; -2</w:t>
      </w:r>
    </w:p>
    <w:p>
      <w:pPr>
        <w:pStyle w:val="ListParagraph"/>
      </w:pPr>
      <w:r>
        <w:rPr>
          <w:sz w:val="22"/>
        </w:rPr>
        <w:t>D. x &gt; 2</w:t>
      </w:r>
    </w:p>
    <w:p/>
    <w:p>
      <w:r>
        <w:rPr>
          <w:b/>
          <w:sz w:val="24"/>
        </w:rPr>
        <w:t>Câu 3: Khi nhân hai vế của bất phương trình với một số âm, ta phải:</w:t>
      </w:r>
    </w:p>
    <w:p>
      <w:pPr>
        <w:pStyle w:val="ListParagraph"/>
      </w:pPr>
      <w:r>
        <w:rPr>
          <w:sz w:val="22"/>
        </w:rPr>
        <w:t>A. Đổi chiều bất phương trình</w:t>
      </w:r>
    </w:p>
    <w:p>
      <w:pPr>
        <w:pStyle w:val="ListParagraph"/>
      </w:pPr>
      <w:r>
        <w:rPr>
          <w:sz w:val="22"/>
        </w:rPr>
        <w:t>B. Giữ nguyên chiều bất phương trình</w:t>
      </w:r>
    </w:p>
    <w:p>
      <w:pPr>
        <w:pStyle w:val="ListParagraph"/>
      </w:pPr>
      <w:r>
        <w:rPr>
          <w:sz w:val="22"/>
        </w:rPr>
        <w:t>C. Bỏ dấu bất phương trình</w:t>
      </w:r>
    </w:p>
    <w:p>
      <w:pPr>
        <w:pStyle w:val="ListParagraph"/>
      </w:pPr>
      <w:r>
        <w:rPr>
          <w:sz w:val="22"/>
        </w:rPr>
        <w:t>D. Chuyển vế các hạng tử</w:t>
      </w:r>
    </w:p>
    <w:p/>
    <w:p>
      <w:r>
        <w:rPr>
          <w:b/>
          <w:sz w:val="24"/>
        </w:rPr>
        <w:t>Câu 4: Giải bất phương trình -2x + 4 ≥ 0, nghiệm là:</w:t>
      </w:r>
    </w:p>
    <w:p>
      <w:pPr>
        <w:pStyle w:val="ListParagraph"/>
      </w:pPr>
      <w:r>
        <w:rPr>
          <w:sz w:val="22"/>
        </w:rPr>
        <w:t>A. x ≤ 2</w:t>
      </w:r>
    </w:p>
    <w:p>
      <w:pPr>
        <w:pStyle w:val="ListParagraph"/>
      </w:pPr>
      <w:r>
        <w:rPr>
          <w:sz w:val="22"/>
        </w:rPr>
        <w:t>B. x ≥ 2</w:t>
      </w:r>
    </w:p>
    <w:p>
      <w:pPr>
        <w:pStyle w:val="ListParagraph"/>
      </w:pPr>
      <w:r>
        <w:rPr>
          <w:sz w:val="22"/>
        </w:rPr>
        <w:t>C. x ≤ -2</w:t>
      </w:r>
    </w:p>
    <w:p>
      <w:pPr>
        <w:pStyle w:val="ListParagraph"/>
      </w:pPr>
      <w:r>
        <w:rPr>
          <w:sz w:val="22"/>
        </w:rPr>
        <w:t>D. x ≥ -2</w:t>
      </w:r>
    </w:p>
    <w:p/>
    <w:p>
      <w:r>
        <w:rPr>
          <w:b/>
          <w:sz w:val="24"/>
        </w:rPr>
        <w:t>Câu 5: Tập nghiệm của bất phương trình 5x + 10 &lt; 0 là:</w:t>
      </w:r>
    </w:p>
    <w:p>
      <w:pPr>
        <w:pStyle w:val="ListParagraph"/>
      </w:pPr>
      <w:r>
        <w:rPr>
          <w:sz w:val="22"/>
        </w:rPr>
        <w:t>A. x &gt; 2</w:t>
      </w:r>
    </w:p>
    <w:p>
      <w:pPr>
        <w:pStyle w:val="ListParagraph"/>
      </w:pPr>
      <w:r>
        <w:rPr>
          <w:sz w:val="22"/>
        </w:rPr>
        <w:t>B. x &gt; -2</w:t>
      </w:r>
    </w:p>
    <w:p>
      <w:pPr>
        <w:pStyle w:val="ListParagraph"/>
      </w:pPr>
      <w:r>
        <w:rPr>
          <w:sz w:val="22"/>
        </w:rPr>
        <w:t>C. x &lt; 2</w:t>
      </w:r>
    </w:p>
    <w:p>
      <w:pPr>
        <w:pStyle w:val="ListParagraph"/>
      </w:pPr>
      <w:r>
        <w:rPr>
          <w:sz w:val="22"/>
        </w:rPr>
        <w:t>D. x &lt; -2</w:t>
      </w:r>
    </w:p>
    <w:p/>
    <w:p>
      <w:r>
        <w:rPr>
          <w:b/>
          <w:sz w:val="24"/>
        </w:rPr>
        <w:t>Câu 6: Giải bất phương trình 4 - 3x ≤ 1, nghiệm là:</w:t>
      </w:r>
    </w:p>
    <w:p>
      <w:pPr>
        <w:pStyle w:val="ListParagraph"/>
      </w:pPr>
      <w:r>
        <w:rPr>
          <w:sz w:val="22"/>
        </w:rPr>
        <w:t>A. x ≥ 1</w:t>
      </w:r>
    </w:p>
    <w:p>
      <w:pPr>
        <w:pStyle w:val="ListParagraph"/>
      </w:pPr>
      <w:r>
        <w:rPr>
          <w:sz w:val="22"/>
        </w:rPr>
        <w:t>B. x ≥ -1</w:t>
      </w:r>
    </w:p>
    <w:p>
      <w:pPr>
        <w:pStyle w:val="ListParagraph"/>
      </w:pPr>
      <w:r>
        <w:rPr>
          <w:sz w:val="22"/>
        </w:rPr>
        <w:t>C. x ≤ 1</w:t>
      </w:r>
    </w:p>
    <w:p>
      <w:pPr>
        <w:pStyle w:val="ListParagraph"/>
      </w:pPr>
      <w:r>
        <w:rPr>
          <w:sz w:val="22"/>
        </w:rPr>
        <w:t>D. x ≤ -1</w:t>
      </w:r>
    </w:p>
    <w:p/>
    <w:p>
      <w:r>
        <w:rPr>
          <w:b/>
          <w:sz w:val="24"/>
        </w:rPr>
        <w:t>Câu 7: Bất phương trình nào sau đây là bất phương trình bậc nhất một ẩn?</w:t>
      </w:r>
    </w:p>
    <w:p>
      <w:pPr>
        <w:pStyle w:val="ListParagraph"/>
      </w:pPr>
      <w:r>
        <w:rPr>
          <w:sz w:val="22"/>
        </w:rPr>
        <w:t>A. x² - 1 &gt; 0</w:t>
      </w:r>
    </w:p>
    <w:p>
      <w:pPr>
        <w:pStyle w:val="ListParagraph"/>
      </w:pPr>
      <w:r>
        <w:rPr>
          <w:sz w:val="22"/>
        </w:rPr>
        <w:t>B. 2x + 3y &lt; 5</w:t>
      </w:r>
    </w:p>
    <w:p>
      <w:pPr>
        <w:pStyle w:val="ListParagraph"/>
      </w:pPr>
      <w:r>
        <w:rPr>
          <w:sz w:val="22"/>
        </w:rPr>
        <w:t>C. 0x + 1 &gt; 0</w:t>
      </w:r>
    </w:p>
    <w:p>
      <w:pPr>
        <w:pStyle w:val="ListParagraph"/>
      </w:pPr>
      <w:r>
        <w:rPr>
          <w:sz w:val="22"/>
        </w:rPr>
        <w:t>D. 2x - 5 ≤ 0</w:t>
      </w:r>
    </w:p>
    <w:p/>
    <w:p>
      <w:r>
        <w:rPr>
          <w:b/>
          <w:sz w:val="24"/>
        </w:rPr>
        <w:t>Câu 8: Giải bất phương trình (x - 1)/2 &gt; 3, nghiệm là:</w:t>
      </w:r>
    </w:p>
    <w:p>
      <w:pPr>
        <w:pStyle w:val="ListParagraph"/>
      </w:pPr>
      <w:r>
        <w:rPr>
          <w:sz w:val="22"/>
        </w:rPr>
        <w:t>A. x &gt; 7</w:t>
      </w:r>
    </w:p>
    <w:p>
      <w:pPr>
        <w:pStyle w:val="ListParagraph"/>
      </w:pPr>
      <w:r>
        <w:rPr>
          <w:sz w:val="22"/>
        </w:rPr>
        <w:t>B. x &lt; 7</w:t>
      </w:r>
    </w:p>
    <w:p>
      <w:pPr>
        <w:pStyle w:val="ListParagraph"/>
      </w:pPr>
      <w:r>
        <w:rPr>
          <w:sz w:val="22"/>
        </w:rPr>
        <w:t>C. x &gt; 5</w:t>
      </w:r>
    </w:p>
    <w:p>
      <w:pPr>
        <w:pStyle w:val="ListParagraph"/>
      </w:pPr>
      <w:r>
        <w:rPr>
          <w:sz w:val="22"/>
        </w:rPr>
        <w:t>D. x &lt; 5</w:t>
      </w:r>
    </w:p>
    <w:p/>
    <w:p>
      <w:r>
        <w:rPr>
          <w:b/>
          <w:sz w:val="24"/>
        </w:rPr>
        <w:t>Câu 9: Giải bất phương trình 2(x - 1) &lt; 3x + 4, nghiệm là:</w:t>
      </w:r>
    </w:p>
    <w:p>
      <w:pPr>
        <w:pStyle w:val="ListParagraph"/>
      </w:pPr>
      <w:r>
        <w:rPr>
          <w:sz w:val="22"/>
        </w:rPr>
        <w:t>A. x &lt; 6</w:t>
      </w:r>
    </w:p>
    <w:p>
      <w:pPr>
        <w:pStyle w:val="ListParagraph"/>
      </w:pPr>
      <w:r>
        <w:rPr>
          <w:sz w:val="22"/>
        </w:rPr>
        <w:t>B. x &lt; -6</w:t>
      </w:r>
    </w:p>
    <w:p>
      <w:pPr>
        <w:pStyle w:val="ListParagraph"/>
      </w:pPr>
      <w:r>
        <w:rPr>
          <w:sz w:val="22"/>
        </w:rPr>
        <w:t>C. x &gt; 6</w:t>
      </w:r>
    </w:p>
    <w:p>
      <w:pPr>
        <w:pStyle w:val="ListParagraph"/>
      </w:pPr>
      <w:r>
        <w:rPr>
          <w:sz w:val="22"/>
        </w:rPr>
        <w:t>D. x &gt; -6</w:t>
      </w:r>
    </w:p>
    <w:p/>
    <w:p>
      <w:r>
        <w:rPr>
          <w:b/>
          <w:sz w:val="24"/>
        </w:rPr>
        <w:t>Câu 10: Giá trị nào của x là nghiệm của bất phương trình 3x - 1 &gt; 5?</w:t>
      </w:r>
    </w:p>
    <w:p>
      <w:pPr>
        <w:pStyle w:val="ListParagraph"/>
      </w:pPr>
      <w:r>
        <w:rPr>
          <w:sz w:val="22"/>
        </w:rPr>
        <w:t>A. x = 0</w:t>
      </w:r>
    </w:p>
    <w:p>
      <w:pPr>
        <w:pStyle w:val="ListParagraph"/>
      </w:pPr>
      <w:r>
        <w:rPr>
          <w:sz w:val="22"/>
        </w:rPr>
        <w:t>B. x = 2</w:t>
      </w:r>
    </w:p>
    <w:p>
      <w:pPr>
        <w:pStyle w:val="ListParagraph"/>
      </w:pPr>
      <w:r>
        <w:rPr>
          <w:sz w:val="22"/>
        </w:rPr>
        <w:t>C. x = 3</w:t>
      </w:r>
    </w:p>
    <w:p>
      <w:pPr>
        <w:pStyle w:val="ListParagraph"/>
      </w:pPr>
      <w:r>
        <w:rPr>
          <w:sz w:val="22"/>
        </w:rPr>
        <w:t>D. x = 1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i/>
        </w:rPr>
        <w:t>Giải thích: Bất phương trình bậc nhất một ẩn có dạng ax + b &gt; 0 (hoặc &lt;, ≥, ≤) với a ≠ 0.</w:t>
      </w:r>
    </w:p>
    <w:p>
      <w:r>
        <w:rPr>
          <w:b/>
        </w:rPr>
        <w:t>Câu 2: Đáp án đúng: D</w:t>
      </w:r>
    </w:p>
    <w:p>
      <w:r>
        <w:rPr>
          <w:i/>
        </w:rPr>
        <w:t>Giải thích: Chuyển vế được 3x &gt; 6, chia hai vế cho 3 (dương) được x &gt; 2.</w:t>
      </w:r>
    </w:p>
    <w:p>
      <w:r>
        <w:rPr>
          <w:b/>
        </w:rPr>
        <w:t>Câu 3: Đáp án đúng: A</w:t>
      </w:r>
    </w:p>
    <w:p>
      <w:r>
        <w:rPr>
          <w:i/>
        </w:rPr>
        <w:t>Giải thích: Nhân hai vế với số âm thì phải đổi chiều bất phương trình.</w:t>
      </w:r>
    </w:p>
    <w:p>
      <w:r>
        <w:rPr>
          <w:b/>
        </w:rPr>
        <w:t>Câu 4: Đáp án đúng: A</w:t>
      </w:r>
    </w:p>
    <w:p>
      <w:r>
        <w:rPr>
          <w:i/>
        </w:rPr>
        <w:t>Giải thích: Chuyển vế được -2x ≥ -4, chia hai vế cho -2 và đổi chiều được x ≤ 2.</w:t>
      </w:r>
    </w:p>
    <w:p>
      <w:r>
        <w:rPr>
          <w:b/>
        </w:rPr>
        <w:t>Câu 5: Đáp án đúng: D</w:t>
      </w:r>
    </w:p>
    <w:p>
      <w:r>
        <w:rPr>
          <w:i/>
        </w:rPr>
        <w:t>Giải thích: Chuyển vế được 5x &lt; -10, chia hai vế cho 5 được x &lt; -2.</w:t>
      </w:r>
    </w:p>
    <w:p>
      <w:r>
        <w:rPr>
          <w:b/>
        </w:rPr>
        <w:t>Câu 6: Đáp án đúng: A</w:t>
      </w:r>
    </w:p>
    <w:p>
      <w:r>
        <w:rPr>
          <w:i/>
        </w:rPr>
        <w:t>Giải thích: Chuyển vế được -3x ≤ -3, chia hai vế cho -3 và đổi chiều được x ≥ 1.</w:t>
      </w:r>
    </w:p>
    <w:p>
      <w:r>
        <w:rPr>
          <w:b/>
        </w:rPr>
        <w:t>Câu 7: Đáp án đúng: D</w:t>
      </w:r>
    </w:p>
    <w:p>
      <w:r>
        <w:rPr>
          <w:i/>
        </w:rPr>
        <w:t>Giải thích: 2x - 5 ≤ 0 có dạng ax + b ≤ 0 với a = 2 ≠ 0 nên là bất phương trình bậc nhất một ẩn.</w:t>
      </w:r>
    </w:p>
    <w:p>
      <w:r>
        <w:rPr>
          <w:b/>
        </w:rPr>
        <w:t>Câu 8: Đáp án đúng: A</w:t>
      </w:r>
    </w:p>
    <w:p>
      <w:r>
        <w:rPr>
          <w:i/>
        </w:rPr>
        <w:t>Giải thích: Nhân hai vế với 2 (dương) được x - 1 &gt; 6, suy ra x &gt; 7.</w:t>
      </w:r>
    </w:p>
    <w:p>
      <w:r>
        <w:rPr>
          <w:b/>
        </w:rPr>
        <w:t>Câu 9: Đáp án đúng: D</w:t>
      </w:r>
    </w:p>
    <w:p>
      <w:r>
        <w:rPr>
          <w:i/>
        </w:rPr>
        <w:t>Giải thích: Khai triển được 2x - 2 &lt; 3x + 4, chuyển vế được -x &lt; 6, nhân với -1 đổi chiều được x &gt; -6.</w:t>
      </w:r>
    </w:p>
    <w:p>
      <w:r>
        <w:rPr>
          <w:b/>
        </w:rPr>
        <w:t>Câu 10: Đáp án đúng: C</w:t>
      </w:r>
    </w:p>
    <w:p>
      <w:r>
        <w:rPr>
          <w:i/>
        </w:rPr>
        <w:t>Giải thích: Giải được x &gt; 2, trong các giá trị đã cho chỉ có x = 3 thỏa mãn.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