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lý bài 12</w:t>
      </w:r>
    </w:p>
    <w:p>
      <w:pPr>
        <w:jc w:val="center"/>
      </w:pPr>
      <w:r>
        <w:rPr>
          <w:sz w:val="22"/>
        </w:rPr>
        <w:t>Số câu: 30    Thời gian: _____ phút    Họ và tên: _________________________</w:t>
      </w:r>
    </w:p>
    <w:p/>
    <w:p>
      <w:r>
        <w:rPr>
          <w:b/>
          <w:sz w:val="24"/>
        </w:rPr>
        <w:t>Câu 1: Dao động điều hòa là dao động trong đó li độ của vật là một hàm</w:t>
      </w:r>
    </w:p>
    <w:p>
      <w:pPr>
        <w:pStyle w:val="ListParagraph"/>
      </w:pPr>
      <w:r>
        <w:rPr>
          <w:sz w:val="22"/>
        </w:rPr>
        <w:t>A. bậc nhất của thời gian.</w:t>
      </w:r>
    </w:p>
    <w:p>
      <w:pPr>
        <w:pStyle w:val="ListParagraph"/>
      </w:pPr>
      <w:r>
        <w:rPr>
          <w:sz w:val="22"/>
        </w:rPr>
        <w:t>B. cosin (hoặc sin) của thời gian.</w:t>
      </w:r>
    </w:p>
    <w:p>
      <w:pPr>
        <w:pStyle w:val="ListParagraph"/>
      </w:pPr>
      <w:r>
        <w:rPr>
          <w:sz w:val="22"/>
        </w:rPr>
        <w:t>C. bậc hai của thời gian.</w:t>
      </w:r>
    </w:p>
    <w:p>
      <w:pPr>
        <w:pStyle w:val="ListParagraph"/>
      </w:pPr>
      <w:r>
        <w:rPr>
          <w:sz w:val="22"/>
        </w:rPr>
        <w:t>D. hằng số.</w:t>
      </w:r>
    </w:p>
    <w:p/>
    <w:p>
      <w:r>
        <w:rPr>
          <w:b/>
          <w:sz w:val="24"/>
        </w:rPr>
        <w:t>Câu 2: Phương trình dao động điều hòa có dạng $x = A\cos(\omega t + \varphi)$. Đại lượng $A$ được gọi là</w:t>
      </w:r>
    </w:p>
    <w:p>
      <w:pPr>
        <w:pStyle w:val="ListParagraph"/>
      </w:pPr>
      <w:r>
        <w:rPr>
          <w:sz w:val="22"/>
        </w:rPr>
        <w:t>A. tần số góc.</w:t>
      </w:r>
    </w:p>
    <w:p>
      <w:pPr>
        <w:pStyle w:val="ListParagraph"/>
      </w:pPr>
      <w:r>
        <w:rPr>
          <w:sz w:val="22"/>
        </w:rPr>
        <w:t>B. pha ban đầu.</w:t>
      </w:r>
    </w:p>
    <w:p>
      <w:pPr>
        <w:pStyle w:val="ListParagraph"/>
      </w:pPr>
      <w:r>
        <w:rPr>
          <w:sz w:val="22"/>
        </w:rPr>
        <w:t>C. biên độ dao động.</w:t>
      </w:r>
    </w:p>
    <w:p>
      <w:pPr>
        <w:pStyle w:val="ListParagraph"/>
      </w:pPr>
      <w:r>
        <w:rPr>
          <w:sz w:val="22"/>
        </w:rPr>
        <w:t>D. li độ.</w:t>
      </w:r>
    </w:p>
    <w:p/>
    <w:p>
      <w:r>
        <w:rPr>
          <w:b/>
          <w:sz w:val="24"/>
        </w:rPr>
        <w:t>Câu 3: Trong dao động điều hòa, vận tốc của vật</w:t>
      </w:r>
    </w:p>
    <w:p>
      <w:pPr>
        <w:pStyle w:val="ListParagraph"/>
      </w:pPr>
      <w:r>
        <w:rPr>
          <w:sz w:val="22"/>
        </w:rPr>
        <w:t>A. luôn cùng pha với li độ.</w:t>
      </w:r>
    </w:p>
    <w:p>
      <w:pPr>
        <w:pStyle w:val="ListParagraph"/>
      </w:pPr>
      <w:r>
        <w:rPr>
          <w:sz w:val="22"/>
        </w:rPr>
        <w:t>B. sớm pha $\frac{\pi}{2}$ so với li độ.</w:t>
      </w:r>
    </w:p>
    <w:p>
      <w:pPr>
        <w:pStyle w:val="ListParagraph"/>
      </w:pPr>
      <w:r>
        <w:rPr>
          <w:sz w:val="22"/>
        </w:rPr>
        <w:t>C. trễ pha $\frac{\pi}{2}$ so với li độ.</w:t>
      </w:r>
    </w:p>
    <w:p>
      <w:pPr>
        <w:pStyle w:val="ListParagraph"/>
      </w:pPr>
      <w:r>
        <w:rPr>
          <w:sz w:val="22"/>
        </w:rPr>
        <w:t>D. ngược pha với li độ.</w:t>
      </w:r>
    </w:p>
    <w:p/>
    <w:p>
      <w:r>
        <w:rPr>
          <w:b/>
          <w:sz w:val="24"/>
        </w:rPr>
        <w:t>Câu 4: Gia tốc của vật dao động điều hòa</w:t>
      </w:r>
    </w:p>
    <w:p>
      <w:pPr>
        <w:pStyle w:val="ListParagraph"/>
      </w:pPr>
      <w:r>
        <w:rPr>
          <w:sz w:val="22"/>
        </w:rPr>
        <w:t>A. luôn cùng pha với li độ.</w:t>
      </w:r>
    </w:p>
    <w:p>
      <w:pPr>
        <w:pStyle w:val="ListParagraph"/>
      </w:pPr>
      <w:r>
        <w:rPr>
          <w:sz w:val="22"/>
        </w:rPr>
        <w:t>B. luôn ngược pha với li độ.</w:t>
      </w:r>
    </w:p>
    <w:p>
      <w:pPr>
        <w:pStyle w:val="ListParagraph"/>
      </w:pPr>
      <w:r>
        <w:rPr>
          <w:sz w:val="22"/>
        </w:rPr>
        <w:t>C. sớm pha $\frac{\pi}{2}$ so với li độ.</w:t>
      </w:r>
    </w:p>
    <w:p>
      <w:pPr>
        <w:pStyle w:val="ListParagraph"/>
      </w:pPr>
      <w:r>
        <w:rPr>
          <w:sz w:val="22"/>
        </w:rPr>
        <w:t>D. trễ pha $\frac{\pi}{2}$ so với li độ.</w:t>
      </w:r>
    </w:p>
    <w:p/>
    <w:p>
      <w:r>
        <w:rPr>
          <w:b/>
          <w:sz w:val="24"/>
        </w:rPr>
        <w:t>Câu 5: Mối liên hệ giữa gia tốc $a$ và li độ $x$ trong dao động điều hòa là</w:t>
      </w:r>
    </w:p>
    <w:p>
      <w:pPr>
        <w:pStyle w:val="ListParagraph"/>
      </w:pPr>
      <w:r>
        <w:rPr>
          <w:sz w:val="22"/>
        </w:rPr>
        <w:t>A. $a = \omega x$.</w:t>
      </w:r>
    </w:p>
    <w:p>
      <w:pPr>
        <w:pStyle w:val="ListParagraph"/>
      </w:pPr>
      <w:r>
        <w:rPr>
          <w:sz w:val="22"/>
        </w:rPr>
        <w:t>B. $a = -\omega x$.</w:t>
      </w:r>
    </w:p>
    <w:p>
      <w:pPr>
        <w:pStyle w:val="ListParagraph"/>
      </w:pPr>
      <w:r>
        <w:rPr>
          <w:sz w:val="22"/>
        </w:rPr>
        <w:t>C. $a = -\omega^2 x$.</w:t>
      </w:r>
    </w:p>
    <w:p>
      <w:pPr>
        <w:pStyle w:val="ListParagraph"/>
      </w:pPr>
      <w:r>
        <w:rPr>
          <w:sz w:val="22"/>
        </w:rPr>
        <w:t>D. $a = \omega^2 x$.</w:t>
      </w:r>
    </w:p>
    <w:p/>
    <w:p>
      <w:r>
        <w:rPr>
          <w:b/>
          <w:sz w:val="24"/>
        </w:rPr>
        <w:t>Câu 6: Một vật dao động điều hòa có phương trình $x = 5\cos(4\pi t - \frac{\pi}{3})\,cm$. Biên độ và tần số góc lần lượt là</w:t>
      </w:r>
    </w:p>
    <w:p>
      <w:pPr>
        <w:pStyle w:val="ListParagraph"/>
      </w:pPr>
      <w:r>
        <w:rPr>
          <w:sz w:val="22"/>
        </w:rPr>
        <w:t>A. $5\,cm; 4\pi\,rad/s$.</w:t>
      </w:r>
    </w:p>
    <w:p>
      <w:pPr>
        <w:pStyle w:val="ListParagraph"/>
      </w:pPr>
      <w:r>
        <w:rPr>
          <w:sz w:val="22"/>
        </w:rPr>
        <w:t>B. $4\pi\,cm; 5\,rad/s$.</w:t>
      </w:r>
    </w:p>
    <w:p>
      <w:pPr>
        <w:pStyle w:val="ListParagraph"/>
      </w:pPr>
      <w:r>
        <w:rPr>
          <w:sz w:val="22"/>
        </w:rPr>
        <w:t>C. $5\,cm; 4\,rad/s$.</w:t>
      </w:r>
    </w:p>
    <w:p>
      <w:pPr>
        <w:pStyle w:val="ListParagraph"/>
      </w:pPr>
      <w:r>
        <w:rPr>
          <w:sz w:val="22"/>
        </w:rPr>
        <w:t>D. $4\,cm; 5\pi\,rad/s$.</w:t>
      </w:r>
    </w:p>
    <w:p/>
    <w:p>
      <w:r>
        <w:rPr>
          <w:b/>
          <w:sz w:val="24"/>
        </w:rPr>
        <w:t>Câu 7: Một vật dao động điều hòa với phương trình $x = 2\cos(10t + \frac{\pi}{4})\,cm$. Chu kì dao động là</w:t>
      </w:r>
    </w:p>
    <w:p>
      <w:pPr>
        <w:pStyle w:val="ListParagraph"/>
      </w:pPr>
      <w:r>
        <w:rPr>
          <w:sz w:val="22"/>
        </w:rPr>
        <w:t>A. $10\,s$.</w:t>
      </w:r>
    </w:p>
    <w:p>
      <w:pPr>
        <w:pStyle w:val="ListParagraph"/>
      </w:pPr>
      <w:r>
        <w:rPr>
          <w:sz w:val="22"/>
        </w:rPr>
        <w:t>B. $\frac{\pi}{5}\,s$.</w:t>
      </w:r>
    </w:p>
    <w:p>
      <w:pPr>
        <w:pStyle w:val="ListParagraph"/>
      </w:pPr>
      <w:r>
        <w:rPr>
          <w:sz w:val="22"/>
        </w:rPr>
        <w:t>C. $5\pi\,s$.</w:t>
      </w:r>
    </w:p>
    <w:p>
      <w:pPr>
        <w:pStyle w:val="ListParagraph"/>
      </w:pPr>
      <w:r>
        <w:rPr>
          <w:sz w:val="22"/>
        </w:rPr>
        <w:t>D. $0,2\pi\,s$.</w:t>
      </w:r>
    </w:p>
    <w:p/>
    <w:p>
      <w:r>
        <w:rPr>
          <w:b/>
          <w:sz w:val="24"/>
        </w:rPr>
        <w:t>Câu 8: Tần số dao động điều hòa có công thức</w:t>
      </w:r>
    </w:p>
    <w:p>
      <w:pPr>
        <w:pStyle w:val="ListParagraph"/>
      </w:pPr>
      <w:r>
        <w:rPr>
          <w:sz w:val="22"/>
        </w:rPr>
        <w:t>A. $f = \frac{2\pi}{\omega}$.</w:t>
      </w:r>
    </w:p>
    <w:p>
      <w:pPr>
        <w:pStyle w:val="ListParagraph"/>
      </w:pPr>
      <w:r>
        <w:rPr>
          <w:sz w:val="22"/>
        </w:rPr>
        <w:t>B. $f = \frac{\omega}{2\pi}$.</w:t>
      </w:r>
    </w:p>
    <w:p>
      <w:pPr>
        <w:pStyle w:val="ListParagraph"/>
      </w:pPr>
      <w:r>
        <w:rPr>
          <w:sz w:val="22"/>
        </w:rPr>
        <w:t>C. $f = 2\pi\omega$.</w:t>
      </w:r>
    </w:p>
    <w:p>
      <w:pPr>
        <w:pStyle w:val="ListParagraph"/>
      </w:pPr>
      <w:r>
        <w:rPr>
          <w:sz w:val="22"/>
        </w:rPr>
        <w:t>D. $f = \frac{1}{2\pi\omega}$.</w:t>
      </w:r>
    </w:p>
    <w:p/>
    <w:p>
      <w:r>
        <w:rPr>
          <w:b/>
          <w:sz w:val="24"/>
        </w:rPr>
        <w:t>Câu 9: Tốc độ cực đại của vật dao động điều hòa có biên độ $A$, tần số góc $\omega$ là</w:t>
      </w:r>
    </w:p>
    <w:p>
      <w:pPr>
        <w:pStyle w:val="ListParagraph"/>
      </w:pPr>
      <w:r>
        <w:rPr>
          <w:sz w:val="22"/>
        </w:rPr>
        <w:t>A. $A\omega$.</w:t>
      </w:r>
    </w:p>
    <w:p>
      <w:pPr>
        <w:pStyle w:val="ListParagraph"/>
      </w:pPr>
      <w:r>
        <w:rPr>
          <w:sz w:val="22"/>
        </w:rPr>
        <w:t>B. $A\omega^2$.</w:t>
      </w:r>
    </w:p>
    <w:p>
      <w:pPr>
        <w:pStyle w:val="ListParagraph"/>
      </w:pPr>
      <w:r>
        <w:rPr>
          <w:sz w:val="22"/>
        </w:rPr>
        <w:t>C. $\frac{A}{\omega}$.</w:t>
      </w:r>
    </w:p>
    <w:p>
      <w:pPr>
        <w:pStyle w:val="ListParagraph"/>
      </w:pPr>
      <w:r>
        <w:rPr>
          <w:sz w:val="22"/>
        </w:rPr>
        <w:t>D. $A^2\omega$.</w:t>
      </w:r>
    </w:p>
    <w:p/>
    <w:p>
      <w:r>
        <w:rPr>
          <w:b/>
          <w:sz w:val="24"/>
        </w:rPr>
        <w:t>Câu 10: Gia tốc cực đại của vật dao động điều hòa là</w:t>
      </w:r>
    </w:p>
    <w:p>
      <w:pPr>
        <w:pStyle w:val="ListParagraph"/>
      </w:pPr>
      <w:r>
        <w:rPr>
          <w:sz w:val="22"/>
        </w:rPr>
        <w:t>A. $A\omega$.</w:t>
      </w:r>
    </w:p>
    <w:p>
      <w:pPr>
        <w:pStyle w:val="ListParagraph"/>
      </w:pPr>
      <w:r>
        <w:rPr>
          <w:sz w:val="22"/>
        </w:rPr>
        <w:t>B. $A\omega^2$.</w:t>
      </w:r>
    </w:p>
    <w:p>
      <w:pPr>
        <w:pStyle w:val="ListParagraph"/>
      </w:pPr>
      <w:r>
        <w:rPr>
          <w:sz w:val="22"/>
        </w:rPr>
        <w:t>C. $\frac{A}{\omega}$.</w:t>
      </w:r>
    </w:p>
    <w:p>
      <w:pPr>
        <w:pStyle w:val="ListParagraph"/>
      </w:pPr>
      <w:r>
        <w:rPr>
          <w:sz w:val="22"/>
        </w:rPr>
        <w:t>D. $A^2\omega$.</w:t>
      </w:r>
    </w:p>
    <w:p/>
    <w:p>
      <w:r>
        <w:rPr>
          <w:b/>
          <w:sz w:val="24"/>
        </w:rPr>
        <w:t>Câu 11: Hệ thức độc lập với thời gian của dao động điều hòa là</w:t>
      </w:r>
    </w:p>
    <w:p>
      <w:pPr>
        <w:pStyle w:val="ListParagraph"/>
      </w:pPr>
      <w:r>
        <w:rPr>
          <w:sz w:val="22"/>
        </w:rPr>
        <w:t>A. $A^2 = x^2 + \frac{v^2}{\omega^2}$.</w:t>
      </w:r>
    </w:p>
    <w:p>
      <w:pPr>
        <w:pStyle w:val="ListParagraph"/>
      </w:pPr>
      <w:r>
        <w:rPr>
          <w:sz w:val="22"/>
        </w:rPr>
        <w:t>B. $A^2 = x^2 + v^2\omega^2$.</w:t>
      </w:r>
    </w:p>
    <w:p>
      <w:pPr>
        <w:pStyle w:val="ListParagraph"/>
      </w:pPr>
      <w:r>
        <w:rPr>
          <w:sz w:val="22"/>
        </w:rPr>
        <w:t>C. $A^2 = x^2 - \frac{v^2}{\omega^2}$.</w:t>
      </w:r>
    </w:p>
    <w:p>
      <w:pPr>
        <w:pStyle w:val="ListParagraph"/>
      </w:pPr>
      <w:r>
        <w:rPr>
          <w:sz w:val="22"/>
        </w:rPr>
        <w:t>D. $A^2 = v^2 + \frac{x^2}{\omega^2}$.</w:t>
      </w:r>
    </w:p>
    <w:p/>
    <w:p>
      <w:r>
        <w:rPr>
          <w:b/>
          <w:sz w:val="24"/>
        </w:rPr>
        <w:t>Câu 12: Trong một chu kì dao động, quãng đường vật đi được là</w:t>
      </w:r>
    </w:p>
    <w:p>
      <w:pPr>
        <w:pStyle w:val="ListParagraph"/>
      </w:pPr>
      <w:r>
        <w:rPr>
          <w:sz w:val="22"/>
        </w:rPr>
        <w:t>A. $A$.</w:t>
      </w:r>
    </w:p>
    <w:p>
      <w:pPr>
        <w:pStyle w:val="ListParagraph"/>
      </w:pPr>
      <w:r>
        <w:rPr>
          <w:sz w:val="22"/>
        </w:rPr>
        <w:t>B. $2A$.</w:t>
      </w:r>
    </w:p>
    <w:p>
      <w:pPr>
        <w:pStyle w:val="ListParagraph"/>
      </w:pPr>
      <w:r>
        <w:rPr>
          <w:sz w:val="22"/>
        </w:rPr>
        <w:t>C. $4A$.</w:t>
      </w:r>
    </w:p>
    <w:p>
      <w:pPr>
        <w:pStyle w:val="ListParagraph"/>
      </w:pPr>
      <w:r>
        <w:rPr>
          <w:sz w:val="22"/>
        </w:rPr>
        <w:t>D. $8A$.</w:t>
      </w:r>
    </w:p>
    <w:p/>
    <w:p>
      <w:r>
        <w:rPr>
          <w:b/>
          <w:sz w:val="24"/>
        </w:rPr>
        <w:t>Câu 13: Trong dao động điều hòa, động năng và thế năng biến thiên tuần hoàn với chu kì</w:t>
      </w:r>
    </w:p>
    <w:p>
      <w:pPr>
        <w:pStyle w:val="ListParagraph"/>
      </w:pPr>
      <w:r>
        <w:rPr>
          <w:sz w:val="22"/>
        </w:rPr>
        <w:t>A. bằng chu kì dao động.</w:t>
      </w:r>
    </w:p>
    <w:p>
      <w:pPr>
        <w:pStyle w:val="ListParagraph"/>
      </w:pPr>
      <w:r>
        <w:rPr>
          <w:sz w:val="22"/>
        </w:rPr>
        <w:t>B. bằng nửa chu kì dao động.</w:t>
      </w:r>
    </w:p>
    <w:p>
      <w:pPr>
        <w:pStyle w:val="ListParagraph"/>
      </w:pPr>
      <w:r>
        <w:rPr>
          <w:sz w:val="22"/>
        </w:rPr>
        <w:t>C. bằng hai lần chu kì dao động.</w:t>
      </w:r>
    </w:p>
    <w:p>
      <w:pPr>
        <w:pStyle w:val="ListParagraph"/>
      </w:pPr>
      <w:r>
        <w:rPr>
          <w:sz w:val="22"/>
        </w:rPr>
        <w:t>D. không biến thiên.</w:t>
      </w:r>
    </w:p>
    <w:p/>
    <w:p>
      <w:r>
        <w:rPr>
          <w:b/>
          <w:sz w:val="24"/>
        </w:rPr>
        <w:t>Câu 14: Cơ năng của vật dao động điều hòa được tính bằng</w:t>
      </w:r>
    </w:p>
    <w:p>
      <w:pPr>
        <w:pStyle w:val="ListParagraph"/>
      </w:pPr>
      <w:r>
        <w:rPr>
          <w:sz w:val="22"/>
        </w:rPr>
        <w:t>A. $W = \frac{1}{2}kx^2$.</w:t>
      </w:r>
    </w:p>
    <w:p>
      <w:pPr>
        <w:pStyle w:val="ListParagraph"/>
      </w:pPr>
      <w:r>
        <w:rPr>
          <w:sz w:val="22"/>
        </w:rPr>
        <w:t>B. $W = \frac{1}{2}mv^2$.</w:t>
      </w:r>
    </w:p>
    <w:p>
      <w:pPr>
        <w:pStyle w:val="ListParagraph"/>
      </w:pPr>
      <w:r>
        <w:rPr>
          <w:sz w:val="22"/>
        </w:rPr>
        <w:t>C. $W = \frac{1}{2}kA^2$.</w:t>
      </w:r>
    </w:p>
    <w:p>
      <w:pPr>
        <w:pStyle w:val="ListParagraph"/>
      </w:pPr>
      <w:r>
        <w:rPr>
          <w:sz w:val="22"/>
        </w:rPr>
        <w:t>D. $W = kA^2$.</w:t>
      </w:r>
    </w:p>
    <w:p/>
    <w:p>
      <w:r>
        <w:rPr>
          <w:b/>
          <w:sz w:val="24"/>
        </w:rPr>
        <w:t>Câu 15: Một vật dao động điều hòa với biên độ $4\,cm$, tần số góc $2\,rad/s$. Tốc độ cực đại là</w:t>
      </w:r>
    </w:p>
    <w:p>
      <w:pPr>
        <w:pStyle w:val="ListParagraph"/>
      </w:pPr>
      <w:r>
        <w:rPr>
          <w:sz w:val="22"/>
        </w:rPr>
        <w:t>A. $2\,cm/s$.</w:t>
      </w:r>
    </w:p>
    <w:p>
      <w:pPr>
        <w:pStyle w:val="ListParagraph"/>
      </w:pPr>
      <w:r>
        <w:rPr>
          <w:sz w:val="22"/>
        </w:rPr>
        <w:t>B. $4\,cm/s$.</w:t>
      </w:r>
    </w:p>
    <w:p>
      <w:pPr>
        <w:pStyle w:val="ListParagraph"/>
      </w:pPr>
      <w:r>
        <w:rPr>
          <w:sz w:val="22"/>
        </w:rPr>
        <w:t>C. $8\,cm/s$.</w:t>
      </w:r>
    </w:p>
    <w:p>
      <w:pPr>
        <w:pStyle w:val="ListParagraph"/>
      </w:pPr>
      <w:r>
        <w:rPr>
          <w:sz w:val="22"/>
        </w:rPr>
        <w:t>D. $16\,cm/s$.</w:t>
      </w:r>
    </w:p>
    <w:p/>
    <w:p>
      <w:r>
        <w:rPr>
          <w:b/>
          <w:sz w:val="24"/>
        </w:rPr>
        <w:t>Câu 16: Con lắc lò xo gồm vật nhỏ khối lượng $m$ gắn với lò xo độ cứng $k$. Tần số góc dao động là</w:t>
      </w:r>
    </w:p>
    <w:p>
      <w:pPr>
        <w:pStyle w:val="ListParagraph"/>
      </w:pPr>
      <w:r>
        <w:rPr>
          <w:sz w:val="22"/>
        </w:rPr>
        <w:t>A. $\omega = \sqrt{\frac{k}{m}}$.</w:t>
      </w:r>
    </w:p>
    <w:p>
      <w:pPr>
        <w:pStyle w:val="ListParagraph"/>
      </w:pPr>
      <w:r>
        <w:rPr>
          <w:sz w:val="22"/>
        </w:rPr>
        <w:t>B. $\omega = \sqrt{\frac{m}{k}}$.</w:t>
      </w:r>
    </w:p>
    <w:p>
      <w:pPr>
        <w:pStyle w:val="ListParagraph"/>
      </w:pPr>
      <w:r>
        <w:rPr>
          <w:sz w:val="22"/>
        </w:rPr>
        <w:t>C. $\omega = \frac{k}{m}$.</w:t>
      </w:r>
    </w:p>
    <w:p>
      <w:pPr>
        <w:pStyle w:val="ListParagraph"/>
      </w:pPr>
      <w:r>
        <w:rPr>
          <w:sz w:val="22"/>
        </w:rPr>
        <w:t>D. $\omega = \frac{m}{k}$.</w:t>
      </w:r>
    </w:p>
    <w:p/>
    <w:p>
      <w:r>
        <w:rPr>
          <w:b/>
          <w:sz w:val="24"/>
        </w:rPr>
        <w:t>Câu 17: Chu kì dao động của con lắc lò xo là</w:t>
      </w:r>
    </w:p>
    <w:p>
      <w:pPr>
        <w:pStyle w:val="ListParagraph"/>
      </w:pPr>
      <w:r>
        <w:rPr>
          <w:sz w:val="22"/>
        </w:rPr>
        <w:t>A. $T = 2\pi\sqrt{\frac{m}{k}}$.</w:t>
      </w:r>
    </w:p>
    <w:p>
      <w:pPr>
        <w:pStyle w:val="ListParagraph"/>
      </w:pPr>
      <w:r>
        <w:rPr>
          <w:sz w:val="22"/>
        </w:rPr>
        <w:t>B. $T = 2\pi\sqrt{\frac{k}{m}}$.</w:t>
      </w:r>
    </w:p>
    <w:p>
      <w:pPr>
        <w:pStyle w:val="ListParagraph"/>
      </w:pPr>
      <w:r>
        <w:rPr>
          <w:sz w:val="22"/>
        </w:rPr>
        <w:t>C. $T = \frac{1}{2\pi}\sqrt{\frac{k}{m}}$.</w:t>
      </w:r>
    </w:p>
    <w:p>
      <w:pPr>
        <w:pStyle w:val="ListParagraph"/>
      </w:pPr>
      <w:r>
        <w:rPr>
          <w:sz w:val="22"/>
        </w:rPr>
        <w:t>D. $T = \frac{1}{2\pi}\sqrt{\frac{m}{k}}$.</w:t>
      </w:r>
    </w:p>
    <w:p/>
    <w:p>
      <w:r>
        <w:rPr>
          <w:b/>
          <w:sz w:val="24"/>
        </w:rPr>
        <w:t>Câu 18: Tần số dao động của con lắc lò xo là</w:t>
      </w:r>
    </w:p>
    <w:p>
      <w:pPr>
        <w:pStyle w:val="ListParagraph"/>
      </w:pPr>
      <w:r>
        <w:rPr>
          <w:sz w:val="22"/>
        </w:rPr>
        <w:t>A. $f = \frac{1}{2\pi}\sqrt{\frac{k}{m}}$.</w:t>
      </w:r>
    </w:p>
    <w:p>
      <w:pPr>
        <w:pStyle w:val="ListParagraph"/>
      </w:pPr>
      <w:r>
        <w:rPr>
          <w:sz w:val="22"/>
        </w:rPr>
        <w:t>B. $f = \frac{1}{2\pi}\sqrt{\frac{m}{k}}$.</w:t>
      </w:r>
    </w:p>
    <w:p>
      <w:pPr>
        <w:pStyle w:val="ListParagraph"/>
      </w:pPr>
      <w:r>
        <w:rPr>
          <w:sz w:val="22"/>
        </w:rPr>
        <w:t>C. $f = 2\pi\sqrt{\frac{k}{m}}$.</w:t>
      </w:r>
    </w:p>
    <w:p>
      <w:pPr>
        <w:pStyle w:val="ListParagraph"/>
      </w:pPr>
      <w:r>
        <w:rPr>
          <w:sz w:val="22"/>
        </w:rPr>
        <w:t>D. $f = 2\pi\sqrt{\frac{m}{k}}$.</w:t>
      </w:r>
    </w:p>
    <w:p/>
    <w:p>
      <w:r>
        <w:rPr>
          <w:b/>
          <w:sz w:val="24"/>
        </w:rPr>
        <w:t>Câu 19: Một con lắc lò xo có $k = 100\,N/m$, $m = 1\,kg$. Chu kì dao động là</w:t>
      </w:r>
    </w:p>
    <w:p>
      <w:pPr>
        <w:pStyle w:val="ListParagraph"/>
      </w:pPr>
      <w:r>
        <w:rPr>
          <w:sz w:val="22"/>
        </w:rPr>
        <w:t>A. $\frac{\pi}{5}\,s$.</w:t>
      </w:r>
    </w:p>
    <w:p>
      <w:pPr>
        <w:pStyle w:val="ListParagraph"/>
      </w:pPr>
      <w:r>
        <w:rPr>
          <w:sz w:val="22"/>
        </w:rPr>
        <w:t>B. $5\pi\,s$.</w:t>
      </w:r>
    </w:p>
    <w:p>
      <w:pPr>
        <w:pStyle w:val="ListParagraph"/>
      </w:pPr>
      <w:r>
        <w:rPr>
          <w:sz w:val="22"/>
        </w:rPr>
        <w:t>C. $10\pi\,s$.</w:t>
      </w:r>
    </w:p>
    <w:p>
      <w:pPr>
        <w:pStyle w:val="ListParagraph"/>
      </w:pPr>
      <w:r>
        <w:rPr>
          <w:sz w:val="22"/>
        </w:rPr>
        <w:t>D. $\frac{1}{5\pi}\,s$.</w:t>
      </w:r>
    </w:p>
    <w:p/>
    <w:p>
      <w:r>
        <w:rPr>
          <w:b/>
          <w:sz w:val="24"/>
        </w:rPr>
        <w:t>Câu 20: Một con lắc lò xo có $k = 40\,N/m$, $m = 0,1\,kg$. Tần số góc là</w:t>
      </w:r>
    </w:p>
    <w:p>
      <w:pPr>
        <w:pStyle w:val="ListParagraph"/>
      </w:pPr>
      <w:r>
        <w:rPr>
          <w:sz w:val="22"/>
        </w:rPr>
        <w:t>A. $20\,rad/s$.</w:t>
      </w:r>
    </w:p>
    <w:p>
      <w:pPr>
        <w:pStyle w:val="ListParagraph"/>
      </w:pPr>
      <w:r>
        <w:rPr>
          <w:sz w:val="22"/>
        </w:rPr>
        <w:t>B. $2\,rad/s$.</w:t>
      </w:r>
    </w:p>
    <w:p>
      <w:pPr>
        <w:pStyle w:val="ListParagraph"/>
      </w:pPr>
      <w:r>
        <w:rPr>
          <w:sz w:val="22"/>
        </w:rPr>
        <w:t>C. $10\,rad/s$.</w:t>
      </w:r>
    </w:p>
    <w:p>
      <w:pPr>
        <w:pStyle w:val="ListParagraph"/>
      </w:pPr>
      <w:r>
        <w:rPr>
          <w:sz w:val="22"/>
        </w:rPr>
        <w:t>D. $40\,rad/s$.</w:t>
      </w:r>
    </w:p>
    <w:p/>
    <w:p>
      <w:r>
        <w:rPr>
          <w:b/>
          <w:sz w:val="24"/>
        </w:rPr>
        <w:t>Câu 21: Lực kéo về trong dao động của con lắc lò xo có biểu thức</w:t>
      </w:r>
    </w:p>
    <w:p>
      <w:pPr>
        <w:pStyle w:val="ListParagraph"/>
      </w:pPr>
      <w:r>
        <w:rPr>
          <w:sz w:val="22"/>
        </w:rPr>
        <w:t>A. $F = -kx$.</w:t>
      </w:r>
    </w:p>
    <w:p>
      <w:pPr>
        <w:pStyle w:val="ListParagraph"/>
      </w:pPr>
      <w:r>
        <w:rPr>
          <w:sz w:val="22"/>
        </w:rPr>
        <w:t>B. $F = -kA$.</w:t>
      </w:r>
    </w:p>
    <w:p>
      <w:pPr>
        <w:pStyle w:val="ListParagraph"/>
      </w:pPr>
      <w:r>
        <w:rPr>
          <w:sz w:val="22"/>
        </w:rPr>
        <w:t>C. $F = kx$.</w:t>
      </w:r>
    </w:p>
    <w:p>
      <w:pPr>
        <w:pStyle w:val="ListParagraph"/>
      </w:pPr>
      <w:r>
        <w:rPr>
          <w:sz w:val="22"/>
        </w:rPr>
        <w:t>D. $F = m\omega^2 x$.</w:t>
      </w:r>
    </w:p>
    <w:p/>
    <w:p>
      <w:r>
        <w:rPr>
          <w:b/>
          <w:sz w:val="24"/>
        </w:rPr>
        <w:t>Câu 22: Đối với con lắc lò xo treo thẳng đứng, tại vị trí cân bằng lò xo dãn một đoạn $\Delta l$. Chu kì dao động được tính bằng</w:t>
      </w:r>
    </w:p>
    <w:p>
      <w:pPr>
        <w:pStyle w:val="ListParagraph"/>
      </w:pPr>
      <w:r>
        <w:rPr>
          <w:sz w:val="22"/>
        </w:rPr>
        <w:t>A. $T = 2\pi\sqrt{\frac{\Delta l}{g}}$.</w:t>
      </w:r>
    </w:p>
    <w:p>
      <w:pPr>
        <w:pStyle w:val="ListParagraph"/>
      </w:pPr>
      <w:r>
        <w:rPr>
          <w:sz w:val="22"/>
        </w:rPr>
        <w:t>B. $T = 2\pi\sqrt{\frac{g}{\Delta l}}$.</w:t>
      </w:r>
    </w:p>
    <w:p>
      <w:pPr>
        <w:pStyle w:val="ListParagraph"/>
      </w:pPr>
      <w:r>
        <w:rPr>
          <w:sz w:val="22"/>
        </w:rPr>
        <w:t>C. $T = 2\pi\sqrt{\Delta l g}$.</w:t>
      </w:r>
    </w:p>
    <w:p>
      <w:pPr>
        <w:pStyle w:val="ListParagraph"/>
      </w:pPr>
      <w:r>
        <w:rPr>
          <w:sz w:val="22"/>
        </w:rPr>
        <w:t>D. $T = 2\pi\sqrt{\frac{1}{\Delta l g}}$.</w:t>
      </w:r>
    </w:p>
    <w:p/>
    <w:p>
      <w:r>
        <w:rPr>
          <w:b/>
          <w:sz w:val="24"/>
        </w:rPr>
        <w:t>Câu 23: Một con lắc lò xo treo thẳng đứng có độ dãn tại vị trí cân bằng là $10\,cm$. Lấy $g = 10\,m/s^2$. Chu kì dao động là</w:t>
      </w:r>
    </w:p>
    <w:p>
      <w:pPr>
        <w:pStyle w:val="ListParagraph"/>
      </w:pPr>
      <w:r>
        <w:rPr>
          <w:sz w:val="22"/>
        </w:rPr>
        <w:t>A. $0,2\pi\,s$.</w:t>
      </w:r>
    </w:p>
    <w:p>
      <w:pPr>
        <w:pStyle w:val="ListParagraph"/>
      </w:pPr>
      <w:r>
        <w:rPr>
          <w:sz w:val="22"/>
        </w:rPr>
        <w:t>B. $0,4\pi\,s$.</w:t>
      </w:r>
    </w:p>
    <w:p>
      <w:pPr>
        <w:pStyle w:val="ListParagraph"/>
      </w:pPr>
      <w:r>
        <w:rPr>
          <w:sz w:val="22"/>
        </w:rPr>
        <w:t>C. $0,1\pi\,s$.</w:t>
      </w:r>
    </w:p>
    <w:p>
      <w:pPr>
        <w:pStyle w:val="ListParagraph"/>
      </w:pPr>
      <w:r>
        <w:rPr>
          <w:sz w:val="22"/>
        </w:rPr>
        <w:t>D. $0,2\,s$.</w:t>
      </w:r>
    </w:p>
    <w:p/>
    <w:p>
      <w:r>
        <w:rPr>
          <w:b/>
          <w:sz w:val="24"/>
        </w:rPr>
        <w:t>Câu 24: Cơ năng của con lắc lò xo dao động điều hòa được bảo toàn và bằng</w:t>
      </w:r>
    </w:p>
    <w:p>
      <w:pPr>
        <w:pStyle w:val="ListParagraph"/>
      </w:pPr>
      <w:r>
        <w:rPr>
          <w:sz w:val="22"/>
        </w:rPr>
        <w:t>A. $\frac{1}{2}kA^2$.</w:t>
      </w:r>
    </w:p>
    <w:p>
      <w:pPr>
        <w:pStyle w:val="ListParagraph"/>
      </w:pPr>
      <w:r>
        <w:rPr>
          <w:sz w:val="22"/>
        </w:rPr>
        <w:t>B. $\frac{1}{2}mv^2$.</w:t>
      </w:r>
    </w:p>
    <w:p>
      <w:pPr>
        <w:pStyle w:val="ListParagraph"/>
      </w:pPr>
      <w:r>
        <w:rPr>
          <w:sz w:val="22"/>
        </w:rPr>
        <w:t>C. $\frac{1}{2}kx^2$.</w:t>
      </w:r>
    </w:p>
    <w:p>
      <w:pPr>
        <w:pStyle w:val="ListParagraph"/>
      </w:pPr>
      <w:r>
        <w:rPr>
          <w:sz w:val="22"/>
        </w:rPr>
        <w:t>D. $kA$.</w:t>
      </w:r>
    </w:p>
    <w:p/>
    <w:p>
      <w:r>
        <w:rPr>
          <w:b/>
          <w:sz w:val="24"/>
        </w:rPr>
        <w:t>Câu 25: Trong con lắc lò xo nằm ngang, lực đàn hồi tác dụng lên vật</w:t>
      </w:r>
    </w:p>
    <w:p>
      <w:pPr>
        <w:pStyle w:val="ListParagraph"/>
      </w:pPr>
      <w:r>
        <w:rPr>
          <w:sz w:val="22"/>
        </w:rPr>
        <w:t>A. luôn cùng chiều với chiều chuyển động.</w:t>
      </w:r>
    </w:p>
    <w:p>
      <w:pPr>
        <w:pStyle w:val="ListParagraph"/>
      </w:pPr>
      <w:r>
        <w:rPr>
          <w:sz w:val="22"/>
        </w:rPr>
        <w:t>B. luôn hướng về vị trí cân bằng.</w:t>
      </w:r>
    </w:p>
    <w:p>
      <w:pPr>
        <w:pStyle w:val="ListParagraph"/>
      </w:pPr>
      <w:r>
        <w:rPr>
          <w:sz w:val="22"/>
        </w:rPr>
        <w:t>C. luôn ngược chiều với chiều chuyển động.</w:t>
      </w:r>
    </w:p>
    <w:p>
      <w:pPr>
        <w:pStyle w:val="ListParagraph"/>
      </w:pPr>
      <w:r>
        <w:rPr>
          <w:sz w:val="22"/>
        </w:rPr>
        <w:t>D. có độ lớn không đổi.</w:t>
      </w:r>
    </w:p>
    <w:p/>
    <w:p>
      <w:r>
        <w:rPr>
          <w:b/>
          <w:sz w:val="24"/>
        </w:rPr>
        <w:t>Câu 26: Một con lắc lò xo có khối lượng $m = 200\,g$, độ cứng $k = 80\,N/m$. Chu kì dao động là</w:t>
      </w:r>
    </w:p>
    <w:p>
      <w:pPr>
        <w:pStyle w:val="ListParagraph"/>
      </w:pPr>
      <w:r>
        <w:rPr>
          <w:sz w:val="22"/>
        </w:rPr>
        <w:t>A. $\frac{\pi}{10}\,s$.</w:t>
      </w:r>
    </w:p>
    <w:p>
      <w:pPr>
        <w:pStyle w:val="ListParagraph"/>
      </w:pPr>
      <w:r>
        <w:rPr>
          <w:sz w:val="22"/>
        </w:rPr>
        <w:t>B. $\frac{\pi}{20}\,s$.</w:t>
      </w:r>
    </w:p>
    <w:p>
      <w:pPr>
        <w:pStyle w:val="ListParagraph"/>
      </w:pPr>
      <w:r>
        <w:rPr>
          <w:sz w:val="22"/>
        </w:rPr>
        <w:t>C. $\frac{2\pi}{10}\,s$.</w:t>
      </w:r>
    </w:p>
    <w:p>
      <w:pPr>
        <w:pStyle w:val="ListParagraph"/>
      </w:pPr>
      <w:r>
        <w:rPr>
          <w:sz w:val="22"/>
        </w:rPr>
        <w:t>D. $\frac{10}{\pi}\,s$.</w:t>
      </w:r>
    </w:p>
    <w:p/>
    <w:p>
      <w:r>
        <w:rPr>
          <w:b/>
          <w:sz w:val="24"/>
        </w:rPr>
        <w:t>Câu 27: Một con lắc lò xo dao động với biên độ $A$. Khi vật ở vị trí biên, động năng và thế năng lần lượt là</w:t>
      </w:r>
    </w:p>
    <w:p>
      <w:pPr>
        <w:pStyle w:val="ListParagraph"/>
      </w:pPr>
      <w:r>
        <w:rPr>
          <w:sz w:val="22"/>
        </w:rPr>
        <w:t>A. cực đại, cực tiểu.</w:t>
      </w:r>
    </w:p>
    <w:p>
      <w:pPr>
        <w:pStyle w:val="ListParagraph"/>
      </w:pPr>
      <w:r>
        <w:rPr>
          <w:sz w:val="22"/>
        </w:rPr>
        <w:t>B. cực tiểu, cực đại.</w:t>
      </w:r>
    </w:p>
    <w:p>
      <w:pPr>
        <w:pStyle w:val="ListParagraph"/>
      </w:pPr>
      <w:r>
        <w:rPr>
          <w:sz w:val="22"/>
        </w:rPr>
        <w:t>C. bằng nhau.</w:t>
      </w:r>
    </w:p>
    <w:p>
      <w:pPr>
        <w:pStyle w:val="ListParagraph"/>
      </w:pPr>
      <w:r>
        <w:rPr>
          <w:sz w:val="22"/>
        </w:rPr>
        <w:t>D. đều cực đại.</w:t>
      </w:r>
    </w:p>
    <w:p/>
    <w:p>
      <w:r>
        <w:rPr>
          <w:b/>
          <w:sz w:val="24"/>
        </w:rPr>
        <w:t>Câu 28: Một con lắc lò xo dao động với biên độ $A$. Khi vật ở vị trí cân bằng, động năng và thế năng lần lượt là</w:t>
      </w:r>
    </w:p>
    <w:p>
      <w:pPr>
        <w:pStyle w:val="ListParagraph"/>
      </w:pPr>
      <w:r>
        <w:rPr>
          <w:sz w:val="22"/>
        </w:rPr>
        <w:t>A. cực đại, cực tiểu.</w:t>
      </w:r>
    </w:p>
    <w:p>
      <w:pPr>
        <w:pStyle w:val="ListParagraph"/>
      </w:pPr>
      <w:r>
        <w:rPr>
          <w:sz w:val="22"/>
        </w:rPr>
        <w:t>B. cực tiểu, cực đại.</w:t>
      </w:r>
    </w:p>
    <w:p>
      <w:pPr>
        <w:pStyle w:val="ListParagraph"/>
      </w:pPr>
      <w:r>
        <w:rPr>
          <w:sz w:val="22"/>
        </w:rPr>
        <w:t>C. bằng nhau.</w:t>
      </w:r>
    </w:p>
    <w:p>
      <w:pPr>
        <w:pStyle w:val="ListParagraph"/>
      </w:pPr>
      <w:r>
        <w:rPr>
          <w:sz w:val="22"/>
        </w:rPr>
        <w:t>D. đều bằng không.</w:t>
      </w:r>
    </w:p>
    <w:p/>
    <w:p>
      <w:r>
        <w:rPr>
          <w:b/>
          <w:sz w:val="24"/>
        </w:rPr>
        <w:t>Câu 29: Độ cứng tương đương của hai lò xo ghép nối tiếp có độ cứng $k_1$, $k_2$ là</w:t>
      </w:r>
    </w:p>
    <w:p>
      <w:pPr>
        <w:pStyle w:val="ListParagraph"/>
      </w:pPr>
      <w:r>
        <w:rPr>
          <w:sz w:val="22"/>
        </w:rPr>
        <w:t>A. $k = k_1 + k_2$.</w:t>
      </w:r>
    </w:p>
    <w:p>
      <w:pPr>
        <w:pStyle w:val="ListParagraph"/>
      </w:pPr>
      <w:r>
        <w:rPr>
          <w:sz w:val="22"/>
        </w:rPr>
        <w:t>B. $k = \frac{k_1 k_2}{k_1 + k_2}$.</w:t>
      </w:r>
    </w:p>
    <w:p>
      <w:pPr>
        <w:pStyle w:val="ListParagraph"/>
      </w:pPr>
      <w:r>
        <w:rPr>
          <w:sz w:val="22"/>
        </w:rPr>
        <w:t>C. $k = k_1 - k_2$.</w:t>
      </w:r>
    </w:p>
    <w:p>
      <w:pPr>
        <w:pStyle w:val="ListParagraph"/>
      </w:pPr>
      <w:r>
        <w:rPr>
          <w:sz w:val="22"/>
        </w:rPr>
        <w:t>D. $k = \frac{1}{k_1 + k_2}$.</w:t>
      </w:r>
    </w:p>
    <w:p/>
    <w:p>
      <w:r>
        <w:rPr>
          <w:b/>
          <w:sz w:val="24"/>
        </w:rPr>
        <w:t>Câu 30: Độ cứng tương đương của hai lò xo ghép song song có độ cứng $k_1$, $k_2$ là</w:t>
      </w:r>
    </w:p>
    <w:p>
      <w:pPr>
        <w:pStyle w:val="ListParagraph"/>
      </w:pPr>
      <w:r>
        <w:rPr>
          <w:sz w:val="22"/>
        </w:rPr>
        <w:t>A. $k = k_1 + k_2$.</w:t>
      </w:r>
    </w:p>
    <w:p>
      <w:pPr>
        <w:pStyle w:val="ListParagraph"/>
      </w:pPr>
      <w:r>
        <w:rPr>
          <w:sz w:val="22"/>
        </w:rPr>
        <w:t>B. $k = \frac{k_1 k_2}{k_1 + k_2}$.</w:t>
      </w:r>
    </w:p>
    <w:p>
      <w:pPr>
        <w:pStyle w:val="ListParagraph"/>
      </w:pPr>
      <w:r>
        <w:rPr>
          <w:sz w:val="22"/>
        </w:rPr>
        <w:t>C. $k = k_1 - k_2$.</w:t>
      </w:r>
    </w:p>
    <w:p>
      <w:pPr>
        <w:pStyle w:val="ListParagraph"/>
      </w:pPr>
      <w:r>
        <w:rPr>
          <w:sz w:val="22"/>
        </w:rPr>
        <w:t>D. $k = \frac{1}{k_1 + k_2}$.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C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C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B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B</w:t>
      </w:r>
    </w:p>
    <w:p>
      <w:r>
        <w:rPr>
          <w:b/>
        </w:rPr>
        <w:t>Câu 11: Đáp án đúng: A</w:t>
      </w:r>
    </w:p>
    <w:p>
      <w:r>
        <w:rPr>
          <w:b/>
        </w:rPr>
        <w:t>Câu 12: Đáp án đúng: C</w:t>
      </w:r>
    </w:p>
    <w:p>
      <w:r>
        <w:rPr>
          <w:b/>
        </w:rPr>
        <w:t>Câu 13: Đáp án đúng: B</w:t>
      </w:r>
    </w:p>
    <w:p>
      <w:r>
        <w:rPr>
          <w:b/>
        </w:rPr>
        <w:t>Câu 14: Đáp án đúng: C</w:t>
      </w:r>
    </w:p>
    <w:p>
      <w:r>
        <w:rPr>
          <w:b/>
        </w:rPr>
        <w:t>Câu 15: Đáp án đúng: C</w:t>
      </w:r>
    </w:p>
    <w:p>
      <w:r>
        <w:rPr>
          <w:b/>
        </w:rPr>
        <w:t>Câu 16: Đáp án đúng: A</w:t>
      </w:r>
    </w:p>
    <w:p>
      <w:r>
        <w:rPr>
          <w:b/>
        </w:rPr>
        <w:t>Câu 17: Đáp án đúng: A</w:t>
      </w:r>
    </w:p>
    <w:p>
      <w:r>
        <w:rPr>
          <w:b/>
        </w:rPr>
        <w:t>Câu 18: Đáp án đúng: A</w:t>
      </w:r>
    </w:p>
    <w:p>
      <w:r>
        <w:rPr>
          <w:b/>
        </w:rPr>
        <w:t>Câu 19: Đáp án đúng: A</w:t>
      </w:r>
    </w:p>
    <w:p>
      <w:r>
        <w:rPr>
          <w:b/>
        </w:rPr>
        <w:t>Câu 20: Đáp án đúng: A</w:t>
      </w:r>
    </w:p>
    <w:p>
      <w:r>
        <w:rPr>
          <w:b/>
        </w:rPr>
        <w:t>Câu 21: Đáp án đúng: A</w:t>
      </w:r>
    </w:p>
    <w:p>
      <w:r>
        <w:rPr>
          <w:b/>
        </w:rPr>
        <w:t>Câu 22: Đáp án đúng: A</w:t>
      </w:r>
    </w:p>
    <w:p>
      <w:r>
        <w:rPr>
          <w:b/>
        </w:rPr>
        <w:t>Câu 23: Đáp án đúng: A</w:t>
      </w:r>
    </w:p>
    <w:p>
      <w:r>
        <w:rPr>
          <w:b/>
        </w:rPr>
        <w:t>Câu 24: Đáp án đúng: A</w:t>
      </w:r>
    </w:p>
    <w:p>
      <w:r>
        <w:rPr>
          <w:b/>
        </w:rPr>
        <w:t>Câu 25: Đáp án đúng: B</w:t>
      </w:r>
    </w:p>
    <w:p>
      <w:r>
        <w:rPr>
          <w:b/>
        </w:rPr>
        <w:t>Câu 26: Đáp án đúng: A</w:t>
      </w:r>
    </w:p>
    <w:p>
      <w:r>
        <w:rPr>
          <w:b/>
        </w:rPr>
        <w:t>Câu 27: Đáp án đúng: B</w:t>
      </w:r>
    </w:p>
    <w:p>
      <w:r>
        <w:rPr>
          <w:b/>
        </w:rPr>
        <w:t>Câu 28: Đáp án đúng: A</w:t>
      </w:r>
    </w:p>
    <w:p>
      <w:r>
        <w:rPr>
          <w:b/>
        </w:rPr>
        <w:t>Câu 29: Đáp án đúng: B</w:t>
      </w:r>
    </w:p>
    <w:p>
      <w:r>
        <w:rPr>
          <w:b/>
        </w:rPr>
        <w:t>Câu 30: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