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Truyền thống tốt đẹp của dân tộc Việt Nam là những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Truyền thống tốt đẹp của dân tộc Việt Nam là những giá trị:</w:t>
      </w:r>
    </w:p>
    <w:p>
      <w:pPr>
        <w:pStyle w:val="ListParagraph"/>
      </w:pPr>
      <w:r>
        <w:rPr>
          <w:sz w:val="22"/>
        </w:rPr>
        <w:t>A. Lạc hậu, không còn phù hợp với xã hội.</w:t>
      </w:r>
    </w:p>
    <w:p>
      <w:pPr>
        <w:pStyle w:val="ListParagraph"/>
      </w:pPr>
      <w:r>
        <w:rPr>
          <w:sz w:val="22"/>
        </w:rPr>
        <w:t>B. Tốt đẹp được hình thành trong quá trình lịch sử lâu dài.</w:t>
      </w:r>
    </w:p>
    <w:p>
      <w:pPr>
        <w:pStyle w:val="ListParagraph"/>
      </w:pPr>
      <w:r>
        <w:rPr>
          <w:sz w:val="22"/>
        </w:rPr>
        <w:t>C. Chỉ được hình thành trong thời hiện đại.</w:t>
      </w:r>
    </w:p>
    <w:p>
      <w:pPr>
        <w:pStyle w:val="ListParagraph"/>
      </w:pPr>
      <w:r>
        <w:rPr>
          <w:sz w:val="22"/>
        </w:rPr>
        <w:t>D. Chỉ có ở một số cá nhân.</w:t>
      </w:r>
    </w:p>
    <w:p/>
    <w:p>
      <w:r>
        <w:rPr>
          <w:b/>
          <w:sz w:val="24"/>
        </w:rPr>
        <w:t>Câu 2: Đâu là truyền thống tốt đẹp của dân tộc Việt Nam?</w:t>
      </w:r>
    </w:p>
    <w:p>
      <w:pPr>
        <w:pStyle w:val="ListParagraph"/>
      </w:pPr>
      <w:r>
        <w:rPr>
          <w:sz w:val="22"/>
        </w:rPr>
        <w:t>A. Lòng yêu nước.</w:t>
      </w:r>
    </w:p>
    <w:p>
      <w:pPr>
        <w:pStyle w:val="ListParagraph"/>
      </w:pPr>
      <w:r>
        <w:rPr>
          <w:sz w:val="22"/>
        </w:rPr>
        <w:t>B. Thói ích kỉ.</w:t>
      </w:r>
    </w:p>
    <w:p>
      <w:pPr>
        <w:pStyle w:val="ListParagraph"/>
      </w:pPr>
      <w:r>
        <w:rPr>
          <w:sz w:val="22"/>
        </w:rPr>
        <w:t>C. Sự đố kị.</w:t>
      </w:r>
    </w:p>
    <w:p>
      <w:pPr>
        <w:pStyle w:val="ListParagraph"/>
      </w:pPr>
      <w:r>
        <w:rPr>
          <w:sz w:val="22"/>
        </w:rPr>
        <w:t>D. Tính lười biếng.</w:t>
      </w:r>
    </w:p>
    <w:p/>
    <w:p>
      <w:r>
        <w:rPr>
          <w:b/>
          <w:sz w:val="24"/>
        </w:rPr>
        <w:t>Câu 3: Truyền thống nào thể hiện sự biết ơn đối với những người đã có công với đất nước?</w:t>
      </w:r>
    </w:p>
    <w:p>
      <w:pPr>
        <w:pStyle w:val="ListParagraph"/>
      </w:pPr>
      <w:r>
        <w:rPr>
          <w:sz w:val="22"/>
        </w:rPr>
        <w:t>A. Tôn sư trọng đạo.</w:t>
      </w:r>
    </w:p>
    <w:p>
      <w:pPr>
        <w:pStyle w:val="ListParagraph"/>
      </w:pPr>
      <w:r>
        <w:rPr>
          <w:sz w:val="22"/>
        </w:rPr>
        <w:t>B. Uống nước nhớ nguồn.</w:t>
      </w:r>
    </w:p>
    <w:p>
      <w:pPr>
        <w:pStyle w:val="ListParagraph"/>
      </w:pPr>
      <w:r>
        <w:rPr>
          <w:sz w:val="22"/>
        </w:rPr>
        <w:t>C. Cần cù lao động.</w:t>
      </w:r>
    </w:p>
    <w:p>
      <w:pPr>
        <w:pStyle w:val="ListParagraph"/>
      </w:pPr>
      <w:r>
        <w:rPr>
          <w:sz w:val="22"/>
        </w:rPr>
        <w:t>D. Đoàn kết quốc tế.</w:t>
      </w:r>
    </w:p>
    <w:p/>
    <w:p>
      <w:r>
        <w:rPr>
          <w:b/>
          <w:sz w:val="24"/>
        </w:rPr>
        <w:t>Câu 4: Ngô Quyền chiến thắng quân Nam Hán trên sông Bạch Đằng là thể hiện truyền thống gì của dân tộc ta?</w:t>
      </w:r>
    </w:p>
    <w:p>
      <w:pPr>
        <w:pStyle w:val="ListParagraph"/>
      </w:pPr>
      <w:r>
        <w:rPr>
          <w:sz w:val="22"/>
        </w:rPr>
        <w:t>A. Chống giặc ngoại xâm.</w:t>
      </w:r>
    </w:p>
    <w:p>
      <w:pPr>
        <w:pStyle w:val="ListParagraph"/>
      </w:pPr>
      <w:r>
        <w:rPr>
          <w:sz w:val="22"/>
        </w:rPr>
        <w:t>B. Biết ơn.</w:t>
      </w:r>
    </w:p>
    <w:p>
      <w:pPr>
        <w:pStyle w:val="ListParagraph"/>
      </w:pPr>
      <w:r>
        <w:rPr>
          <w:sz w:val="22"/>
        </w:rPr>
        <w:t>C. Cần cù lao động.</w:t>
      </w:r>
    </w:p>
    <w:p>
      <w:pPr>
        <w:pStyle w:val="ListParagraph"/>
      </w:pPr>
      <w:r>
        <w:rPr>
          <w:sz w:val="22"/>
        </w:rPr>
        <w:t>D. Hiếu học.</w:t>
      </w:r>
    </w:p>
    <w:p/>
    <w:p>
      <w:r>
        <w:rPr>
          <w:b/>
          <w:sz w:val="24"/>
        </w:rPr>
        <w:t>Câu 5: Mỗi dân tộc trên thế giới đều có sự khác nhau về:</w:t>
      </w:r>
    </w:p>
    <w:p>
      <w:pPr>
        <w:pStyle w:val="ListParagraph"/>
      </w:pPr>
      <w:r>
        <w:rPr>
          <w:sz w:val="22"/>
        </w:rPr>
        <w:t>A. Văn hóa, phong tục, tập quán.</w:t>
      </w:r>
    </w:p>
    <w:p>
      <w:pPr>
        <w:pStyle w:val="ListParagraph"/>
      </w:pPr>
      <w:r>
        <w:rPr>
          <w:sz w:val="22"/>
        </w:rPr>
        <w:t>B. Quyền được tôn trọng.</w:t>
      </w:r>
    </w:p>
    <w:p>
      <w:pPr>
        <w:pStyle w:val="ListParagraph"/>
      </w:pPr>
      <w:r>
        <w:rPr>
          <w:sz w:val="22"/>
        </w:rPr>
        <w:t>C. Giá trị làm người.</w:t>
      </w:r>
    </w:p>
    <w:p>
      <w:pPr>
        <w:pStyle w:val="ListParagraph"/>
      </w:pPr>
      <w:r>
        <w:rPr>
          <w:sz w:val="22"/>
        </w:rPr>
        <w:t>D. Quyền bình đẳng.</w:t>
      </w:r>
    </w:p>
    <w:p/>
    <w:p>
      <w:r>
        <w:rPr>
          <w:b/>
          <w:sz w:val="24"/>
        </w:rPr>
        <w:t>Câu 6: Tôn trọng sự đa dạng của các dân tộc là:</w:t>
      </w:r>
    </w:p>
    <w:p>
      <w:pPr>
        <w:pStyle w:val="ListParagraph"/>
      </w:pPr>
      <w:r>
        <w:rPr>
          <w:sz w:val="22"/>
        </w:rPr>
        <w:t>A. Chỉ tôn trọng dân tộc mình.</w:t>
      </w:r>
    </w:p>
    <w:p>
      <w:pPr>
        <w:pStyle w:val="ListParagraph"/>
      </w:pPr>
      <w:r>
        <w:rPr>
          <w:sz w:val="22"/>
        </w:rPr>
        <w:t>B. Tôn trọng sự khác biệt giữa các dân tộc.</w:t>
      </w:r>
    </w:p>
    <w:p>
      <w:pPr>
        <w:pStyle w:val="ListParagraph"/>
      </w:pPr>
      <w:r>
        <w:rPr>
          <w:sz w:val="22"/>
        </w:rPr>
        <w:t>C. Bắt buộc các dân tộc có phong tục giống nhau.</w:t>
      </w:r>
    </w:p>
    <w:p>
      <w:pPr>
        <w:pStyle w:val="ListParagraph"/>
      </w:pPr>
      <w:r>
        <w:rPr>
          <w:sz w:val="22"/>
        </w:rPr>
        <w:t>D. Cho rằng văn hóa dân tộc mình là tốt nhất.</w:t>
      </w:r>
    </w:p>
    <w:p/>
    <w:p>
      <w:r>
        <w:rPr>
          <w:b/>
          <w:sz w:val="24"/>
        </w:rPr>
        <w:t>Câu 7: Tôn trọng sự đa dạng của các dân tộc góp phần:</w:t>
      </w:r>
    </w:p>
    <w:p>
      <w:pPr>
        <w:pStyle w:val="ListParagraph"/>
      </w:pPr>
      <w:r>
        <w:rPr>
          <w:sz w:val="22"/>
        </w:rPr>
        <w:t>A. Gây chia rẽ giữa các dân tộc.</w:t>
      </w:r>
    </w:p>
    <w:p>
      <w:pPr>
        <w:pStyle w:val="ListParagraph"/>
      </w:pPr>
      <w:r>
        <w:rPr>
          <w:sz w:val="22"/>
        </w:rPr>
        <w:t>B. Làm mất bản sắc văn hóa.</w:t>
      </w:r>
    </w:p>
    <w:p>
      <w:pPr>
        <w:pStyle w:val="ListParagraph"/>
      </w:pPr>
      <w:r>
        <w:rPr>
          <w:sz w:val="22"/>
        </w:rPr>
        <w:t>C. Tăng cường tình hữu nghị và hợp tác giữa các dân tộc.</w:t>
      </w:r>
    </w:p>
    <w:p>
      <w:pPr>
        <w:pStyle w:val="ListParagraph"/>
      </w:pPr>
      <w:r>
        <w:rPr>
          <w:sz w:val="22"/>
        </w:rPr>
        <w:t>D. Tạo ra sự phân biệt đối xử.</w:t>
      </w:r>
    </w:p>
    <w:p/>
    <w:p>
      <w:r>
        <w:rPr>
          <w:b/>
          <w:sz w:val="24"/>
        </w:rPr>
        <w:t>Câu 8: Hành vi nào sau đây thể hiện sự tôn trọng sự đa dạng của các dân tộc?</w:t>
      </w:r>
    </w:p>
    <w:p>
      <w:pPr>
        <w:pStyle w:val="ListParagraph"/>
      </w:pPr>
      <w:r>
        <w:rPr>
          <w:sz w:val="22"/>
        </w:rPr>
        <w:t>A. Chê bai trang phục truyền thống của dân tộc khác.</w:t>
      </w:r>
    </w:p>
    <w:p>
      <w:pPr>
        <w:pStyle w:val="ListParagraph"/>
      </w:pPr>
      <w:r>
        <w:rPr>
          <w:sz w:val="22"/>
        </w:rPr>
        <w:t>B. Tìm hiểu và trân trọng phong tục của các dân tộc.</w:t>
      </w:r>
    </w:p>
    <w:p>
      <w:pPr>
        <w:pStyle w:val="ListParagraph"/>
      </w:pPr>
      <w:r>
        <w:rPr>
          <w:sz w:val="22"/>
        </w:rPr>
        <w:t>C. Chế giễu ngôn ngữ của dân tộc khác.</w:t>
      </w:r>
    </w:p>
    <w:p>
      <w:pPr>
        <w:pStyle w:val="ListParagraph"/>
      </w:pPr>
      <w:r>
        <w:rPr>
          <w:sz w:val="22"/>
        </w:rPr>
        <w:t>D. Phân biệt đối xử với người nước ngoài.</w:t>
      </w:r>
    </w:p>
    <w:p/>
    <w:p>
      <w:r>
        <w:rPr>
          <w:b/>
          <w:sz w:val="24"/>
        </w:rPr>
        <w:t>Câu 9: Lao động cần cù là người:</w:t>
      </w:r>
    </w:p>
    <w:p>
      <w:pPr>
        <w:pStyle w:val="ListParagraph"/>
      </w:pPr>
      <w:r>
        <w:rPr>
          <w:sz w:val="22"/>
        </w:rPr>
        <w:t>A. Lười biếng, ngại khó.</w:t>
      </w:r>
    </w:p>
    <w:p>
      <w:pPr>
        <w:pStyle w:val="ListParagraph"/>
      </w:pPr>
      <w:r>
        <w:rPr>
          <w:sz w:val="22"/>
        </w:rPr>
        <w:t>B. Chăm chỉ, chịu khó làm việc.</w:t>
      </w:r>
    </w:p>
    <w:p>
      <w:pPr>
        <w:pStyle w:val="ListParagraph"/>
      </w:pPr>
      <w:r>
        <w:rPr>
          <w:sz w:val="22"/>
        </w:rPr>
        <w:t>C. Chỉ làm việc khi được nhắc nhở.</w:t>
      </w:r>
    </w:p>
    <w:p>
      <w:pPr>
        <w:pStyle w:val="ListParagraph"/>
      </w:pPr>
      <w:r>
        <w:rPr>
          <w:sz w:val="22"/>
        </w:rPr>
        <w:t>D. Thường xuyên bỏ dở công việc.</w:t>
      </w:r>
    </w:p>
    <w:p/>
    <w:p>
      <w:r>
        <w:rPr>
          <w:b/>
          <w:sz w:val="24"/>
        </w:rPr>
        <w:t>Câu 10: Người lao động cần cù, sáng tạo thường có biểu hiện nào sau đây?</w:t>
      </w:r>
    </w:p>
    <w:p>
      <w:pPr>
        <w:pStyle w:val="ListParagraph"/>
      </w:pPr>
      <w:r>
        <w:rPr>
          <w:sz w:val="22"/>
        </w:rPr>
        <w:t>A. Kiên trì, tích cực tìm tòi trong công việc.</w:t>
      </w:r>
    </w:p>
    <w:p>
      <w:pPr>
        <w:pStyle w:val="ListParagraph"/>
      </w:pPr>
      <w:r>
        <w:rPr>
          <w:sz w:val="22"/>
        </w:rPr>
        <w:t>B. Ngại thay đổi cách làm.</w:t>
      </w:r>
    </w:p>
    <w:p>
      <w:pPr>
        <w:pStyle w:val="ListParagraph"/>
      </w:pPr>
      <w:r>
        <w:rPr>
          <w:sz w:val="22"/>
        </w:rPr>
        <w:t>C. Làm việc qua loa, đại khái.</w:t>
      </w:r>
    </w:p>
    <w:p>
      <w:pPr>
        <w:pStyle w:val="ListParagraph"/>
      </w:pPr>
      <w:r>
        <w:rPr>
          <w:sz w:val="22"/>
        </w:rPr>
        <w:t>D. Trông chờ vào sự giúp đỡ của người khác.</w:t>
      </w:r>
    </w:p>
    <w:p/>
    <w:p>
      <w:r>
        <w:rPr>
          <w:b/>
          <w:sz w:val="24"/>
        </w:rPr>
        <w:t>Câu 11: Biểu hiện nào sau đây thể hiện tính cần cù trong học tập?</w:t>
      </w:r>
    </w:p>
    <w:p>
      <w:pPr>
        <w:pStyle w:val="ListParagraph"/>
      </w:pPr>
      <w:r>
        <w:rPr>
          <w:sz w:val="22"/>
        </w:rPr>
        <w:t>A. Thường xuyên bỏ bài tập.</w:t>
      </w:r>
    </w:p>
    <w:p>
      <w:pPr>
        <w:pStyle w:val="ListParagraph"/>
      </w:pPr>
      <w:r>
        <w:rPr>
          <w:sz w:val="22"/>
        </w:rPr>
        <w:t>B. Chăm chỉ học bài và làm bài đầy đủ.</w:t>
      </w:r>
    </w:p>
    <w:p>
      <w:pPr>
        <w:pStyle w:val="ListParagraph"/>
      </w:pPr>
      <w:r>
        <w:rPr>
          <w:sz w:val="22"/>
        </w:rPr>
        <w:t>C. Chỉ học khi sắp kiểm tra.</w:t>
      </w:r>
    </w:p>
    <w:p>
      <w:pPr>
        <w:pStyle w:val="ListParagraph"/>
      </w:pPr>
      <w:r>
        <w:rPr>
          <w:sz w:val="22"/>
        </w:rPr>
        <w:t>D. Sao chép bài của bạn.</w:t>
      </w:r>
    </w:p>
    <w:p/>
    <w:p>
      <w:r>
        <w:rPr>
          <w:b/>
          <w:sz w:val="24"/>
        </w:rPr>
        <w:t>Câu 12: Biểu hiện nào sau đây thể hiện tính sáng tạo trong học tập?</w:t>
      </w:r>
    </w:p>
    <w:p>
      <w:pPr>
        <w:pStyle w:val="ListParagraph"/>
      </w:pPr>
      <w:r>
        <w:rPr>
          <w:sz w:val="22"/>
        </w:rPr>
        <w:t>A. Học thuộc lòng mà không hiểu bài.</w:t>
      </w:r>
    </w:p>
    <w:p>
      <w:pPr>
        <w:pStyle w:val="ListParagraph"/>
      </w:pPr>
      <w:r>
        <w:rPr>
          <w:sz w:val="22"/>
        </w:rPr>
        <w:t>B. Luôn chờ thầy cô giải sẵn.</w:t>
      </w:r>
    </w:p>
    <w:p>
      <w:pPr>
        <w:pStyle w:val="ListParagraph"/>
      </w:pPr>
      <w:r>
        <w:rPr>
          <w:sz w:val="22"/>
        </w:rPr>
        <w:t>C. Tìm nhiều cách giải khác nhau cho một bài toán.</w:t>
      </w:r>
    </w:p>
    <w:p>
      <w:pPr>
        <w:pStyle w:val="ListParagraph"/>
      </w:pPr>
      <w:r>
        <w:rPr>
          <w:sz w:val="22"/>
        </w:rPr>
        <w:t>D. Chép nguyên bài của bạn.</w:t>
      </w:r>
    </w:p>
    <w:p/>
    <w:p>
      <w:r>
        <w:rPr>
          <w:b/>
          <w:sz w:val="24"/>
        </w:rPr>
        <w:t>Câu 13: Truyền thống đoàn kết của dân tộc Việt Nam được thể hiện qua việc:</w:t>
      </w:r>
    </w:p>
    <w:p>
      <w:pPr>
        <w:pStyle w:val="ListParagraph"/>
      </w:pPr>
      <w:r>
        <w:rPr>
          <w:sz w:val="22"/>
        </w:rPr>
        <w:t>A. Chia rẽ, gây mất đoàn kết.</w:t>
      </w:r>
    </w:p>
    <w:p>
      <w:pPr>
        <w:pStyle w:val="ListParagraph"/>
      </w:pPr>
      <w:r>
        <w:rPr>
          <w:sz w:val="22"/>
        </w:rPr>
        <w:t>B. Giúp đỡ nhau khi gặp khó khăn.</w:t>
      </w:r>
    </w:p>
    <w:p>
      <w:pPr>
        <w:pStyle w:val="ListParagraph"/>
      </w:pPr>
      <w:r>
        <w:rPr>
          <w:sz w:val="22"/>
        </w:rPr>
        <w:t>C. Chỉ quan tâm đến lợi ích cá nhân.</w:t>
      </w:r>
    </w:p>
    <w:p>
      <w:pPr>
        <w:pStyle w:val="ListParagraph"/>
      </w:pPr>
      <w:r>
        <w:rPr>
          <w:sz w:val="22"/>
        </w:rPr>
        <w:t>D. Thờ ơ trước khó khăn của người khác.</w:t>
      </w:r>
    </w:p>
    <w:p/>
    <w:p>
      <w:r>
        <w:rPr>
          <w:b/>
          <w:sz w:val="24"/>
        </w:rPr>
        <w:t>Câu 14: Đâu là truyền thống tốt đẹp của dân tộc Việt Nam?</w:t>
      </w:r>
    </w:p>
    <w:p>
      <w:pPr>
        <w:pStyle w:val="ListParagraph"/>
      </w:pPr>
      <w:r>
        <w:rPr>
          <w:sz w:val="22"/>
        </w:rPr>
        <w:t>A. Vô cảm.</w:t>
      </w:r>
    </w:p>
    <w:p>
      <w:pPr>
        <w:pStyle w:val="ListParagraph"/>
      </w:pPr>
      <w:r>
        <w:rPr>
          <w:sz w:val="22"/>
        </w:rPr>
        <w:t>B. Lãng phí.</w:t>
      </w:r>
    </w:p>
    <w:p>
      <w:pPr>
        <w:pStyle w:val="ListParagraph"/>
      </w:pPr>
      <w:r>
        <w:rPr>
          <w:sz w:val="22"/>
        </w:rPr>
        <w:t>C. Nhân nghĩa.</w:t>
      </w:r>
    </w:p>
    <w:p>
      <w:pPr>
        <w:pStyle w:val="ListParagraph"/>
      </w:pPr>
      <w:r>
        <w:rPr>
          <w:sz w:val="22"/>
        </w:rPr>
        <w:t>D. Vô trách nhiệm.</w:t>
      </w:r>
    </w:p>
    <w:p/>
    <w:p>
      <w:r>
        <w:rPr>
          <w:b/>
          <w:sz w:val="24"/>
        </w:rPr>
        <w:t>Câu 15: Việc làm nào sau đây không thể hiện sự tôn trọng sự đa dạng của các dân tộc?</w:t>
      </w:r>
    </w:p>
    <w:p>
      <w:pPr>
        <w:pStyle w:val="ListParagraph"/>
      </w:pPr>
      <w:r>
        <w:rPr>
          <w:sz w:val="22"/>
        </w:rPr>
        <w:t>A. Tìm hiểu văn hóa các nước.</w:t>
      </w:r>
    </w:p>
    <w:p>
      <w:pPr>
        <w:pStyle w:val="ListParagraph"/>
      </w:pPr>
      <w:r>
        <w:rPr>
          <w:sz w:val="22"/>
        </w:rPr>
        <w:t>B. Học hỏi những giá trị tốt đẹp của các dân tộc.</w:t>
      </w:r>
    </w:p>
    <w:p>
      <w:pPr>
        <w:pStyle w:val="ListParagraph"/>
      </w:pPr>
      <w:r>
        <w:rPr>
          <w:sz w:val="22"/>
        </w:rPr>
        <w:t>C. Chê bai phong tục của dân tộc khác.</w:t>
      </w:r>
    </w:p>
    <w:p>
      <w:pPr>
        <w:pStyle w:val="ListParagraph"/>
      </w:pPr>
      <w:r>
        <w:rPr>
          <w:sz w:val="22"/>
        </w:rPr>
        <w:t>D. Tôn trọng trang phục truyền thống của các dân tộc.</w:t>
      </w:r>
    </w:p>
    <w:p/>
    <w:p>
      <w:r>
        <w:rPr>
          <w:b/>
          <w:sz w:val="24"/>
        </w:rPr>
        <w:t>Câu 16: Tôn trọng sự đa dạng của các dân tộc được thể hiện qua việc:</w:t>
      </w:r>
    </w:p>
    <w:p>
      <w:pPr>
        <w:pStyle w:val="ListParagraph"/>
      </w:pPr>
      <w:r>
        <w:rPr>
          <w:sz w:val="22"/>
        </w:rPr>
        <w:t>A. Phân biệt chủng tộc.</w:t>
      </w:r>
    </w:p>
    <w:p>
      <w:pPr>
        <w:pStyle w:val="ListParagraph"/>
      </w:pPr>
      <w:r>
        <w:rPr>
          <w:sz w:val="22"/>
        </w:rPr>
        <w:t>B. Kì thị người có văn hóa khác mình.</w:t>
      </w:r>
    </w:p>
    <w:p>
      <w:pPr>
        <w:pStyle w:val="ListParagraph"/>
      </w:pPr>
      <w:r>
        <w:rPr>
          <w:sz w:val="22"/>
        </w:rPr>
        <w:t>C. Tôn trọng ngôn ngữ, trang phục và phong tục của các dân tộc.</w:t>
      </w:r>
    </w:p>
    <w:p>
      <w:pPr>
        <w:pStyle w:val="ListParagraph"/>
      </w:pPr>
      <w:r>
        <w:rPr>
          <w:sz w:val="22"/>
        </w:rPr>
        <w:t>D. Chế giễu những tập quán khác biệt.</w:t>
      </w:r>
    </w:p>
    <w:p/>
    <w:p>
      <w:r>
        <w:rPr>
          <w:b/>
          <w:sz w:val="24"/>
        </w:rPr>
        <w:t>Câu 17: Cần cù, sáng tạo trong lao động giúp con người:</w:t>
      </w:r>
    </w:p>
    <w:p>
      <w:pPr>
        <w:pStyle w:val="ListParagraph"/>
      </w:pPr>
      <w:r>
        <w:rPr>
          <w:sz w:val="22"/>
        </w:rPr>
        <w:t>A. Nâng cao hiệu quả công việc.</w:t>
      </w:r>
    </w:p>
    <w:p>
      <w:pPr>
        <w:pStyle w:val="ListParagraph"/>
      </w:pPr>
      <w:r>
        <w:rPr>
          <w:sz w:val="22"/>
        </w:rPr>
        <w:t>B. Tránh mọi trách nhiệm.</w:t>
      </w:r>
    </w:p>
    <w:p>
      <w:pPr>
        <w:pStyle w:val="ListParagraph"/>
      </w:pPr>
      <w:r>
        <w:rPr>
          <w:sz w:val="22"/>
        </w:rPr>
        <w:t>C. Không cần học tập.</w:t>
      </w:r>
    </w:p>
    <w:p>
      <w:pPr>
        <w:pStyle w:val="ListParagraph"/>
      </w:pPr>
      <w:r>
        <w:rPr>
          <w:sz w:val="22"/>
        </w:rPr>
        <w:t>D. Luôn đạt kết quả mà không cần cố gắng.</w:t>
      </w:r>
    </w:p>
    <w:p/>
    <w:p>
      <w:r>
        <w:rPr>
          <w:b/>
          <w:sz w:val="24"/>
        </w:rPr>
        <w:t>Câu 18: Người có đức tính cần cù, sáng tạo trong lao động thường:</w:t>
      </w:r>
    </w:p>
    <w:p>
      <w:pPr>
        <w:pStyle w:val="ListParagraph"/>
      </w:pPr>
      <w:r>
        <w:rPr>
          <w:sz w:val="22"/>
        </w:rPr>
        <w:t>A. Đạt hiệu quả công việc tốt hơn.</w:t>
      </w:r>
    </w:p>
    <w:p>
      <w:pPr>
        <w:pStyle w:val="ListParagraph"/>
      </w:pPr>
      <w:r>
        <w:rPr>
          <w:sz w:val="22"/>
        </w:rPr>
        <w:t>B. Luôn né tránh nhiệm vụ khó.</w:t>
      </w:r>
    </w:p>
    <w:p>
      <w:pPr>
        <w:pStyle w:val="ListParagraph"/>
      </w:pPr>
      <w:r>
        <w:rPr>
          <w:sz w:val="22"/>
        </w:rPr>
        <w:t>C. Không cần rèn luyện bản thân.</w:t>
      </w:r>
    </w:p>
    <w:p>
      <w:pPr>
        <w:pStyle w:val="ListParagraph"/>
      </w:pPr>
      <w:r>
        <w:rPr>
          <w:sz w:val="22"/>
        </w:rPr>
        <w:t>D. Chỉ làm việc theo cảm hứng.</w:t>
      </w:r>
    </w:p>
    <w:p/>
    <w:p>
      <w:r>
        <w:rPr>
          <w:b/>
          <w:sz w:val="24"/>
        </w:rPr>
        <w:t>Câu 19: Trái với cần cù, sáng tạo trong lao động là:</w:t>
      </w:r>
    </w:p>
    <w:p>
      <w:pPr>
        <w:pStyle w:val="ListParagraph"/>
      </w:pPr>
      <w:r>
        <w:rPr>
          <w:sz w:val="22"/>
        </w:rPr>
        <w:t>A. Chăm chỉ, chịu khó.</w:t>
      </w:r>
    </w:p>
    <w:p>
      <w:pPr>
        <w:pStyle w:val="ListParagraph"/>
      </w:pPr>
      <w:r>
        <w:rPr>
          <w:sz w:val="22"/>
        </w:rPr>
        <w:t>B. Tích cực tìm tòi.</w:t>
      </w:r>
    </w:p>
    <w:p>
      <w:pPr>
        <w:pStyle w:val="ListParagraph"/>
      </w:pPr>
      <w:r>
        <w:rPr>
          <w:sz w:val="22"/>
        </w:rPr>
        <w:t>C. Lười biếng, thụ động.</w:t>
      </w:r>
    </w:p>
    <w:p>
      <w:pPr>
        <w:pStyle w:val="ListParagraph"/>
      </w:pPr>
      <w:r>
        <w:rPr>
          <w:sz w:val="22"/>
        </w:rPr>
        <w:t>D. Kiên trì, nỗ lực.</w:t>
      </w:r>
    </w:p>
    <w:p/>
    <w:p>
      <w:r>
        <w:rPr>
          <w:b/>
          <w:sz w:val="24"/>
        </w:rPr>
        <w:t>Câu 20: Lao động cần cù, sáng tạo là phẩm chất cần thiết đối với:</w:t>
      </w:r>
    </w:p>
    <w:p>
      <w:pPr>
        <w:pStyle w:val="ListParagraph"/>
      </w:pPr>
      <w:r>
        <w:rPr>
          <w:sz w:val="22"/>
        </w:rPr>
        <w:t>A. Chỉ người làm công việc chân tay.</w:t>
      </w:r>
    </w:p>
    <w:p>
      <w:pPr>
        <w:pStyle w:val="ListParagraph"/>
      </w:pPr>
      <w:r>
        <w:rPr>
          <w:sz w:val="22"/>
        </w:rPr>
        <w:t>B. Chỉ người làm công việc trí óc.</w:t>
      </w:r>
    </w:p>
    <w:p>
      <w:pPr>
        <w:pStyle w:val="ListParagraph"/>
      </w:pPr>
      <w:r>
        <w:rPr>
          <w:sz w:val="22"/>
        </w:rPr>
        <w:t>C. Mọi người trong học tập và lao động.</w:t>
      </w:r>
    </w:p>
    <w:p>
      <w:pPr>
        <w:pStyle w:val="ListParagraph"/>
      </w:pPr>
      <w:r>
        <w:rPr>
          <w:sz w:val="22"/>
        </w:rPr>
        <w:t>D. Chỉ người trưởng thành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