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Phần đầu tiên của bài báo cáo một vấn đề khoa học</w:t>
      </w:r>
    </w:p>
    <w:p>
      <w:pPr>
        <w:jc w:val="center"/>
      </w:pPr>
      <w:r>
        <w:rPr>
          <w:sz w:val="22"/>
        </w:rPr>
        <w:t>Số câu: 17    Thời gian: _____ phút    Họ và tên: _________________________</w:t>
      </w:r>
    </w:p>
    <w:p/>
    <w:p>
      <w:r>
        <w:rPr>
          <w:b/>
          <w:sz w:val="24"/>
        </w:rPr>
        <w:t>Câu 1: Phần đầu tiên của bài báo cáo một vấn đề khoa học là:</w:t>
      </w:r>
    </w:p>
    <w:p>
      <w:pPr>
        <w:pStyle w:val="ListParagraph"/>
      </w:pPr>
      <w:r>
        <w:rPr>
          <w:sz w:val="22"/>
        </w:rPr>
        <w:t>A. Giới thiệu</w:t>
      </w:r>
    </w:p>
    <w:p>
      <w:pPr>
        <w:pStyle w:val="ListParagraph"/>
      </w:pPr>
      <w:r>
        <w:rPr>
          <w:sz w:val="22"/>
        </w:rPr>
        <w:t>B. Tiêu đề</w:t>
      </w:r>
    </w:p>
    <w:p>
      <w:pPr>
        <w:pStyle w:val="ListParagraph"/>
      </w:pPr>
      <w:r>
        <w:rPr>
          <w:sz w:val="22"/>
        </w:rPr>
        <w:t>C. Tóm tắt</w:t>
      </w:r>
    </w:p>
    <w:p>
      <w:pPr>
        <w:pStyle w:val="ListParagraph"/>
      </w:pPr>
      <w:r>
        <w:rPr>
          <w:sz w:val="22"/>
        </w:rPr>
        <w:t>D. Phương pháp</w:t>
      </w:r>
    </w:p>
    <w:p/>
    <w:p>
      <w:r>
        <w:rPr>
          <w:b/>
          <w:sz w:val="24"/>
        </w:rPr>
        <w:t>Câu 2: Phần cuối cùng của bài báo cáo một vấn đề khoa học là:</w:t>
      </w:r>
    </w:p>
    <w:p>
      <w:pPr>
        <w:pStyle w:val="ListParagraph"/>
      </w:pPr>
      <w:r>
        <w:rPr>
          <w:sz w:val="22"/>
        </w:rPr>
        <w:t>A. Kết quả</w:t>
      </w:r>
    </w:p>
    <w:p>
      <w:pPr>
        <w:pStyle w:val="ListParagraph"/>
      </w:pPr>
      <w:r>
        <w:rPr>
          <w:sz w:val="22"/>
        </w:rPr>
        <w:t>B. Thảo luận</w:t>
      </w:r>
    </w:p>
    <w:p>
      <w:pPr>
        <w:pStyle w:val="ListParagraph"/>
      </w:pPr>
      <w:r>
        <w:rPr>
          <w:sz w:val="22"/>
        </w:rPr>
        <w:t>C. Kết luận</w:t>
      </w:r>
    </w:p>
    <w:p>
      <w:pPr>
        <w:pStyle w:val="ListParagraph"/>
      </w:pPr>
      <w:r>
        <w:rPr>
          <w:sz w:val="22"/>
        </w:rPr>
        <w:t>D. Tài liệu tham khảo</w:t>
      </w:r>
    </w:p>
    <w:p/>
    <w:p>
      <w:r>
        <w:rPr>
          <w:b/>
          <w:sz w:val="24"/>
        </w:rPr>
        <w:t>Câu 3: Khi trình bày một báo cáo treo tường cần lưu ý gì?</w:t>
      </w:r>
    </w:p>
    <w:p>
      <w:pPr>
        <w:pStyle w:val="ListParagraph"/>
      </w:pPr>
      <w:r>
        <w:rPr>
          <w:sz w:val="22"/>
        </w:rPr>
        <w:t>A. Nội dung càng chi tiết càng tốt.</w:t>
      </w:r>
    </w:p>
    <w:p>
      <w:pPr>
        <w:pStyle w:val="ListParagraph"/>
      </w:pPr>
      <w:r>
        <w:rPr>
          <w:sz w:val="22"/>
        </w:rPr>
        <w:t>B. Bắt buộc chọn định dạng dọc để trình bày được nhiều nội dung.</w:t>
      </w:r>
    </w:p>
    <w:p>
      <w:pPr>
        <w:pStyle w:val="ListParagraph"/>
      </w:pPr>
      <w:r>
        <w:rPr>
          <w:sz w:val="22"/>
        </w:rPr>
        <w:t>C. Dùng ít chữ, tập trung vào việc truyền đạt thông điệp chính thông qua hình ảnh và đồ thị.</w:t>
      </w:r>
    </w:p>
    <w:p>
      <w:pPr>
        <w:pStyle w:val="ListParagraph"/>
      </w:pPr>
      <w:r>
        <w:rPr>
          <w:sz w:val="22"/>
        </w:rPr>
        <w:t>D. Màu sắc sặc sỡ, kích thước chữ to dễ nhìn.</w:t>
      </w:r>
    </w:p>
    <w:p/>
    <w:p>
      <w:r>
        <w:rPr>
          <w:b/>
          <w:sz w:val="24"/>
        </w:rPr>
        <w:t>Câu 4: Dụng cụ nào sau đây dùng để phát hiện dòng điện cảm ứng?</w:t>
      </w:r>
    </w:p>
    <w:p>
      <w:pPr>
        <w:pStyle w:val="ListParagraph"/>
      </w:pPr>
      <w:r>
        <w:rPr>
          <w:sz w:val="22"/>
        </w:rPr>
        <w:t>A. Đồng hồ đo điện đa năng.</w:t>
      </w:r>
    </w:p>
    <w:p>
      <w:pPr>
        <w:pStyle w:val="ListParagraph"/>
      </w:pPr>
      <w:r>
        <w:rPr>
          <w:sz w:val="22"/>
        </w:rPr>
        <w:t>B. Điện kế.</w:t>
      </w:r>
    </w:p>
    <w:p>
      <w:pPr>
        <w:pStyle w:val="ListParagraph"/>
      </w:pPr>
      <w:r>
        <w:rPr>
          <w:sz w:val="22"/>
        </w:rPr>
        <w:t>C. Cuộn dây dẫn có hai đèn LED mắc song song.</w:t>
      </w:r>
    </w:p>
    <w:p>
      <w:pPr>
        <w:pStyle w:val="ListParagraph"/>
      </w:pPr>
      <w:r>
        <w:rPr>
          <w:sz w:val="22"/>
        </w:rPr>
        <w:t>D. Nhiệt kế.</w:t>
      </w:r>
    </w:p>
    <w:p/>
    <w:p>
      <w:r>
        <w:rPr>
          <w:b/>
          <w:sz w:val="24"/>
        </w:rPr>
        <w:t>Câu 5: Bảng chia độ dùng để làm gì?</w:t>
      </w:r>
    </w:p>
    <w:p>
      <w:pPr>
        <w:pStyle w:val="ListParagraph"/>
      </w:pPr>
      <w:r>
        <w:rPr>
          <w:sz w:val="22"/>
        </w:rPr>
        <w:t>A. Tạo ra chùm sáng hẹp.</w:t>
      </w:r>
    </w:p>
    <w:p>
      <w:pPr>
        <w:pStyle w:val="ListParagraph"/>
      </w:pPr>
      <w:r>
        <w:rPr>
          <w:sz w:val="22"/>
        </w:rPr>
        <w:t>B. Đo chiều dài.</w:t>
      </w:r>
    </w:p>
    <w:p>
      <w:pPr>
        <w:pStyle w:val="ListParagraph"/>
      </w:pPr>
      <w:r>
        <w:rPr>
          <w:sz w:val="22"/>
        </w:rPr>
        <w:t>C. Đọc giá trị góc tới, góc khúc xạ, góc phản xạ.</w:t>
      </w:r>
    </w:p>
    <w:p>
      <w:pPr>
        <w:pStyle w:val="ListParagraph"/>
      </w:pPr>
      <w:r>
        <w:rPr>
          <w:sz w:val="22"/>
        </w:rPr>
        <w:t>D. Quan sát ảnh qua thấu kính.</w:t>
      </w:r>
    </w:p>
    <w:p/>
    <w:p>
      <w:r>
        <w:rPr>
          <w:b/>
          <w:sz w:val="24"/>
        </w:rPr>
        <w:t>Câu 6: Để tạo ra tia sáng, chùm sáng ta có thể dùng dụng cụ nào?</w:t>
      </w:r>
    </w:p>
    <w:p>
      <w:pPr>
        <w:pStyle w:val="ListParagraph"/>
      </w:pPr>
      <w:r>
        <w:rPr>
          <w:sz w:val="22"/>
        </w:rPr>
        <w:t>A. Đèn pin.</w:t>
      </w:r>
    </w:p>
    <w:p>
      <w:pPr>
        <w:pStyle w:val="ListParagraph"/>
      </w:pPr>
      <w:r>
        <w:rPr>
          <w:sz w:val="22"/>
        </w:rPr>
        <w:t>B. Đèn dây tóc và các tấm chắn sáng có khe hẹp.</w:t>
      </w:r>
    </w:p>
    <w:p>
      <w:pPr>
        <w:pStyle w:val="ListParagraph"/>
      </w:pPr>
      <w:r>
        <w:rPr>
          <w:sz w:val="22"/>
        </w:rPr>
        <w:t>C. Bản bán trụ và bảng chia độ.</w:t>
      </w:r>
    </w:p>
    <w:p>
      <w:pPr>
        <w:pStyle w:val="ListParagraph"/>
      </w:pPr>
      <w:r>
        <w:rPr>
          <w:sz w:val="22"/>
        </w:rPr>
        <w:t>D. Đồng hồ đo điện đa năng.</w:t>
      </w:r>
    </w:p>
    <w:p/>
    <w:p>
      <w:r>
        <w:rPr>
          <w:b/>
          <w:sz w:val="24"/>
        </w:rPr>
        <w:t>Câu 7: Điện kế dùng để làm gì?</w:t>
      </w:r>
    </w:p>
    <w:p>
      <w:pPr>
        <w:pStyle w:val="ListParagraph"/>
      </w:pPr>
      <w:r>
        <w:rPr>
          <w:sz w:val="22"/>
        </w:rPr>
        <w:t>A. Đo góc.</w:t>
      </w:r>
    </w:p>
    <w:p>
      <w:pPr>
        <w:pStyle w:val="ListParagraph"/>
      </w:pPr>
      <w:r>
        <w:rPr>
          <w:sz w:val="22"/>
        </w:rPr>
        <w:t>B. Phát hiện dòng điện cảm ứng.</w:t>
      </w:r>
    </w:p>
    <w:p>
      <w:pPr>
        <w:pStyle w:val="ListParagraph"/>
      </w:pPr>
      <w:r>
        <w:rPr>
          <w:sz w:val="22"/>
        </w:rPr>
        <w:t>C. Đo cường độ dòng điện.</w:t>
      </w:r>
    </w:p>
    <w:p>
      <w:pPr>
        <w:pStyle w:val="ListParagraph"/>
      </w:pPr>
      <w:r>
        <w:rPr>
          <w:sz w:val="22"/>
        </w:rPr>
        <w:t>D. Đo điện trở.</w:t>
      </w:r>
    </w:p>
    <w:p/>
    <w:p>
      <w:r>
        <w:rPr>
          <w:b/>
          <w:sz w:val="24"/>
        </w:rPr>
        <w:t>Câu 8: Đâu là các dụng cụ thí nghiệm quang học thường dùng?</w:t>
      </w:r>
    </w:p>
    <w:p>
      <w:pPr>
        <w:pStyle w:val="ListParagraph"/>
      </w:pPr>
      <w:r>
        <w:rPr>
          <w:sz w:val="22"/>
        </w:rPr>
        <w:t>A. Nguồn sáng, bảng chia độ, điện kế, bát sứ.</w:t>
      </w:r>
    </w:p>
    <w:p>
      <w:pPr>
        <w:pStyle w:val="ListParagraph"/>
      </w:pPr>
      <w:r>
        <w:rPr>
          <w:sz w:val="22"/>
        </w:rPr>
        <w:t>B. Nguồn sáng, bảng chia độ, đồng hồ đo điện đa năng, bát sứ.</w:t>
      </w:r>
    </w:p>
    <w:p>
      <w:pPr>
        <w:pStyle w:val="ListParagraph"/>
      </w:pPr>
      <w:r>
        <w:rPr>
          <w:sz w:val="22"/>
        </w:rPr>
        <w:t>C. Nguồn sáng, bảng chia độ, đèn pin, thấu kính.</w:t>
      </w:r>
    </w:p>
    <w:p>
      <w:pPr>
        <w:pStyle w:val="ListParagraph"/>
      </w:pPr>
      <w:r>
        <w:rPr>
          <w:sz w:val="22"/>
        </w:rPr>
        <w:t>D. Nguồn sáng, bảng chia độ, điện kế, cuộn dây dẫn có hai đèn LED.</w:t>
      </w:r>
    </w:p>
    <w:p/>
    <w:p>
      <w:r>
        <w:rPr>
          <w:b/>
          <w:sz w:val="24"/>
        </w:rPr>
        <w:t>Câu 9: Dụng cụ nào sau đây dùng để phân tán nhiệt khi đốt?</w:t>
      </w:r>
    </w:p>
    <w:p>
      <w:pPr>
        <w:pStyle w:val="ListParagraph"/>
      </w:pPr>
      <w:r>
        <w:rPr>
          <w:sz w:val="22"/>
        </w:rPr>
        <w:t>A. Lưới tản nhiệt.</w:t>
      </w:r>
    </w:p>
    <w:p>
      <w:pPr>
        <w:pStyle w:val="ListParagraph"/>
      </w:pPr>
      <w:r>
        <w:rPr>
          <w:sz w:val="22"/>
        </w:rPr>
        <w:t>B. Bát sứ.</w:t>
      </w:r>
    </w:p>
    <w:p>
      <w:pPr>
        <w:pStyle w:val="ListParagraph"/>
      </w:pPr>
      <w:r>
        <w:rPr>
          <w:sz w:val="22"/>
        </w:rPr>
        <w:t>C. Bình cầu.</w:t>
      </w:r>
    </w:p>
    <w:p>
      <w:pPr>
        <w:pStyle w:val="ListParagraph"/>
      </w:pPr>
      <w:r>
        <w:rPr>
          <w:sz w:val="22"/>
        </w:rPr>
        <w:t>D. Phễu chiết.</w:t>
      </w:r>
    </w:p>
    <w:p/>
    <w:p>
      <w:r>
        <w:rPr>
          <w:b/>
          <w:sz w:val="24"/>
        </w:rPr>
        <w:t>Câu 10: Các hóa chất cần được bảo quản như thế nào?</w:t>
      </w:r>
    </w:p>
    <w:p>
      <w:pPr>
        <w:pStyle w:val="ListParagraph"/>
      </w:pPr>
      <w:r>
        <w:rPr>
          <w:sz w:val="22"/>
        </w:rPr>
        <w:t>A. Trong chai hoặc lọ nhựa, để ở chỗ tối.</w:t>
      </w:r>
    </w:p>
    <w:p>
      <w:pPr>
        <w:pStyle w:val="ListParagraph"/>
      </w:pPr>
      <w:r>
        <w:rPr>
          <w:sz w:val="22"/>
        </w:rPr>
        <w:t>B. Trong chai hoặc lọ, được dán nhãn ghi thông tin về hóa chất.</w:t>
      </w:r>
    </w:p>
    <w:p>
      <w:pPr>
        <w:pStyle w:val="ListParagraph"/>
      </w:pPr>
      <w:r>
        <w:rPr>
          <w:sz w:val="22"/>
        </w:rPr>
        <w:t>C. Trong chai hoặc lọ, có nắp đậy.</w:t>
      </w:r>
    </w:p>
    <w:p>
      <w:pPr>
        <w:pStyle w:val="ListParagraph"/>
      </w:pPr>
      <w:r>
        <w:rPr>
          <w:sz w:val="22"/>
        </w:rPr>
        <w:t>D. Trong chai hoặc lọ, có nắp đậy và được dán nhãn ghi thông tin về hóa chất.</w:t>
      </w:r>
    </w:p>
    <w:p/>
    <w:p>
      <w:r>
        <w:rPr>
          <w:b/>
          <w:sz w:val="24"/>
        </w:rPr>
        <w:t>Câu 11: Thông thường bài báo cáo một vấn đề khoa học có cấu trúc như thế nào?</w:t>
      </w:r>
    </w:p>
    <w:p>
      <w:pPr>
        <w:pStyle w:val="ListParagraph"/>
      </w:pPr>
      <w:r>
        <w:rPr>
          <w:sz w:val="22"/>
        </w:rPr>
        <w:t>A. Gồm tiêu đề, phương pháp, thảo luận và kết quả.</w:t>
      </w:r>
    </w:p>
    <w:p>
      <w:pPr>
        <w:pStyle w:val="ListParagraph"/>
      </w:pPr>
      <w:r>
        <w:rPr>
          <w:sz w:val="22"/>
        </w:rPr>
        <w:t>B. Gồm tiêu đề, tóm tắt, giới thiệu, phương pháp, kết luận, tài liệu tham khảo, thảo luận và kết quả.</w:t>
      </w:r>
    </w:p>
    <w:p>
      <w:pPr>
        <w:pStyle w:val="ListParagraph"/>
      </w:pPr>
      <w:r>
        <w:rPr>
          <w:sz w:val="22"/>
        </w:rPr>
        <w:t>C. Gồm tiêu đề, tóm tắt, giới thiệu, phương pháp, thảo luận và kết quả.</w:t>
      </w:r>
    </w:p>
    <w:p>
      <w:pPr>
        <w:pStyle w:val="ListParagraph"/>
      </w:pPr>
      <w:r>
        <w:rPr>
          <w:sz w:val="22"/>
        </w:rPr>
        <w:t>D. Gồm tiêu đề, phương pháp, thảo luận, kết luận và kết quả.</w:t>
      </w:r>
    </w:p>
    <w:p/>
    <w:p>
      <w:r>
        <w:rPr>
          <w:b/>
          <w:sz w:val="24"/>
        </w:rPr>
        <w:t>Câu 12: Nội dung báo cáo treo tường có cấu trúc như thế nào?</w:t>
      </w:r>
    </w:p>
    <w:p>
      <w:pPr>
        <w:pStyle w:val="ListParagraph"/>
      </w:pPr>
      <w:r>
        <w:rPr>
          <w:sz w:val="22"/>
        </w:rPr>
        <w:t>A. Giới thiệu, phương pháp, kết quả, kết luận, tài liệu tham khảo.</w:t>
      </w:r>
    </w:p>
    <w:p>
      <w:pPr>
        <w:pStyle w:val="ListParagraph"/>
      </w:pPr>
      <w:r>
        <w:rPr>
          <w:sz w:val="22"/>
        </w:rPr>
        <w:t>B. Giới thiệu, kết quả, thảo luận, tài liệu tham khảo.</w:t>
      </w:r>
    </w:p>
    <w:p>
      <w:pPr>
        <w:pStyle w:val="ListParagraph"/>
      </w:pPr>
      <w:r>
        <w:rPr>
          <w:sz w:val="22"/>
        </w:rPr>
        <w:t>C. Giới thiệu, phương pháp, kết quả, tài liệu tham khảo.</w:t>
      </w:r>
    </w:p>
    <w:p>
      <w:pPr>
        <w:pStyle w:val="ListParagraph"/>
      </w:pPr>
      <w:r>
        <w:rPr>
          <w:sz w:val="22"/>
        </w:rPr>
        <w:t>D. Giới thiệu, phương pháp, kết quả, thảo luận, tài liệu tham khảo.</w:t>
      </w:r>
    </w:p>
    <w:p/>
    <w:p>
      <w:r>
        <w:rPr>
          <w:b/>
          <w:sz w:val="24"/>
        </w:rPr>
        <w:t>Câu 13: Kim loại có những tính chất vật lý chung nào sau đây?</w:t>
      </w:r>
    </w:p>
    <w:p>
      <w:pPr>
        <w:pStyle w:val="ListParagraph"/>
      </w:pPr>
      <w:r>
        <w:rPr>
          <w:sz w:val="22"/>
        </w:rPr>
        <w:t>A. Tính dẻo, tính dẫn điện, nhiệt độ nóng chảy cao.</w:t>
      </w:r>
    </w:p>
    <w:p>
      <w:pPr>
        <w:pStyle w:val="ListParagraph"/>
      </w:pPr>
      <w:r>
        <w:rPr>
          <w:sz w:val="22"/>
        </w:rPr>
        <w:t>B. Tính dẫn điện, tính dẫn nhiệt, có khối lượng riêng lớn và có ánh kim.</w:t>
      </w:r>
    </w:p>
    <w:p>
      <w:pPr>
        <w:pStyle w:val="ListParagraph"/>
      </w:pPr>
      <w:r>
        <w:rPr>
          <w:sz w:val="22"/>
        </w:rPr>
        <w:t>C. Tính dẻo, tính dẫn điện, tính dẫn nhiệt và có ánh kim.</w:t>
      </w:r>
    </w:p>
    <w:p>
      <w:pPr>
        <w:pStyle w:val="ListParagraph"/>
      </w:pPr>
      <w:r>
        <w:rPr>
          <w:sz w:val="22"/>
        </w:rPr>
        <w:t>D. Tính dẻo, có ánh kim, rất cứng.</w:t>
      </w:r>
    </w:p>
    <w:p/>
    <w:p>
      <w:r>
        <w:rPr>
          <w:b/>
          <w:sz w:val="24"/>
        </w:rPr>
        <w:t>Câu 14: Trong các kim loại sau đây, kim loại dẻo nhất là:</w:t>
      </w:r>
    </w:p>
    <w:p>
      <w:pPr>
        <w:pStyle w:val="ListParagraph"/>
      </w:pPr>
      <w:r>
        <w:rPr>
          <w:sz w:val="22"/>
        </w:rPr>
        <w:t>A. Đồng (Cu).</w:t>
      </w:r>
    </w:p>
    <w:p>
      <w:pPr>
        <w:pStyle w:val="ListParagraph"/>
      </w:pPr>
      <w:r>
        <w:rPr>
          <w:sz w:val="22"/>
        </w:rPr>
        <w:t>B. Nhôm (Al).</w:t>
      </w:r>
    </w:p>
    <w:p>
      <w:pPr>
        <w:pStyle w:val="ListParagraph"/>
      </w:pPr>
      <w:r>
        <w:rPr>
          <w:sz w:val="22"/>
        </w:rPr>
        <w:t>C. Bạc (Ag).</w:t>
      </w:r>
    </w:p>
    <w:p>
      <w:pPr>
        <w:pStyle w:val="ListParagraph"/>
      </w:pPr>
      <w:r>
        <w:rPr>
          <w:sz w:val="22"/>
        </w:rPr>
        <w:t>D. Vàng (Au).</w:t>
      </w:r>
    </w:p>
    <w:p/>
    <w:p>
      <w:r>
        <w:rPr>
          <w:b/>
          <w:sz w:val="24"/>
        </w:rPr>
        <w:t>Câu 15: Hầu hết kim loại tác dụng với oxygen tạo thành:</w:t>
      </w:r>
    </w:p>
    <w:p>
      <w:pPr>
        <w:pStyle w:val="ListParagraph"/>
      </w:pPr>
      <w:r>
        <w:rPr>
          <w:sz w:val="22"/>
        </w:rPr>
        <w:t>A. Oxide</w:t>
      </w:r>
    </w:p>
    <w:p>
      <w:pPr>
        <w:pStyle w:val="ListParagraph"/>
      </w:pPr>
      <w:r>
        <w:rPr>
          <w:sz w:val="22"/>
        </w:rPr>
        <w:t>B. Muối</w:t>
      </w:r>
    </w:p>
    <w:p>
      <w:pPr>
        <w:pStyle w:val="ListParagraph"/>
      </w:pPr>
      <w:r>
        <w:rPr>
          <w:sz w:val="22"/>
        </w:rPr>
        <w:t>C. Acid</w:t>
      </w:r>
    </w:p>
    <w:p>
      <w:pPr>
        <w:pStyle w:val="ListParagraph"/>
      </w:pPr>
      <w:r>
        <w:rPr>
          <w:sz w:val="22"/>
        </w:rPr>
        <w:t>D. Base</w:t>
      </w:r>
    </w:p>
    <w:p/>
    <w:p>
      <w:r>
        <w:rPr>
          <w:b/>
          <w:sz w:val="24"/>
        </w:rPr>
        <w:t>Câu 16: Các kim loại nào sau đây tác dụng được với dung dịch HCl?</w:t>
      </w:r>
    </w:p>
    <w:p>
      <w:pPr>
        <w:pStyle w:val="ListParagraph"/>
      </w:pPr>
      <w:r>
        <w:rPr>
          <w:sz w:val="22"/>
        </w:rPr>
        <w:t>A. Au, Mg.</w:t>
      </w:r>
    </w:p>
    <w:p>
      <w:pPr>
        <w:pStyle w:val="ListParagraph"/>
      </w:pPr>
      <w:r>
        <w:rPr>
          <w:sz w:val="22"/>
        </w:rPr>
        <w:t>B. Al, Fe.</w:t>
      </w:r>
    </w:p>
    <w:p>
      <w:pPr>
        <w:pStyle w:val="ListParagraph"/>
      </w:pPr>
      <w:r>
        <w:rPr>
          <w:sz w:val="22"/>
        </w:rPr>
        <w:t>C. Zn, Ag.</w:t>
      </w:r>
    </w:p>
    <w:p>
      <w:pPr>
        <w:pStyle w:val="ListParagraph"/>
      </w:pPr>
      <w:r>
        <w:rPr>
          <w:sz w:val="22"/>
        </w:rPr>
        <w:t>D. Cu, Na.</w:t>
      </w:r>
    </w:p>
    <w:p/>
    <w:p>
      <w:r>
        <w:rPr>
          <w:b/>
          <w:sz w:val="24"/>
        </w:rPr>
        <w:t>Câu 17: Ở điều kiện thường, kim loại nào sau đây tác dụng mạnh với H_2 O?</w:t>
      </w:r>
    </w:p>
    <w:p>
      <w:pPr>
        <w:pStyle w:val="ListParagraph"/>
      </w:pPr>
      <w:r>
        <w:rPr>
          <w:sz w:val="22"/>
        </w:rPr>
        <w:t>A. Fe.</w:t>
      </w:r>
    </w:p>
    <w:p>
      <w:pPr>
        <w:pStyle w:val="ListParagraph"/>
      </w:pPr>
      <w:r>
        <w:rPr>
          <w:sz w:val="22"/>
        </w:rPr>
        <w:t>B. Na.</w:t>
      </w:r>
    </w:p>
    <w:p>
      <w:pPr>
        <w:pStyle w:val="ListParagraph"/>
      </w:pPr>
      <w:r>
        <w:rPr>
          <w:sz w:val="22"/>
        </w:rPr>
        <w:t>C. Cu.</w:t>
      </w:r>
    </w:p>
    <w:p>
      <w:pPr>
        <w:pStyle w:val="ListParagraph"/>
      </w:pPr>
      <w:r>
        <w:rPr>
          <w:sz w:val="22"/>
        </w:rPr>
        <w:t>D. Mg.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