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Chủ đề 1. THẾ GIỚI TRONG VÀ SAU CHIẾN TRANH L...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Liên hợp quốc chính thức thành lập vào ngày tháng năm nào?</w:t>
      </w:r>
    </w:p>
    <w:p>
      <w:pPr>
        <w:pStyle w:val="ListParagraph"/>
      </w:pPr>
      <w:r>
        <w:rPr>
          <w:sz w:val="22"/>
        </w:rPr>
        <w:t>A. 24/10/1945</w:t>
      </w:r>
    </w:p>
    <w:p>
      <w:pPr>
        <w:pStyle w:val="ListParagraph"/>
      </w:pPr>
      <w:r>
        <w:rPr>
          <w:sz w:val="22"/>
        </w:rPr>
        <w:t>B. 2/1945</w:t>
      </w:r>
    </w:p>
    <w:p>
      <w:pPr>
        <w:pStyle w:val="ListParagraph"/>
      </w:pPr>
      <w:r>
        <w:rPr>
          <w:sz w:val="22"/>
        </w:rPr>
        <w:t>C. 4/1945</w:t>
      </w:r>
    </w:p>
    <w:p>
      <w:pPr>
        <w:pStyle w:val="ListParagraph"/>
      </w:pPr>
      <w:r>
        <w:rPr>
          <w:sz w:val="22"/>
        </w:rPr>
        <w:t>D. 1943</w:t>
      </w:r>
    </w:p>
    <w:p/>
    <w:p>
      <w:r>
        <w:rPr>
          <w:b/>
          <w:sz w:val="24"/>
        </w:rPr>
        <w:t>Câu 2: Hội nghị Ianta diễn ra vào thời gian nào?</w:t>
      </w:r>
    </w:p>
    <w:p>
      <w:pPr>
        <w:pStyle w:val="ListParagraph"/>
      </w:pPr>
      <w:r>
        <w:rPr>
          <w:sz w:val="22"/>
        </w:rPr>
        <w:t>A. 1943</w:t>
      </w:r>
    </w:p>
    <w:p>
      <w:pPr>
        <w:pStyle w:val="ListParagraph"/>
      </w:pPr>
      <w:r>
        <w:rPr>
          <w:sz w:val="22"/>
        </w:rPr>
        <w:t>B. 2/1945</w:t>
      </w:r>
    </w:p>
    <w:p>
      <w:pPr>
        <w:pStyle w:val="ListParagraph"/>
      </w:pPr>
      <w:r>
        <w:rPr>
          <w:sz w:val="22"/>
        </w:rPr>
        <w:t>C. 4-6/1945</w:t>
      </w:r>
    </w:p>
    <w:p>
      <w:pPr>
        <w:pStyle w:val="ListParagraph"/>
      </w:pPr>
      <w:r>
        <w:rPr>
          <w:sz w:val="22"/>
        </w:rPr>
        <w:t>D. 24/10/1945</w:t>
      </w:r>
    </w:p>
    <w:p/>
    <w:p>
      <w:r>
        <w:rPr>
          <w:b/>
          <w:sz w:val="24"/>
        </w:rPr>
        <w:t>Câu 3: Văn kiện quan trọng được thông qua tại Hội nghị Xan Phranxixco là gì?</w:t>
      </w:r>
    </w:p>
    <w:p>
      <w:pPr>
        <w:pStyle w:val="ListParagraph"/>
      </w:pPr>
      <w:r>
        <w:rPr>
          <w:sz w:val="22"/>
        </w:rPr>
        <w:t>A. Tuyên bố Liên hợp quốc</w:t>
      </w:r>
    </w:p>
    <w:p>
      <w:pPr>
        <w:pStyle w:val="ListParagraph"/>
      </w:pPr>
      <w:r>
        <w:rPr>
          <w:sz w:val="22"/>
        </w:rPr>
        <w:t>B. Tuyên ngôn Nhân quyền</w:t>
      </w:r>
    </w:p>
    <w:p>
      <w:pPr>
        <w:pStyle w:val="ListParagraph"/>
      </w:pPr>
      <w:r>
        <w:rPr>
          <w:sz w:val="22"/>
        </w:rPr>
        <w:t>C. Hiến chương Liên hợp quốc</w:t>
      </w:r>
    </w:p>
    <w:p>
      <w:pPr>
        <w:pStyle w:val="ListParagraph"/>
      </w:pPr>
      <w:r>
        <w:rPr>
          <w:sz w:val="22"/>
        </w:rPr>
        <w:t>D. Hiệp ước Vác-sa-va</w:t>
      </w:r>
    </w:p>
    <w:p/>
    <w:p>
      <w:r>
        <w:rPr>
          <w:b/>
          <w:sz w:val="24"/>
        </w:rPr>
        <w:t>Câu 4: Một trong những mục tiêu của Liên hợp quốc là gì?</w:t>
      </w:r>
    </w:p>
    <w:p>
      <w:pPr>
        <w:pStyle w:val="ListParagraph"/>
      </w:pPr>
      <w:r>
        <w:rPr>
          <w:sz w:val="22"/>
        </w:rPr>
        <w:t>A. Duy trì hòa bình và an ninh quốc tế</w:t>
      </w:r>
    </w:p>
    <w:p>
      <w:pPr>
        <w:pStyle w:val="ListParagraph"/>
      </w:pPr>
      <w:r>
        <w:rPr>
          <w:sz w:val="22"/>
        </w:rPr>
        <w:t>B. Phân chia phạm vi ảnh hưởng</w:t>
      </w:r>
    </w:p>
    <w:p>
      <w:pPr>
        <w:pStyle w:val="ListParagraph"/>
      </w:pPr>
      <w:r>
        <w:rPr>
          <w:sz w:val="22"/>
        </w:rPr>
        <w:t>C. Thành lập các khối quân sự</w:t>
      </w:r>
    </w:p>
    <w:p>
      <w:pPr>
        <w:pStyle w:val="ListParagraph"/>
      </w:pPr>
      <w:r>
        <w:rPr>
          <w:sz w:val="22"/>
        </w:rPr>
        <w:t>D. Duy trì trật tự hai cực Ianta</w:t>
      </w:r>
    </w:p>
    <w:p/>
    <w:p>
      <w:r>
        <w:rPr>
          <w:b/>
          <w:sz w:val="24"/>
        </w:rPr>
        <w:t>Câu 5: Liên hợp quốc hoạt động theo nguyên tắc nào?</w:t>
      </w:r>
    </w:p>
    <w:p>
      <w:pPr>
        <w:pStyle w:val="ListParagraph"/>
      </w:pPr>
      <w:r>
        <w:rPr>
          <w:sz w:val="22"/>
        </w:rPr>
        <w:t>A. Can thiệp vào công việc nội bộ các nước</w:t>
      </w:r>
    </w:p>
    <w:p>
      <w:pPr>
        <w:pStyle w:val="ListParagraph"/>
      </w:pPr>
      <w:r>
        <w:rPr>
          <w:sz w:val="22"/>
        </w:rPr>
        <w:t>B. Sử dụng vũ lực trong quan hệ quốc tế</w:t>
      </w:r>
    </w:p>
    <w:p>
      <w:pPr>
        <w:pStyle w:val="ListParagraph"/>
      </w:pPr>
      <w:r>
        <w:rPr>
          <w:sz w:val="22"/>
        </w:rPr>
        <w:t>C. Bình đẳng về chủ quyền quốc gia</w:t>
      </w:r>
    </w:p>
    <w:p>
      <w:pPr>
        <w:pStyle w:val="ListParagraph"/>
      </w:pPr>
      <w:r>
        <w:rPr>
          <w:sz w:val="22"/>
        </w:rPr>
        <w:t>D. Đe dọa bằng vũ lực</w:t>
      </w:r>
    </w:p>
    <w:p/>
    <w:p>
      <w:r>
        <w:rPr>
          <w:b/>
          <w:sz w:val="24"/>
        </w:rPr>
        <w:t>Câu 6: Vai trò của Liên hợp quốc trong duy trì hòa bình, an ninh quốc tế là gì?</w:t>
      </w:r>
    </w:p>
    <w:p>
      <w:pPr>
        <w:pStyle w:val="ListParagraph"/>
      </w:pPr>
      <w:r>
        <w:rPr>
          <w:sz w:val="22"/>
        </w:rPr>
        <w:t>A. Phát động Chiến tranh lạnh</w:t>
      </w:r>
    </w:p>
    <w:p>
      <w:pPr>
        <w:pStyle w:val="ListParagraph"/>
      </w:pPr>
      <w:r>
        <w:rPr>
          <w:sz w:val="22"/>
        </w:rPr>
        <w:t>B. Ngăn ngừa không để xảy ra chiến tranh thế giới mới</w:t>
      </w:r>
    </w:p>
    <w:p>
      <w:pPr>
        <w:pStyle w:val="ListParagraph"/>
      </w:pPr>
      <w:r>
        <w:rPr>
          <w:sz w:val="22"/>
        </w:rPr>
        <w:t>C. Thành lập NATO</w:t>
      </w:r>
    </w:p>
    <w:p>
      <w:pPr>
        <w:pStyle w:val="ListParagraph"/>
      </w:pPr>
      <w:r>
        <w:rPr>
          <w:sz w:val="22"/>
        </w:rPr>
        <w:t>D. Phân chia Đông Đức</w:t>
      </w:r>
    </w:p>
    <w:p/>
    <w:p>
      <w:r>
        <w:rPr>
          <w:b/>
          <w:sz w:val="24"/>
        </w:rPr>
        <w:t>Câu 7: Năm 2015, Liên hợp quốc thông qua văn kiện nào?</w:t>
      </w:r>
    </w:p>
    <w:p>
      <w:pPr>
        <w:pStyle w:val="ListParagraph"/>
      </w:pPr>
      <w:r>
        <w:rPr>
          <w:sz w:val="22"/>
        </w:rPr>
        <w:t>A. Chương trình nghị sự 2030 vì sự phát triển bền vững</w:t>
      </w:r>
    </w:p>
    <w:p>
      <w:pPr>
        <w:pStyle w:val="ListParagraph"/>
      </w:pPr>
      <w:r>
        <w:rPr>
          <w:sz w:val="22"/>
        </w:rPr>
        <w:t>B. Hiến chương Liên hợp quốc</w:t>
      </w:r>
    </w:p>
    <w:p>
      <w:pPr>
        <w:pStyle w:val="ListParagraph"/>
      </w:pPr>
      <w:r>
        <w:rPr>
          <w:sz w:val="22"/>
        </w:rPr>
        <w:t>C. Tuyên ngôn Nhân quyền</w:t>
      </w:r>
    </w:p>
    <w:p>
      <w:pPr>
        <w:pStyle w:val="ListParagraph"/>
      </w:pPr>
      <w:r>
        <w:rPr>
          <w:sz w:val="22"/>
        </w:rPr>
        <w:t>D. Kế hoạch Mác-san</w:t>
      </w:r>
    </w:p>
    <w:p/>
    <w:p>
      <w:r>
        <w:rPr>
          <w:b/>
          <w:sz w:val="24"/>
        </w:rPr>
        <w:t>Câu 8: Tuyên ngôn Nhân quyền được Liên hợp quốc thông qua năm nào?</w:t>
      </w:r>
    </w:p>
    <w:p>
      <w:pPr>
        <w:pStyle w:val="ListParagraph"/>
      </w:pPr>
      <w:r>
        <w:rPr>
          <w:sz w:val="22"/>
        </w:rPr>
        <w:t>A. 1945</w:t>
      </w:r>
    </w:p>
    <w:p>
      <w:pPr>
        <w:pStyle w:val="ListParagraph"/>
      </w:pPr>
      <w:r>
        <w:rPr>
          <w:sz w:val="22"/>
        </w:rPr>
        <w:t>B. 1948</w:t>
      </w:r>
    </w:p>
    <w:p>
      <w:pPr>
        <w:pStyle w:val="ListParagraph"/>
      </w:pPr>
      <w:r>
        <w:rPr>
          <w:sz w:val="22"/>
        </w:rPr>
        <w:t>C. 1972</w:t>
      </w:r>
    </w:p>
    <w:p>
      <w:pPr>
        <w:pStyle w:val="ListParagraph"/>
      </w:pPr>
      <w:r>
        <w:rPr>
          <w:sz w:val="22"/>
        </w:rPr>
        <w:t>D. 1987</w:t>
      </w:r>
    </w:p>
    <w:p/>
    <w:p>
      <w:r>
        <w:rPr>
          <w:b/>
          <w:sz w:val="24"/>
        </w:rPr>
        <w:t>Câu 9: Hội nghị Ianta có sự tham gia của ba nước nào?</w:t>
      </w:r>
    </w:p>
    <w:p>
      <w:pPr>
        <w:pStyle w:val="ListParagraph"/>
      </w:pPr>
      <w:r>
        <w:rPr>
          <w:sz w:val="22"/>
        </w:rPr>
        <w:t>A. Liên Xô, Mỹ, Pháp</w:t>
      </w:r>
    </w:p>
    <w:p>
      <w:pPr>
        <w:pStyle w:val="ListParagraph"/>
      </w:pPr>
      <w:r>
        <w:rPr>
          <w:sz w:val="22"/>
        </w:rPr>
        <w:t>B. Mỹ, Anh, Trung Quốc</w:t>
      </w:r>
    </w:p>
    <w:p>
      <w:pPr>
        <w:pStyle w:val="ListParagraph"/>
      </w:pPr>
      <w:r>
        <w:rPr>
          <w:sz w:val="22"/>
        </w:rPr>
        <w:t>C. Liên Xô, Mỹ, Anh</w:t>
      </w:r>
    </w:p>
    <w:p>
      <w:pPr>
        <w:pStyle w:val="ListParagraph"/>
      </w:pPr>
      <w:r>
        <w:rPr>
          <w:sz w:val="22"/>
        </w:rPr>
        <w:t>D. Đức, Ý, Nhật</w:t>
      </w:r>
    </w:p>
    <w:p/>
    <w:p>
      <w:r>
        <w:rPr>
          <w:b/>
          <w:sz w:val="24"/>
        </w:rPr>
        <w:t>Câu 10: Nội dung nào thuộc thỏa thuận của Hội nghị Ianta?</w:t>
      </w:r>
    </w:p>
    <w:p>
      <w:pPr>
        <w:pStyle w:val="ListParagraph"/>
      </w:pPr>
      <w:r>
        <w:rPr>
          <w:sz w:val="22"/>
        </w:rPr>
        <w:t>A. Thành lập NATO</w:t>
      </w:r>
    </w:p>
    <w:p>
      <w:pPr>
        <w:pStyle w:val="ListParagraph"/>
      </w:pPr>
      <w:r>
        <w:rPr>
          <w:sz w:val="22"/>
        </w:rPr>
        <w:t>B. Thành lập SEV</w:t>
      </w:r>
    </w:p>
    <w:p>
      <w:pPr>
        <w:pStyle w:val="ListParagraph"/>
      </w:pPr>
      <w:r>
        <w:rPr>
          <w:sz w:val="22"/>
        </w:rPr>
        <w:t>C. Ký Hiệp ước Vác-sa-va</w:t>
      </w:r>
    </w:p>
    <w:p>
      <w:pPr>
        <w:pStyle w:val="ListParagraph"/>
      </w:pPr>
      <w:r>
        <w:rPr>
          <w:sz w:val="22"/>
        </w:rPr>
        <w:t>D. Phân chia phạm vi ảnh hưởng ở châu Âu và châu Á</w:t>
      </w:r>
    </w:p>
    <w:p/>
    <w:p>
      <w:r>
        <w:rPr>
          <w:b/>
          <w:sz w:val="24"/>
        </w:rPr>
        <w:t>Câu 11: Theo thỏa thuận Ianta, ở châu Âu quân đội Liên Xô chiếm đóng khu vực nào?</w:t>
      </w:r>
    </w:p>
    <w:p>
      <w:pPr>
        <w:pStyle w:val="ListParagraph"/>
      </w:pPr>
      <w:r>
        <w:rPr>
          <w:sz w:val="22"/>
        </w:rPr>
        <w:t>A. Đông Đức và Đông Âu</w:t>
      </w:r>
    </w:p>
    <w:p>
      <w:pPr>
        <w:pStyle w:val="ListParagraph"/>
      </w:pPr>
      <w:r>
        <w:rPr>
          <w:sz w:val="22"/>
        </w:rPr>
        <w:t>B. Tây Đức và Tây Âu</w:t>
      </w:r>
    </w:p>
    <w:p>
      <w:pPr>
        <w:pStyle w:val="ListParagraph"/>
      </w:pPr>
      <w:r>
        <w:rPr>
          <w:sz w:val="22"/>
        </w:rPr>
        <w:t>C. Nhật Bản</w:t>
      </w:r>
    </w:p>
    <w:p>
      <w:pPr>
        <w:pStyle w:val="ListParagraph"/>
      </w:pPr>
      <w:r>
        <w:rPr>
          <w:sz w:val="22"/>
        </w:rPr>
        <w:t>D. Nam Triều Tiên</w:t>
      </w:r>
    </w:p>
    <w:p/>
    <w:p>
      <w:r>
        <w:rPr>
          <w:b/>
          <w:sz w:val="24"/>
        </w:rPr>
        <w:t>Câu 12: Theo thỏa thuận Ianta, ở châu Á Liên Xô chiếm đóng khu vực nào?</w:t>
      </w:r>
    </w:p>
    <w:p>
      <w:pPr>
        <w:pStyle w:val="ListParagraph"/>
      </w:pPr>
      <w:r>
        <w:rPr>
          <w:sz w:val="22"/>
        </w:rPr>
        <w:t>A. Nam Triều Tiên</w:t>
      </w:r>
    </w:p>
    <w:p>
      <w:pPr>
        <w:pStyle w:val="ListParagraph"/>
      </w:pPr>
      <w:r>
        <w:rPr>
          <w:sz w:val="22"/>
        </w:rPr>
        <w:t>B. Nhật Bản</w:t>
      </w:r>
    </w:p>
    <w:p>
      <w:pPr>
        <w:pStyle w:val="ListParagraph"/>
      </w:pPr>
      <w:r>
        <w:rPr>
          <w:sz w:val="22"/>
        </w:rPr>
        <w:t>C. Bắc Triều Tiên</w:t>
      </w:r>
    </w:p>
    <w:p>
      <w:pPr>
        <w:pStyle w:val="ListParagraph"/>
      </w:pPr>
      <w:r>
        <w:rPr>
          <w:sz w:val="22"/>
        </w:rPr>
        <w:t>D. Tây Âu</w:t>
      </w:r>
    </w:p>
    <w:p/>
    <w:p>
      <w:r>
        <w:rPr>
          <w:b/>
          <w:sz w:val="24"/>
        </w:rPr>
        <w:t>Câu 13: Mỹ phát động Chiến tranh lạnh chống Liên Xô vào thời gian nào?</w:t>
      </w:r>
    </w:p>
    <w:p>
      <w:pPr>
        <w:pStyle w:val="ListParagraph"/>
      </w:pPr>
      <w:r>
        <w:rPr>
          <w:sz w:val="22"/>
        </w:rPr>
        <w:t>A. 1945</w:t>
      </w:r>
    </w:p>
    <w:p>
      <w:pPr>
        <w:pStyle w:val="ListParagraph"/>
      </w:pPr>
      <w:r>
        <w:rPr>
          <w:sz w:val="22"/>
        </w:rPr>
        <w:t>B. 3/1947</w:t>
      </w:r>
    </w:p>
    <w:p>
      <w:pPr>
        <w:pStyle w:val="ListParagraph"/>
      </w:pPr>
      <w:r>
        <w:rPr>
          <w:sz w:val="22"/>
        </w:rPr>
        <w:t>C. 1949</w:t>
      </w:r>
    </w:p>
    <w:p>
      <w:pPr>
        <w:pStyle w:val="ListParagraph"/>
      </w:pPr>
      <w:r>
        <w:rPr>
          <w:sz w:val="22"/>
        </w:rPr>
        <w:t>D. 1991</w:t>
      </w:r>
    </w:p>
    <w:p/>
    <w:p>
      <w:r>
        <w:rPr>
          <w:b/>
          <w:sz w:val="24"/>
        </w:rPr>
        <w:t>Câu 14: NATO được Mỹ và các nước phương Tây thành lập nhằm mục đích gì?</w:t>
      </w:r>
    </w:p>
    <w:p>
      <w:pPr>
        <w:pStyle w:val="ListParagraph"/>
      </w:pPr>
      <w:r>
        <w:rPr>
          <w:sz w:val="22"/>
        </w:rPr>
        <w:t>A. Hợp tác kinh tế Đông Âu</w:t>
      </w:r>
    </w:p>
    <w:p>
      <w:pPr>
        <w:pStyle w:val="ListParagraph"/>
      </w:pPr>
      <w:r>
        <w:rPr>
          <w:sz w:val="22"/>
        </w:rPr>
        <w:t>B. Duy trì hòa bình thế giới</w:t>
      </w:r>
    </w:p>
    <w:p>
      <w:pPr>
        <w:pStyle w:val="ListParagraph"/>
      </w:pPr>
      <w:r>
        <w:rPr>
          <w:sz w:val="22"/>
        </w:rPr>
        <w:t>C. Chống Liên Xô và các nước xã hội chủ nghĩa</w:t>
      </w:r>
    </w:p>
    <w:p>
      <w:pPr>
        <w:pStyle w:val="ListParagraph"/>
      </w:pPr>
      <w:r>
        <w:rPr>
          <w:sz w:val="22"/>
        </w:rPr>
        <w:t>D. Giải phóng dân tộc</w:t>
      </w:r>
    </w:p>
    <w:p/>
    <w:p>
      <w:r>
        <w:rPr>
          <w:b/>
          <w:sz w:val="24"/>
        </w:rPr>
        <w:t>Câu 15: Hội đồng tương trợ kinh tế (SEV) và Hiệp ước Vác-sa-va do ai thành lập?</w:t>
      </w:r>
    </w:p>
    <w:p>
      <w:pPr>
        <w:pStyle w:val="ListParagraph"/>
      </w:pPr>
      <w:r>
        <w:rPr>
          <w:sz w:val="22"/>
        </w:rPr>
        <w:t>A. Liên Xô và các nước Đông Âu</w:t>
      </w:r>
    </w:p>
    <w:p>
      <w:pPr>
        <w:pStyle w:val="ListParagraph"/>
      </w:pPr>
      <w:r>
        <w:rPr>
          <w:sz w:val="22"/>
        </w:rPr>
        <w:t>B. Mỹ và Tây Âu</w:t>
      </w:r>
    </w:p>
    <w:p>
      <w:pPr>
        <w:pStyle w:val="ListParagraph"/>
      </w:pPr>
      <w:r>
        <w:rPr>
          <w:sz w:val="22"/>
        </w:rPr>
        <w:t>C. Anh, Pháp, Mỹ</w:t>
      </w:r>
    </w:p>
    <w:p>
      <w:pPr>
        <w:pStyle w:val="ListParagraph"/>
      </w:pPr>
      <w:r>
        <w:rPr>
          <w:sz w:val="22"/>
        </w:rPr>
        <w:t>D. Nhật Bản</w:t>
      </w:r>
    </w:p>
    <w:p/>
    <w:p>
      <w:r>
        <w:rPr>
          <w:b/>
          <w:sz w:val="24"/>
        </w:rPr>
        <w:t>Câu 16: Sự kiện nào năm 1989 đánh dấu chấm dứt Chiến tranh lạnh?</w:t>
      </w:r>
    </w:p>
    <w:p>
      <w:pPr>
        <w:pStyle w:val="ListParagraph"/>
      </w:pPr>
      <w:r>
        <w:rPr>
          <w:sz w:val="22"/>
        </w:rPr>
        <w:t>A. Hội nghị Ianta</w:t>
      </w:r>
    </w:p>
    <w:p>
      <w:pPr>
        <w:pStyle w:val="ListParagraph"/>
      </w:pPr>
      <w:r>
        <w:rPr>
          <w:sz w:val="22"/>
        </w:rPr>
        <w:t>B. Liên Xô tan rã</w:t>
      </w:r>
    </w:p>
    <w:p>
      <w:pPr>
        <w:pStyle w:val="ListParagraph"/>
      </w:pPr>
      <w:r>
        <w:rPr>
          <w:sz w:val="22"/>
        </w:rPr>
        <w:t>C. Sụp đổ CNXH ở Đông Âu</w:t>
      </w:r>
    </w:p>
    <w:p>
      <w:pPr>
        <w:pStyle w:val="ListParagraph"/>
      </w:pPr>
      <w:r>
        <w:rPr>
          <w:sz w:val="22"/>
        </w:rPr>
        <w:t>D. Liên Xô và Mỹ tuyên bố chấm dứt Chiến tranh lạnh</w:t>
      </w:r>
    </w:p>
    <w:p/>
    <w:p>
      <w:r>
        <w:rPr>
          <w:b/>
          <w:sz w:val="24"/>
        </w:rPr>
        <w:t>Câu 17: Trật tự thế giới hai cực Ianta sụp đổ hoàn toàn vào năm nào?</w:t>
      </w:r>
    </w:p>
    <w:p>
      <w:pPr>
        <w:pStyle w:val="ListParagraph"/>
      </w:pPr>
      <w:r>
        <w:rPr>
          <w:sz w:val="22"/>
        </w:rPr>
        <w:t>A. 1945</w:t>
      </w:r>
    </w:p>
    <w:p>
      <w:pPr>
        <w:pStyle w:val="ListParagraph"/>
      </w:pPr>
      <w:r>
        <w:rPr>
          <w:sz w:val="22"/>
        </w:rPr>
        <w:t>B. 1972</w:t>
      </w:r>
    </w:p>
    <w:p>
      <w:pPr>
        <w:pStyle w:val="ListParagraph"/>
      </w:pPr>
      <w:r>
        <w:rPr>
          <w:sz w:val="22"/>
        </w:rPr>
        <w:t>C. 1989</w:t>
      </w:r>
    </w:p>
    <w:p>
      <w:pPr>
        <w:pStyle w:val="ListParagraph"/>
      </w:pPr>
      <w:r>
        <w:rPr>
          <w:sz w:val="22"/>
        </w:rPr>
        <w:t>D. 1991</w:t>
      </w:r>
    </w:p>
    <w:p/>
    <w:p>
      <w:r>
        <w:rPr>
          <w:b/>
          <w:sz w:val="24"/>
        </w:rPr>
        <w:t>Câu 18: Nguyên nhân nào dẫn đến sụp đổ Trật tự thế giới hai cực Ianta?</w:t>
      </w:r>
    </w:p>
    <w:p>
      <w:pPr>
        <w:pStyle w:val="ListParagraph"/>
      </w:pPr>
      <w:r>
        <w:rPr>
          <w:sz w:val="22"/>
        </w:rPr>
        <w:t>A. Sự đối đầu căng thẳng làm cả hai cực tốn kém, suy giảm kinh tế</w:t>
      </w:r>
    </w:p>
    <w:p>
      <w:pPr>
        <w:pStyle w:val="ListParagraph"/>
      </w:pPr>
      <w:r>
        <w:rPr>
          <w:sz w:val="22"/>
        </w:rPr>
        <w:t>B. Mỹ thành lập Liên hợp quốc</w:t>
      </w:r>
    </w:p>
    <w:p>
      <w:pPr>
        <w:pStyle w:val="ListParagraph"/>
      </w:pPr>
      <w:r>
        <w:rPr>
          <w:sz w:val="22"/>
        </w:rPr>
        <w:t>C. Nhật Bản phát động chiến tranh</w:t>
      </w:r>
    </w:p>
    <w:p>
      <w:pPr>
        <w:pStyle w:val="ListParagraph"/>
      </w:pPr>
      <w:r>
        <w:rPr>
          <w:sz w:val="22"/>
        </w:rPr>
        <w:t>D. Hội nghị Ianta thất bại</w:t>
      </w:r>
    </w:p>
    <w:p/>
    <w:p>
      <w:r>
        <w:rPr>
          <w:b/>
          <w:sz w:val="24"/>
        </w:rPr>
        <w:t>Câu 19: Sau Chiến tranh lạnh, xu thế phát triển chính lấy gì làm trọng tâm?</w:t>
      </w:r>
    </w:p>
    <w:p>
      <w:pPr>
        <w:pStyle w:val="ListParagraph"/>
      </w:pPr>
      <w:r>
        <w:rPr>
          <w:sz w:val="22"/>
        </w:rPr>
        <w:t>A. Quân sự</w:t>
      </w:r>
    </w:p>
    <w:p>
      <w:pPr>
        <w:pStyle w:val="ListParagraph"/>
      </w:pPr>
      <w:r>
        <w:rPr>
          <w:sz w:val="22"/>
        </w:rPr>
        <w:t>B. Kinh tế</w:t>
      </w:r>
    </w:p>
    <w:p>
      <w:pPr>
        <w:pStyle w:val="ListParagraph"/>
      </w:pPr>
      <w:r>
        <w:rPr>
          <w:sz w:val="22"/>
        </w:rPr>
        <w:t>C. Chính trị</w:t>
      </w:r>
    </w:p>
    <w:p>
      <w:pPr>
        <w:pStyle w:val="ListParagraph"/>
      </w:pPr>
      <w:r>
        <w:rPr>
          <w:sz w:val="22"/>
        </w:rPr>
        <w:t>D. Văn hóa</w:t>
      </w:r>
    </w:p>
    <w:p/>
    <w:p>
      <w:r>
        <w:rPr>
          <w:b/>
          <w:sz w:val="24"/>
        </w:rPr>
        <w:t>Câu 20: Xu thế đa cực trong quan hệ quốc tế được hiểu là gì?</w:t>
      </w:r>
    </w:p>
    <w:p>
      <w:pPr>
        <w:pStyle w:val="ListParagraph"/>
      </w:pPr>
      <w:r>
        <w:rPr>
          <w:sz w:val="22"/>
        </w:rPr>
        <w:t>A. Trật tự thế giới có sự tham gia của nhiều quốc gia, trung tâm, không một quốc gia nào có quyền lực áp đảo</w:t>
      </w:r>
    </w:p>
    <w:p>
      <w:pPr>
        <w:pStyle w:val="ListParagraph"/>
      </w:pPr>
      <w:r>
        <w:rPr>
          <w:sz w:val="22"/>
        </w:rPr>
        <w:t>B. Một cực do Mỹ chi phối</w:t>
      </w:r>
    </w:p>
    <w:p>
      <w:pPr>
        <w:pStyle w:val="ListParagraph"/>
      </w:pPr>
      <w:r>
        <w:rPr>
          <w:sz w:val="22"/>
        </w:rPr>
        <w:t>C. Hai cực Xô - Mỹ</w:t>
      </w:r>
    </w:p>
    <w:p>
      <w:pPr>
        <w:pStyle w:val="ListParagraph"/>
      </w:pPr>
      <w:r>
        <w:rPr>
          <w:sz w:val="22"/>
        </w:rPr>
        <w:t>D. Trật tự do Liên hợp quốc kiểm soát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D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C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C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D</w:t>
      </w:r>
    </w:p>
    <w:p>
      <w:r>
        <w:rPr>
          <w:b/>
        </w:rPr>
        <w:t>Câu 17: Đáp án đúng: D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B</w:t>
      </w:r>
    </w:p>
    <w:p>
      <w:r>
        <w:rPr>
          <w:b/>
        </w:rPr>
        <w:t>Câu 20: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