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15 PHÚT TOÁN VỀ ĐỊNH LÝ COSIN LỚP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 tam giác ABC có $AB = c, AC = b, BC = a$. Công thức nào sau đây đúng theo định lý cosin?</w:t>
      </w:r>
    </w:p>
    <w:p>
      <w:pPr>
        <w:pStyle w:val="ListParagraph"/>
      </w:pPr>
      <w:r>
        <w:rPr>
          <w:sz w:val="22"/>
        </w:rPr>
        <w:t>A. $a^2 = b^2 + c^2 - 2bc\cos A$</w:t>
      </w:r>
    </w:p>
    <w:p>
      <w:pPr>
        <w:pStyle w:val="ListParagraph"/>
      </w:pPr>
      <w:r>
        <w:rPr>
          <w:sz w:val="22"/>
        </w:rPr>
        <w:t>B. $a^2 = b^2 + c^2 + 2bc\cos A$</w:t>
      </w:r>
    </w:p>
    <w:p>
      <w:pPr>
        <w:pStyle w:val="ListParagraph"/>
      </w:pPr>
      <w:r>
        <w:rPr>
          <w:sz w:val="22"/>
        </w:rPr>
        <w:t>C. $a^2 = b^2 + c^2 - bc\cos A$</w:t>
      </w:r>
    </w:p>
    <w:p>
      <w:pPr>
        <w:pStyle w:val="ListParagraph"/>
      </w:pPr>
      <w:r>
        <w:rPr>
          <w:sz w:val="22"/>
        </w:rPr>
        <w:t>D. $a^2 = b^2 + c^2 + bc\cos A$</w:t>
      </w:r>
    </w:p>
    <w:p/>
    <w:p>
      <w:r>
        <w:rPr>
          <w:b/>
          <w:sz w:val="24"/>
        </w:rPr>
        <w:t>Câu 2: Cho tam giác ABC có $a = 5, b = 6, \widehat{C} = 60^\circ$. Tính độ dài cạnh $c$.</w:t>
      </w:r>
    </w:p>
    <w:p>
      <w:pPr>
        <w:pStyle w:val="ListParagraph"/>
      </w:pPr>
      <w:r>
        <w:rPr>
          <w:sz w:val="22"/>
        </w:rPr>
        <w:t>A. $\sqrt{31}$</w:t>
      </w:r>
    </w:p>
    <w:p>
      <w:pPr>
        <w:pStyle w:val="ListParagraph"/>
      </w:pPr>
      <w:r>
        <w:rPr>
          <w:sz w:val="22"/>
        </w:rPr>
        <w:t>B. $\sqrt{29}$</w:t>
      </w:r>
    </w:p>
    <w:p>
      <w:pPr>
        <w:pStyle w:val="ListParagraph"/>
      </w:pPr>
      <w:r>
        <w:rPr>
          <w:sz w:val="22"/>
        </w:rPr>
        <w:t>C. $\sqrt{33}$</w:t>
      </w:r>
    </w:p>
    <w:p>
      <w:pPr>
        <w:pStyle w:val="ListParagraph"/>
      </w:pPr>
      <w:r>
        <w:rPr>
          <w:sz w:val="22"/>
        </w:rPr>
        <w:t>D. $31$</w:t>
      </w:r>
    </w:p>
    <w:p/>
    <w:p>
      <w:r>
        <w:rPr>
          <w:b/>
          <w:sz w:val="24"/>
        </w:rPr>
        <w:t>Câu 3: Cho tam giác ABC có $a = 7, b = 8, c = 9$. Tính $\cos A$.</w:t>
      </w:r>
    </w:p>
    <w:p>
      <w:pPr>
        <w:pStyle w:val="ListParagraph"/>
      </w:pPr>
      <w:r>
        <w:rPr>
          <w:sz w:val="22"/>
        </w:rPr>
        <w:t>A. $\frac{2}{3}$</w:t>
      </w:r>
    </w:p>
    <w:p>
      <w:pPr>
        <w:pStyle w:val="ListParagraph"/>
      </w:pPr>
      <w:r>
        <w:rPr>
          <w:sz w:val="22"/>
        </w:rPr>
        <w:t>B. $\frac{1}{3}$</w:t>
      </w:r>
    </w:p>
    <w:p>
      <w:pPr>
        <w:pStyle w:val="ListParagraph"/>
      </w:pPr>
      <w:r>
        <w:rPr>
          <w:sz w:val="22"/>
        </w:rPr>
        <w:t>C. $\frac{1}{2}$</w:t>
      </w:r>
    </w:p>
    <w:p>
      <w:pPr>
        <w:pStyle w:val="ListParagraph"/>
      </w:pPr>
      <w:r>
        <w:rPr>
          <w:sz w:val="22"/>
        </w:rPr>
        <w:t>D. $\frac{3}{4}$</w:t>
      </w:r>
    </w:p>
    <w:p/>
    <w:p>
      <w:r>
        <w:rPr>
          <w:b/>
          <w:sz w:val="24"/>
        </w:rPr>
        <w:t>Câu 4: Cho tam giác ABC có $AB = 3, AC = 4, \widehat{A} = 120^\circ$. Tính độ dài $BC$.</w:t>
      </w:r>
    </w:p>
    <w:p>
      <w:pPr>
        <w:pStyle w:val="ListParagraph"/>
      </w:pPr>
      <w:r>
        <w:rPr>
          <w:sz w:val="22"/>
        </w:rPr>
        <w:t>A. $\sqrt{37}$</w:t>
      </w:r>
    </w:p>
    <w:p>
      <w:pPr>
        <w:pStyle w:val="ListParagraph"/>
      </w:pPr>
      <w:r>
        <w:rPr>
          <w:sz w:val="22"/>
        </w:rPr>
        <w:t>B. $\sqrt{13}$</w:t>
      </w:r>
    </w:p>
    <w:p>
      <w:pPr>
        <w:pStyle w:val="ListParagraph"/>
      </w:pPr>
      <w:r>
        <w:rPr>
          <w:sz w:val="22"/>
        </w:rPr>
        <w:t>C. $\sqrt{19}$</w:t>
      </w:r>
    </w:p>
    <w:p>
      <w:pPr>
        <w:pStyle w:val="ListParagraph"/>
      </w:pPr>
      <w:r>
        <w:rPr>
          <w:sz w:val="22"/>
        </w:rPr>
        <w:t>D. $5$</w:t>
      </w:r>
    </w:p>
    <w:p/>
    <w:p>
      <w:r>
        <w:rPr>
          <w:b/>
          <w:sz w:val="24"/>
        </w:rPr>
        <w:t>Câu 5: Cho tam giác ABC có $a = 5, b = 7, c = 8$. Tính góc $B$.</w:t>
      </w:r>
    </w:p>
    <w:p>
      <w:pPr>
        <w:pStyle w:val="ListParagraph"/>
      </w:pPr>
      <w:r>
        <w:rPr>
          <w:sz w:val="22"/>
        </w:rPr>
        <w:t>A. $30^\circ$</w:t>
      </w:r>
    </w:p>
    <w:p>
      <w:pPr>
        <w:pStyle w:val="ListParagraph"/>
      </w:pPr>
      <w:r>
        <w:rPr>
          <w:sz w:val="22"/>
        </w:rPr>
        <w:t>B. $45^\circ$</w:t>
      </w:r>
    </w:p>
    <w:p>
      <w:pPr>
        <w:pStyle w:val="ListParagraph"/>
      </w:pPr>
      <w:r>
        <w:rPr>
          <w:sz w:val="22"/>
        </w:rPr>
        <w:t>C. $60^\circ$</w:t>
      </w:r>
    </w:p>
    <w:p>
      <w:pPr>
        <w:pStyle w:val="ListParagraph"/>
      </w:pPr>
      <w:r>
        <w:rPr>
          <w:sz w:val="22"/>
        </w:rPr>
        <w:t>D. $90^\circ$</w:t>
      </w:r>
    </w:p>
    <w:p/>
    <w:p>
      <w:r>
        <w:rPr>
          <w:b/>
          <w:sz w:val="24"/>
        </w:rPr>
        <w:t>Câu 6: Cho tam giác ABC có $a = 8, b = 6, c = 4$. Tính $\cos A$.</w:t>
      </w:r>
    </w:p>
    <w:p>
      <w:pPr>
        <w:pStyle w:val="ListParagraph"/>
      </w:pPr>
      <w:r>
        <w:rPr>
          <w:sz w:val="22"/>
        </w:rPr>
        <w:t>A. $-\frac{1}{4}$</w:t>
      </w:r>
    </w:p>
    <w:p>
      <w:pPr>
        <w:pStyle w:val="ListParagraph"/>
      </w:pPr>
      <w:r>
        <w:rPr>
          <w:sz w:val="22"/>
        </w:rPr>
        <w:t>B. $\frac{1}{4}$</w:t>
      </w:r>
    </w:p>
    <w:p>
      <w:pPr>
        <w:pStyle w:val="ListParagraph"/>
      </w:pPr>
      <w:r>
        <w:rPr>
          <w:sz w:val="22"/>
        </w:rPr>
        <w:t>C. $-\frac{1}{2}$</w:t>
      </w:r>
    </w:p>
    <w:p>
      <w:pPr>
        <w:pStyle w:val="ListParagraph"/>
      </w:pPr>
      <w:r>
        <w:rPr>
          <w:sz w:val="22"/>
        </w:rPr>
        <w:t>D. $\frac{1}{2}$</w:t>
      </w:r>
    </w:p>
    <w:p/>
    <w:p>
      <w:r>
        <w:rPr>
          <w:b/>
          <w:sz w:val="24"/>
        </w:rPr>
        <w:t>Câu 7: Cho tam giác ABC có $a = 5, b = 8, \widehat{C} = 60^\circ$. Tính độ dài cạnh $c$.</w:t>
      </w:r>
    </w:p>
    <w:p>
      <w:pPr>
        <w:pStyle w:val="ListParagraph"/>
      </w:pPr>
      <w:r>
        <w:rPr>
          <w:sz w:val="22"/>
        </w:rPr>
        <w:t>A. $7$</w:t>
      </w:r>
    </w:p>
    <w:p>
      <w:pPr>
        <w:pStyle w:val="ListParagraph"/>
      </w:pPr>
      <w:r>
        <w:rPr>
          <w:sz w:val="22"/>
        </w:rPr>
        <w:t>B. $8$</w:t>
      </w:r>
    </w:p>
    <w:p>
      <w:pPr>
        <w:pStyle w:val="ListParagraph"/>
      </w:pPr>
      <w:r>
        <w:rPr>
          <w:sz w:val="22"/>
        </w:rPr>
        <w:t>C. $9$</w:t>
      </w:r>
    </w:p>
    <w:p>
      <w:pPr>
        <w:pStyle w:val="ListParagraph"/>
      </w:pPr>
      <w:r>
        <w:rPr>
          <w:sz w:val="22"/>
        </w:rPr>
        <w:t>D. $10$</w:t>
      </w:r>
    </w:p>
    <w:p/>
    <w:p>
      <w:r>
        <w:rPr>
          <w:b/>
          <w:sz w:val="24"/>
        </w:rPr>
        <w:t>Câu 8: Cho tam giác ABC có $a = 6, b = 8, c = 10$. Khẳng định nào sau đây đúng?</w:t>
      </w:r>
    </w:p>
    <w:p>
      <w:pPr>
        <w:pStyle w:val="ListParagraph"/>
      </w:pPr>
      <w:r>
        <w:rPr>
          <w:sz w:val="22"/>
        </w:rPr>
        <w:t>A. Tam giác ABC vuông tại A.</w:t>
      </w:r>
    </w:p>
    <w:p>
      <w:pPr>
        <w:pStyle w:val="ListParagraph"/>
      </w:pPr>
      <w:r>
        <w:rPr>
          <w:sz w:val="22"/>
        </w:rPr>
        <w:t>B. Tam giác ABC vuông tại B.</w:t>
      </w:r>
    </w:p>
    <w:p>
      <w:pPr>
        <w:pStyle w:val="ListParagraph"/>
      </w:pPr>
      <w:r>
        <w:rPr>
          <w:sz w:val="22"/>
        </w:rPr>
        <w:t>C. Tam giác ABC vuông tại C.</w:t>
      </w:r>
    </w:p>
    <w:p>
      <w:pPr>
        <w:pStyle w:val="ListParagraph"/>
      </w:pPr>
      <w:r>
        <w:rPr>
          <w:sz w:val="22"/>
        </w:rPr>
        <w:t>D. Tam giác ABC đều.</w:t>
      </w:r>
    </w:p>
    <w:p/>
    <w:p>
      <w:r>
        <w:rPr>
          <w:b/>
          <w:sz w:val="24"/>
        </w:rPr>
        <w:t>Câu 9: Cho tam giác ABC có $AB = 4, AC = 5, BC = 6$. Tính $\cos B$.</w:t>
      </w:r>
    </w:p>
    <w:p>
      <w:pPr>
        <w:pStyle w:val="ListParagraph"/>
      </w:pPr>
      <w:r>
        <w:rPr>
          <w:sz w:val="22"/>
        </w:rPr>
        <w:t>A. $\frac{9}{16}$</w:t>
      </w:r>
    </w:p>
    <w:p>
      <w:pPr>
        <w:pStyle w:val="ListParagraph"/>
      </w:pPr>
      <w:r>
        <w:rPr>
          <w:sz w:val="22"/>
        </w:rPr>
        <w:t>B. $\frac{3}{4}$</w:t>
      </w:r>
    </w:p>
    <w:p>
      <w:pPr>
        <w:pStyle w:val="ListParagraph"/>
      </w:pPr>
      <w:r>
        <w:rPr>
          <w:sz w:val="22"/>
        </w:rPr>
        <w:t>C. $\frac{1}{2}$</w:t>
      </w:r>
    </w:p>
    <w:p>
      <w:pPr>
        <w:pStyle w:val="ListParagraph"/>
      </w:pPr>
      <w:r>
        <w:rPr>
          <w:sz w:val="22"/>
        </w:rPr>
        <w:t>D. $\frac{5}{8}$</w:t>
      </w:r>
    </w:p>
    <w:p/>
    <w:p>
      <w:r>
        <w:rPr>
          <w:b/>
          <w:sz w:val="24"/>
        </w:rPr>
        <w:t>Câu 10: Cho tam giác ABC có $a = 3, b = 4, c = 5$. Tính số đo góc lớn nhất của tam giác.</w:t>
      </w:r>
    </w:p>
    <w:p>
      <w:pPr>
        <w:pStyle w:val="ListParagraph"/>
      </w:pPr>
      <w:r>
        <w:rPr>
          <w:sz w:val="22"/>
        </w:rPr>
        <w:t>A. $30^\circ$</w:t>
      </w:r>
    </w:p>
    <w:p>
      <w:pPr>
        <w:pStyle w:val="ListParagraph"/>
      </w:pPr>
      <w:r>
        <w:rPr>
          <w:sz w:val="22"/>
        </w:rPr>
        <w:t>B. $45^\circ$</w:t>
      </w:r>
    </w:p>
    <w:p>
      <w:pPr>
        <w:pStyle w:val="ListParagraph"/>
      </w:pPr>
      <w:r>
        <w:rPr>
          <w:sz w:val="22"/>
        </w:rPr>
        <w:t>C. $60^\circ$</w:t>
      </w:r>
    </w:p>
    <w:p>
      <w:pPr>
        <w:pStyle w:val="ListParagraph"/>
      </w:pPr>
      <w:r>
        <w:rPr>
          <w:sz w:val="22"/>
        </w:rPr>
        <w:t>D. $90^\circ$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