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Địa lí - Bài trắc nghiệm Địa lý - Theo quy định hiện hành, quần đảo Trường Sa thuộc</w:t>
      </w:r>
    </w:p>
    <w:p>
      <w:pPr>
        <w:jc w:val="center"/>
      </w:pPr>
      <w:r>
        <w:rPr>
          <w:sz w:val="22"/>
        </w:rPr>
        <w:t>Số câu: 80    Thời gian: _____ phút    Họ và tên: _________________________</w:t>
      </w:r>
    </w:p>
    <w:p/>
    <w:p>
      <w:r>
        <w:rPr>
          <w:b/>
          <w:sz w:val="24"/>
        </w:rPr>
        <w:t>Câu 1: Theo quy định hiện hành, quần đảo Trường Sa thuộc quyền quản lí hành chính của tỉnh nào sau đây?</w:t>
      </w:r>
    </w:p>
    <w:p>
      <w:pPr>
        <w:pStyle w:val="ListParagraph"/>
      </w:pPr>
      <w:r>
        <w:rPr>
          <w:sz w:val="22"/>
        </w:rPr>
        <w:t>A. Khánh Hòa.</w:t>
      </w:r>
    </w:p>
    <w:p>
      <w:pPr>
        <w:pStyle w:val="ListParagraph"/>
      </w:pPr>
      <w:r>
        <w:rPr>
          <w:sz w:val="22"/>
        </w:rPr>
        <w:t>B. Quảng Ngãi.</w:t>
      </w:r>
    </w:p>
    <w:p>
      <w:pPr>
        <w:pStyle w:val="ListParagraph"/>
      </w:pPr>
      <w:r>
        <w:rPr>
          <w:sz w:val="22"/>
        </w:rPr>
        <w:t>C. Nghệ An.</w:t>
      </w:r>
    </w:p>
    <w:p>
      <w:pPr>
        <w:pStyle w:val="ListParagraph"/>
      </w:pPr>
      <w:r>
        <w:rPr>
          <w:sz w:val="22"/>
        </w:rPr>
        <w:t>D. Lâm Đồng.</w:t>
      </w:r>
    </w:p>
    <w:p/>
    <w:p>
      <w:r>
        <w:rPr>
          <w:b/>
          <w:sz w:val="24"/>
        </w:rPr>
        <w:t>Câu 2: Vùng thềm lục địa của nước ta bao gồm phần đáy biển và bộ phận nào sau đây?</w:t>
      </w:r>
    </w:p>
    <w:p>
      <w:pPr>
        <w:pStyle w:val="ListParagraph"/>
      </w:pPr>
      <w:r>
        <w:rPr>
          <w:sz w:val="22"/>
        </w:rPr>
        <w:t>A. Các đảo ven bờ biển.</w:t>
      </w:r>
    </w:p>
    <w:p>
      <w:pPr>
        <w:pStyle w:val="ListParagraph"/>
      </w:pPr>
      <w:r>
        <w:rPr>
          <w:sz w:val="22"/>
        </w:rPr>
        <w:t>B. Vùng tiếp giáp lãnh hải.</w:t>
      </w:r>
    </w:p>
    <w:p>
      <w:pPr>
        <w:pStyle w:val="ListParagraph"/>
      </w:pPr>
      <w:r>
        <w:rPr>
          <w:sz w:val="22"/>
        </w:rPr>
        <w:t>C. Lòng đất dưới đáy biển.</w:t>
      </w:r>
    </w:p>
    <w:p>
      <w:pPr>
        <w:pStyle w:val="ListParagraph"/>
      </w:pPr>
      <w:r>
        <w:rPr>
          <w:sz w:val="22"/>
        </w:rPr>
        <w:t>D. Toàn bộ vùng lãnh hải.</w:t>
      </w:r>
    </w:p>
    <w:p/>
    <w:p>
      <w:r>
        <w:rPr>
          <w:b/>
          <w:sz w:val="24"/>
        </w:rPr>
        <w:t>Câu 3: Trên đất liền, vùng trời của nước ta được xác định bởi ranh giới nào sau đây?</w:t>
      </w:r>
    </w:p>
    <w:p>
      <w:pPr>
        <w:pStyle w:val="ListParagraph"/>
      </w:pPr>
      <w:r>
        <w:rPr>
          <w:sz w:val="22"/>
        </w:rPr>
        <w:t>A. Đường vĩ tuyến biên giới.</w:t>
      </w:r>
    </w:p>
    <w:p>
      <w:pPr>
        <w:pStyle w:val="ListParagraph"/>
      </w:pPr>
      <w:r>
        <w:rPr>
          <w:sz w:val="22"/>
        </w:rPr>
        <w:t>B. Đường biên giới quốc gia.</w:t>
      </w:r>
    </w:p>
    <w:p>
      <w:pPr>
        <w:pStyle w:val="ListParagraph"/>
      </w:pPr>
      <w:r>
        <w:rPr>
          <w:sz w:val="22"/>
        </w:rPr>
        <w:t>C. Đường cơ sở trên biển.</w:t>
      </w:r>
    </w:p>
    <w:p>
      <w:pPr>
        <w:pStyle w:val="ListParagraph"/>
      </w:pPr>
      <w:r>
        <w:rPr>
          <w:sz w:val="22"/>
        </w:rPr>
        <w:t>D. Đường bờ biển nước ta.</w:t>
      </w:r>
    </w:p>
    <w:p/>
    <w:p>
      <w:r>
        <w:rPr>
          <w:b/>
          <w:sz w:val="24"/>
        </w:rPr>
        <w:t>Câu 4: Vị trí nằm trên ngã tư đường hàng hải và hàng không quốc tế giúp nước ta thuận lợi để</w:t>
      </w:r>
    </w:p>
    <w:p>
      <w:pPr>
        <w:pStyle w:val="ListParagraph"/>
      </w:pPr>
      <w:r>
        <w:rPr>
          <w:sz w:val="22"/>
        </w:rPr>
        <w:t>A. giao lưu với các nước.</w:t>
      </w:r>
    </w:p>
    <w:p>
      <w:pPr>
        <w:pStyle w:val="ListParagraph"/>
      </w:pPr>
      <w:r>
        <w:rPr>
          <w:sz w:val="22"/>
        </w:rPr>
        <w:t>B. trồng cây công nghiệp.</w:t>
      </w:r>
    </w:p>
    <w:p>
      <w:pPr>
        <w:pStyle w:val="ListParagraph"/>
      </w:pPr>
      <w:r>
        <w:rPr>
          <w:sz w:val="22"/>
        </w:rPr>
        <w:t>C. bảo vệ rừng ngập mặn.</w:t>
      </w:r>
    </w:p>
    <w:p>
      <w:pPr>
        <w:pStyle w:val="ListParagraph"/>
      </w:pPr>
      <w:r>
        <w:rPr>
          <w:sz w:val="22"/>
        </w:rPr>
        <w:t>D. phát triển nghề làm muối.</w:t>
      </w:r>
    </w:p>
    <w:p/>
    <w:p>
      <w:r>
        <w:rPr>
          <w:b/>
          <w:sz w:val="24"/>
        </w:rPr>
        <w:t>Câu 5: Việt Nam gần liền với lục địa và đại dương nào sau đây?</w:t>
      </w:r>
    </w:p>
    <w:p>
      <w:pPr>
        <w:pStyle w:val="ListParagraph"/>
      </w:pPr>
      <w:r>
        <w:rPr>
          <w:sz w:val="22"/>
        </w:rPr>
        <w:t>A. Á-Âu và Thái Bình Dương.</w:t>
      </w:r>
    </w:p>
    <w:p>
      <w:pPr>
        <w:pStyle w:val="ListParagraph"/>
      </w:pPr>
      <w:r>
        <w:rPr>
          <w:sz w:val="22"/>
        </w:rPr>
        <w:t>B. Á-Âu và Bắc Băng Dương.</w:t>
      </w:r>
    </w:p>
    <w:p>
      <w:pPr>
        <w:pStyle w:val="ListParagraph"/>
      </w:pPr>
      <w:r>
        <w:rPr>
          <w:sz w:val="22"/>
        </w:rPr>
        <w:t>C. Á-Âu và Ấn Độ Dương.</w:t>
      </w:r>
    </w:p>
    <w:p>
      <w:pPr>
        <w:pStyle w:val="ListParagraph"/>
      </w:pPr>
      <w:r>
        <w:rPr>
          <w:sz w:val="22"/>
        </w:rPr>
        <w:t>D. Á-Âu và Đại Tây Dương.</w:t>
      </w:r>
    </w:p>
    <w:p/>
    <w:p>
      <w:r>
        <w:rPr>
          <w:b/>
          <w:sz w:val="24"/>
        </w:rPr>
        <w:t>Câu 6: Vùng biển của nước ta không tiếp giáp với vùng biển của quốc gia nào sau đây?</w:t>
      </w:r>
    </w:p>
    <w:p>
      <w:pPr>
        <w:pStyle w:val="ListParagraph"/>
      </w:pPr>
      <w:r>
        <w:rPr>
          <w:sz w:val="22"/>
        </w:rPr>
        <w:t>A. Thái Lan.</w:t>
      </w:r>
    </w:p>
    <w:p>
      <w:pPr>
        <w:pStyle w:val="ListParagraph"/>
      </w:pPr>
      <w:r>
        <w:rPr>
          <w:sz w:val="22"/>
        </w:rPr>
        <w:t>B. Trung Quốc.</w:t>
      </w:r>
    </w:p>
    <w:p>
      <w:pPr>
        <w:pStyle w:val="ListParagraph"/>
      </w:pPr>
      <w:r>
        <w:rPr>
          <w:sz w:val="22"/>
        </w:rPr>
        <w:t>C. Mi-an-ma.</w:t>
      </w:r>
    </w:p>
    <w:p>
      <w:pPr>
        <w:pStyle w:val="ListParagraph"/>
      </w:pPr>
      <w:r>
        <w:rPr>
          <w:sz w:val="22"/>
        </w:rPr>
        <w:t>D. Cam-pu-chia.</w:t>
      </w:r>
    </w:p>
    <w:p/>
    <w:p>
      <w:r>
        <w:rPr>
          <w:b/>
          <w:sz w:val="24"/>
        </w:rPr>
        <w:t>Câu 7: Quần đảo nằm cách xa đất liền nhất của nước ta là</w:t>
      </w:r>
    </w:p>
    <w:p>
      <w:pPr>
        <w:pStyle w:val="ListParagraph"/>
      </w:pPr>
      <w:r>
        <w:rPr>
          <w:sz w:val="22"/>
        </w:rPr>
        <w:t>A. Phú Quốc.</w:t>
      </w:r>
    </w:p>
    <w:p>
      <w:pPr>
        <w:pStyle w:val="ListParagraph"/>
      </w:pPr>
      <w:r>
        <w:rPr>
          <w:sz w:val="22"/>
        </w:rPr>
        <w:t>B. Trường Sa.</w:t>
      </w:r>
    </w:p>
    <w:p>
      <w:pPr>
        <w:pStyle w:val="ListParagraph"/>
      </w:pPr>
      <w:r>
        <w:rPr>
          <w:sz w:val="22"/>
        </w:rPr>
        <w:t>C. Hoàng Sa.</w:t>
      </w:r>
    </w:p>
    <w:p>
      <w:pPr>
        <w:pStyle w:val="ListParagraph"/>
      </w:pPr>
      <w:r>
        <w:rPr>
          <w:sz w:val="22"/>
        </w:rPr>
        <w:t>D. Phú Quý.</w:t>
      </w:r>
    </w:p>
    <w:p/>
    <w:p>
      <w:r>
        <w:rPr>
          <w:b/>
          <w:sz w:val="24"/>
        </w:rPr>
        <w:t>Câu 8: Lãnh thổ nước ta</w:t>
      </w:r>
    </w:p>
    <w:p>
      <w:pPr>
        <w:pStyle w:val="ListParagraph"/>
      </w:pPr>
      <w:r>
        <w:rPr>
          <w:sz w:val="22"/>
        </w:rPr>
        <w:t>A. chỉ tiếp giáp với các quốc gia trên biển.</w:t>
      </w:r>
    </w:p>
    <w:p>
      <w:pPr>
        <w:pStyle w:val="ListParagraph"/>
      </w:pPr>
      <w:r>
        <w:rPr>
          <w:sz w:val="22"/>
        </w:rPr>
        <w:t>B. có đường bờ biển dài từ Bắc vào Nam.</w:t>
      </w:r>
    </w:p>
    <w:p>
      <w:pPr>
        <w:pStyle w:val="ListParagraph"/>
      </w:pPr>
      <w:r>
        <w:rPr>
          <w:sz w:val="22"/>
        </w:rPr>
        <w:t>C. nằm hoàn toàn ở trong vùng xích đạo.</w:t>
      </w:r>
    </w:p>
    <w:p>
      <w:pPr>
        <w:pStyle w:val="ListParagraph"/>
      </w:pPr>
      <w:r>
        <w:rPr>
          <w:sz w:val="22"/>
        </w:rPr>
        <w:t>D. có vùng đất gấp nhiều lần vùng biển.</w:t>
      </w:r>
    </w:p>
    <w:p/>
    <w:p>
      <w:r>
        <w:rPr>
          <w:b/>
          <w:sz w:val="24"/>
        </w:rPr>
        <w:t>Câu 9: Lãnh thổ nước ta</w:t>
      </w:r>
    </w:p>
    <w:p>
      <w:pPr>
        <w:pStyle w:val="ListParagraph"/>
      </w:pPr>
      <w:r>
        <w:rPr>
          <w:sz w:val="22"/>
        </w:rPr>
        <w:t>A. có vùng đất rộng lớn hơn vùng biển.</w:t>
      </w:r>
    </w:p>
    <w:p>
      <w:pPr>
        <w:pStyle w:val="ListParagraph"/>
      </w:pPr>
      <w:r>
        <w:rPr>
          <w:sz w:val="22"/>
        </w:rPr>
        <w:t>B. có biên giới chung với nhiều nước.</w:t>
      </w:r>
    </w:p>
    <w:p>
      <w:pPr>
        <w:pStyle w:val="ListParagraph"/>
      </w:pPr>
      <w:r>
        <w:rPr>
          <w:sz w:val="22"/>
        </w:rPr>
        <w:t>C. có bờ biển dài theo chiều Đông - Tây.</w:t>
      </w:r>
    </w:p>
    <w:p>
      <w:pPr>
        <w:pStyle w:val="ListParagraph"/>
      </w:pPr>
      <w:r>
        <w:rPr>
          <w:sz w:val="22"/>
        </w:rPr>
        <w:t>D. nằm hoàn toàn trong vùng xích đạo.</w:t>
      </w:r>
    </w:p>
    <w:p/>
    <w:p>
      <w:r>
        <w:rPr>
          <w:b/>
          <w:sz w:val="24"/>
        </w:rPr>
        <w:t>Câu 10: Vùng đất Việt Nam gồm toàn bộ phần đất liền và các</w:t>
      </w:r>
    </w:p>
    <w:p>
      <w:pPr>
        <w:pStyle w:val="ListParagraph"/>
      </w:pPr>
      <w:r>
        <w:rPr>
          <w:sz w:val="22"/>
        </w:rPr>
        <w:t>A. đảo ven bờ.</w:t>
      </w:r>
    </w:p>
    <w:p>
      <w:pPr>
        <w:pStyle w:val="ListParagraph"/>
      </w:pPr>
      <w:r>
        <w:rPr>
          <w:sz w:val="22"/>
        </w:rPr>
        <w:t>B. quần đảo.</w:t>
      </w:r>
    </w:p>
    <w:p>
      <w:pPr>
        <w:pStyle w:val="ListParagraph"/>
      </w:pPr>
      <w:r>
        <w:rPr>
          <w:sz w:val="22"/>
        </w:rPr>
        <w:t>C. đảo xa bờ.</w:t>
      </w:r>
    </w:p>
    <w:p>
      <w:pPr>
        <w:pStyle w:val="ListParagraph"/>
      </w:pPr>
      <w:r>
        <w:rPr>
          <w:sz w:val="22"/>
        </w:rPr>
        <w:t>D. hải đảo.</w:t>
      </w:r>
    </w:p>
    <w:p/>
    <w:p>
      <w:r>
        <w:rPr>
          <w:b/>
          <w:sz w:val="24"/>
        </w:rPr>
        <w:t>Câu 11: Đường biên giới trên biển và trên đất liền của nước ta dài gây khó khăn lớn nhất về</w:t>
      </w:r>
    </w:p>
    <w:p>
      <w:pPr>
        <w:pStyle w:val="ListParagraph"/>
      </w:pPr>
      <w:r>
        <w:rPr>
          <w:sz w:val="22"/>
        </w:rPr>
        <w:t>A. phát triển nền văn hóa.</w:t>
      </w:r>
    </w:p>
    <w:p>
      <w:pPr>
        <w:pStyle w:val="ListParagraph"/>
      </w:pPr>
      <w:r>
        <w:rPr>
          <w:sz w:val="22"/>
        </w:rPr>
        <w:t>B. bảo vệ chủ quyền lãnh thổ.</w:t>
      </w:r>
    </w:p>
    <w:p>
      <w:pPr>
        <w:pStyle w:val="ListParagraph"/>
      </w:pPr>
      <w:r>
        <w:rPr>
          <w:sz w:val="22"/>
        </w:rPr>
        <w:t>C. thu hút đầu tư nước ngoài.</w:t>
      </w:r>
    </w:p>
    <w:p>
      <w:pPr>
        <w:pStyle w:val="ListParagraph"/>
      </w:pPr>
      <w:r>
        <w:rPr>
          <w:sz w:val="22"/>
        </w:rPr>
        <w:t>D. thiếu nguồn lao động.</w:t>
      </w:r>
    </w:p>
    <w:p/>
    <w:p>
      <w:r>
        <w:rPr>
          <w:b/>
          <w:sz w:val="24"/>
        </w:rPr>
        <w:t>Câu 12: Sự đa dạng về bản sắc dân tộc của nước ta là do vị trí</w:t>
      </w:r>
    </w:p>
    <w:p>
      <w:pPr>
        <w:pStyle w:val="ListParagraph"/>
      </w:pPr>
      <w:r>
        <w:rPr>
          <w:sz w:val="22"/>
        </w:rPr>
        <w:t>A. có sự gặp gỡ nhiều nền văn minh với văn minh bản địa.</w:t>
      </w:r>
    </w:p>
    <w:p>
      <w:pPr>
        <w:pStyle w:val="ListParagraph"/>
      </w:pPr>
      <w:r>
        <w:rPr>
          <w:sz w:val="22"/>
        </w:rPr>
        <w:t>B. diễn ra những hoạt động kinh tế sôi động.</w:t>
      </w:r>
    </w:p>
    <w:p>
      <w:pPr>
        <w:pStyle w:val="ListParagraph"/>
      </w:pPr>
      <w:r>
        <w:rPr>
          <w:sz w:val="22"/>
        </w:rPr>
        <w:t>C. nằm trên ngã tư đường hàng hải và hàng không quốc tế lớn.</w:t>
      </w:r>
    </w:p>
    <w:p>
      <w:pPr>
        <w:pStyle w:val="ListParagraph"/>
      </w:pPr>
      <w:r>
        <w:rPr>
          <w:sz w:val="22"/>
        </w:rPr>
        <w:t>D. liền kề của hai vành đai sinh khoáng lớn.</w:t>
      </w:r>
    </w:p>
    <w:p/>
    <w:p>
      <w:r>
        <w:rPr>
          <w:b/>
          <w:sz w:val="24"/>
        </w:rPr>
        <w:t>Câu 13: Nước ta thuận lợi giao lưu với các nước trên thế giới là do nguyên nhân chủ yếu nào sau đây?</w:t>
      </w:r>
    </w:p>
    <w:p>
      <w:pPr>
        <w:pStyle w:val="ListParagraph"/>
      </w:pPr>
      <w:r>
        <w:rPr>
          <w:sz w:val="22"/>
        </w:rPr>
        <w:t>A. Ở khu vực giao thoa giữa các nền văn minh lớn.</w:t>
      </w:r>
    </w:p>
    <w:p>
      <w:pPr>
        <w:pStyle w:val="ListParagraph"/>
      </w:pPr>
      <w:r>
        <w:rPr>
          <w:sz w:val="22"/>
        </w:rPr>
        <w:t>B. Nằm hoàn toàn ở bán cầu Bắc và bán cầu Đông.</w:t>
      </w:r>
    </w:p>
    <w:p>
      <w:pPr>
        <w:pStyle w:val="ListParagraph"/>
      </w:pPr>
      <w:r>
        <w:rPr>
          <w:sz w:val="22"/>
        </w:rPr>
        <w:t>C. Có nhiều nét tương đồng về lịch sử và văn hóa.</w:t>
      </w:r>
    </w:p>
    <w:p>
      <w:pPr>
        <w:pStyle w:val="ListParagraph"/>
      </w:pPr>
      <w:r>
        <w:rPr>
          <w:sz w:val="22"/>
        </w:rPr>
        <w:t>D. Ở ngã tư đường hàng hải và hàng không quốc tế.</w:t>
      </w:r>
    </w:p>
    <w:p/>
    <w:p>
      <w:r>
        <w:rPr>
          <w:b/>
          <w:sz w:val="24"/>
        </w:rPr>
        <w:t>Câu 14: Ý nghĩa kinh tế của vị trí địa lí nước ta có</w:t>
      </w:r>
    </w:p>
    <w:p>
      <w:pPr>
        <w:pStyle w:val="ListParagraph"/>
      </w:pPr>
      <w:r>
        <w:rPr>
          <w:sz w:val="22"/>
        </w:rPr>
        <w:t>A. thuận lợi để xây dựng nền văn hóa tương đồng với khu vực.</w:t>
      </w:r>
    </w:p>
    <w:p>
      <w:pPr>
        <w:pStyle w:val="ListParagraph"/>
      </w:pPr>
      <w:r>
        <w:rPr>
          <w:sz w:val="22"/>
        </w:rPr>
        <w:t>B. thuận lợi giao lưu với các nước trong khu vực và thế giới.</w:t>
      </w:r>
    </w:p>
    <w:p>
      <w:pPr>
        <w:pStyle w:val="ListParagraph"/>
      </w:pPr>
      <w:r>
        <w:rPr>
          <w:sz w:val="22"/>
        </w:rPr>
        <w:t>C. nguồn tài nguyên sinh vật và khoáng sản vô cùng giàu có.</w:t>
      </w:r>
    </w:p>
    <w:p>
      <w:pPr>
        <w:pStyle w:val="ListParagraph"/>
      </w:pPr>
      <w:r>
        <w:rPr>
          <w:sz w:val="22"/>
        </w:rPr>
        <w:t>D. tự nhiên phân hóa đa dạng giữa Bắc - Nam và Đông - Tây.</w:t>
      </w:r>
    </w:p>
    <w:p/>
    <w:p>
      <w:r>
        <w:rPr>
          <w:b/>
          <w:sz w:val="24"/>
        </w:rPr>
        <w:t>Câu 15: Do tiếp giáp Biển Đông nên nước ta có</w:t>
      </w:r>
    </w:p>
    <w:p>
      <w:pPr>
        <w:pStyle w:val="ListParagraph"/>
      </w:pPr>
      <w:r>
        <w:rPr>
          <w:sz w:val="22"/>
        </w:rPr>
        <w:t>A. tổng lượng mưa lớn, độ ẩm không khí cao.</w:t>
      </w:r>
    </w:p>
    <w:p>
      <w:pPr>
        <w:pStyle w:val="ListParagraph"/>
      </w:pPr>
      <w:r>
        <w:rPr>
          <w:sz w:val="22"/>
        </w:rPr>
        <w:t>B. một mùa có mưa nhiều, một mùa mưa ít.</w:t>
      </w:r>
    </w:p>
    <w:p>
      <w:pPr>
        <w:pStyle w:val="ListParagraph"/>
      </w:pPr>
      <w:r>
        <w:rPr>
          <w:sz w:val="22"/>
        </w:rPr>
        <w:t>C. gió mùa Đông Bắc hoạt động ở mùa đông.</w:t>
      </w:r>
    </w:p>
    <w:p>
      <w:pPr>
        <w:pStyle w:val="ListParagraph"/>
      </w:pPr>
      <w:r>
        <w:rPr>
          <w:sz w:val="22"/>
        </w:rPr>
        <w:t>D. hai lần Mặt Trời lên thiên đỉnh trong năm.</w:t>
      </w:r>
    </w:p>
    <w:p/>
    <w:p>
      <w:r>
        <w:rPr>
          <w:b/>
          <w:sz w:val="24"/>
        </w:rPr>
        <w:t>Câu 16: Việt Nam không có khí hậu nhiệt đới khô như một số nước cùng vĩ độ là do</w:t>
      </w:r>
    </w:p>
    <w:p>
      <w:pPr>
        <w:pStyle w:val="ListParagraph"/>
      </w:pPr>
      <w:r>
        <w:rPr>
          <w:sz w:val="22"/>
        </w:rPr>
        <w:t>A. tiếp giáp với Biển Đông và ảnh hưởng gió mùa.</w:t>
      </w:r>
    </w:p>
    <w:p>
      <w:pPr>
        <w:pStyle w:val="ListParagraph"/>
      </w:pPr>
      <w:r>
        <w:rPr>
          <w:sz w:val="22"/>
        </w:rPr>
        <w:t>B. nằm ở trung tâm của vùng Đông Nam Á.</w:t>
      </w:r>
    </w:p>
    <w:p>
      <w:pPr>
        <w:pStyle w:val="ListParagraph"/>
      </w:pPr>
      <w:r>
        <w:rPr>
          <w:sz w:val="22"/>
        </w:rPr>
        <w:t>C. nằm trên vành đai sinh khoáng Địa Trung Hải.</w:t>
      </w:r>
    </w:p>
    <w:p>
      <w:pPr>
        <w:pStyle w:val="ListParagraph"/>
      </w:pPr>
      <w:r>
        <w:rPr>
          <w:sz w:val="22"/>
        </w:rPr>
        <w:t>D. nằm hoàn toàn trong vùng nội chí tuyến.</w:t>
      </w:r>
    </w:p>
    <w:p/>
    <w:p>
      <w:r>
        <w:rPr>
          <w:b/>
          <w:sz w:val="24"/>
        </w:rPr>
        <w:t>Câu 17: Đặc điểm nào sau đây không đúng với thiên nhiên vùng biển và thềm lục địa nước ta?</w:t>
      </w:r>
    </w:p>
    <w:p>
      <w:pPr>
        <w:pStyle w:val="ListParagraph"/>
      </w:pPr>
      <w:r>
        <w:rPr>
          <w:sz w:val="22"/>
        </w:rPr>
        <w:t>A. Thềm lục địa miền Trung hẹp, tiếp giáp với vùng biển sâu.</w:t>
      </w:r>
    </w:p>
    <w:p>
      <w:pPr>
        <w:pStyle w:val="ListParagraph"/>
      </w:pPr>
      <w:r>
        <w:rPr>
          <w:sz w:val="22"/>
        </w:rPr>
        <w:t>B. Thềm lục địa nông, được mở rộng ở phía Bắc và phía Nam.</w:t>
      </w:r>
    </w:p>
    <w:p>
      <w:pPr>
        <w:pStyle w:val="ListParagraph"/>
      </w:pPr>
      <w:r>
        <w:rPr>
          <w:sz w:val="22"/>
        </w:rPr>
        <w:t>C. Vùng biển có diện tích lớn gấp khoảng 3 lần vùng đất liền.</w:t>
      </w:r>
    </w:p>
    <w:p>
      <w:pPr>
        <w:pStyle w:val="ListParagraph"/>
      </w:pPr>
      <w:r>
        <w:rPr>
          <w:sz w:val="22"/>
        </w:rPr>
        <w:t>D. Độ nông - sâu của thềm lục địa đồng nhất từ Bắc vào Nam.</w:t>
      </w:r>
    </w:p>
    <w:p/>
    <w:p>
      <w:r>
        <w:rPr>
          <w:b/>
          <w:sz w:val="24"/>
        </w:rPr>
        <w:t>Câu 18: Đường cơ sở của nước ta được xác định là đường</w:t>
      </w:r>
    </w:p>
    <w:p>
      <w:pPr>
        <w:pStyle w:val="ListParagraph"/>
      </w:pPr>
      <w:r>
        <w:rPr>
          <w:sz w:val="22"/>
        </w:rPr>
        <w:t>A. khoảng cách 12 hải lí tính từ vùng lãnh hải.</w:t>
      </w:r>
    </w:p>
    <w:p>
      <w:pPr>
        <w:pStyle w:val="ListParagraph"/>
      </w:pPr>
      <w:r>
        <w:rPr>
          <w:sz w:val="22"/>
        </w:rPr>
        <w:t>B. nối các mũi đất xa nhất với các đảo ven bờ.</w:t>
      </w:r>
    </w:p>
    <w:p>
      <w:pPr>
        <w:pStyle w:val="ListParagraph"/>
      </w:pPr>
      <w:r>
        <w:rPr>
          <w:sz w:val="22"/>
        </w:rPr>
        <w:t>C. được xem là ranh giới trên biển của nước ta.</w:t>
      </w:r>
    </w:p>
    <w:p>
      <w:pPr>
        <w:pStyle w:val="ListParagraph"/>
      </w:pPr>
      <w:r>
        <w:rPr>
          <w:sz w:val="22"/>
        </w:rPr>
        <w:t>D. tính từ mức nước thủy triều lúc lên cao nhất.</w:t>
      </w:r>
    </w:p>
    <w:p/>
    <w:p>
      <w:r>
        <w:rPr>
          <w:b/>
          <w:sz w:val="24"/>
        </w:rPr>
        <w:t>Câu 19: Ảnh hưởng của vị trí địa lí và hình dáng lãnh thổ đến sông ngòi nước ta là</w:t>
      </w:r>
    </w:p>
    <w:p>
      <w:pPr>
        <w:pStyle w:val="ListParagraph"/>
      </w:pPr>
      <w:r>
        <w:rPr>
          <w:sz w:val="22"/>
        </w:rPr>
        <w:t>A. phần lớn là sông nhỏ, chế độ nước theo mùa.</w:t>
      </w:r>
    </w:p>
    <w:p>
      <w:pPr>
        <w:pStyle w:val="ListParagraph"/>
      </w:pPr>
      <w:r>
        <w:rPr>
          <w:sz w:val="22"/>
        </w:rPr>
        <w:t>B. hàm lượng phù sa lớn và chảy ra Biển Đông.</w:t>
      </w:r>
    </w:p>
    <w:p>
      <w:pPr>
        <w:pStyle w:val="ListParagraph"/>
      </w:pPr>
      <w:r>
        <w:rPr>
          <w:sz w:val="22"/>
        </w:rPr>
        <w:t>C. mạng lưới sông ngòi dày đặc, có độ dốc lớn.</w:t>
      </w:r>
    </w:p>
    <w:p>
      <w:pPr>
        <w:pStyle w:val="ListParagraph"/>
      </w:pPr>
      <w:r>
        <w:rPr>
          <w:sz w:val="22"/>
        </w:rPr>
        <w:t>D. có rất nhiều chi lưu và tổng lượng nước lớn.</w:t>
      </w:r>
    </w:p>
    <w:p/>
    <w:p>
      <w:r>
        <w:rPr>
          <w:b/>
          <w:sz w:val="24"/>
        </w:rPr>
        <w:t>Câu 20: Sự hình thành các miền tự nhiên khác nhau ở nước ta chủ yếu do</w:t>
      </w:r>
    </w:p>
    <w:p>
      <w:pPr>
        <w:pStyle w:val="ListParagraph"/>
      </w:pPr>
      <w:r>
        <w:rPr>
          <w:sz w:val="22"/>
        </w:rPr>
        <w:t>A. vị trí địa lí và hình thể.</w:t>
      </w:r>
    </w:p>
    <w:p>
      <w:pPr>
        <w:pStyle w:val="ListParagraph"/>
      </w:pPr>
      <w:r>
        <w:rPr>
          <w:sz w:val="22"/>
        </w:rPr>
        <w:t>B. gió mùa và dòng biển.</w:t>
      </w:r>
    </w:p>
    <w:p>
      <w:pPr>
        <w:pStyle w:val="ListParagraph"/>
      </w:pPr>
      <w:r>
        <w:rPr>
          <w:sz w:val="22"/>
        </w:rPr>
        <w:t>C. khí hậu và sông ngòi.</w:t>
      </w:r>
    </w:p>
    <w:p>
      <w:pPr>
        <w:pStyle w:val="ListParagraph"/>
      </w:pPr>
      <w:r>
        <w:rPr>
          <w:sz w:val="22"/>
        </w:rPr>
        <w:t>D. khoáng sản và biển.</w:t>
      </w:r>
    </w:p>
    <w:p/>
    <w:p>
      <w:r>
        <w:rPr>
          <w:b/>
          <w:sz w:val="24"/>
        </w:rPr>
        <w:t>Câu 21: Ở một số vùng núi đá vôi nước ta, quá trình hòa tan đá tạo nên dạng địa hình đặc biệt nào sau đây?</w:t>
      </w:r>
    </w:p>
    <w:p>
      <w:pPr>
        <w:pStyle w:val="ListParagraph"/>
      </w:pPr>
      <w:r>
        <w:rPr>
          <w:sz w:val="22"/>
        </w:rPr>
        <w:t>A. Địa hình mài mòn biển.</w:t>
      </w:r>
    </w:p>
    <w:p>
      <w:pPr>
        <w:pStyle w:val="ListParagraph"/>
      </w:pPr>
      <w:r>
        <w:rPr>
          <w:sz w:val="22"/>
        </w:rPr>
        <w:t>B. Địa hình các-xtơ.</w:t>
      </w:r>
    </w:p>
    <w:p>
      <w:pPr>
        <w:pStyle w:val="ListParagraph"/>
      </w:pPr>
      <w:r>
        <w:rPr>
          <w:sz w:val="22"/>
        </w:rPr>
        <w:t>C. Địa hình bán bình nguyên.</w:t>
      </w:r>
    </w:p>
    <w:p>
      <w:pPr>
        <w:pStyle w:val="ListParagraph"/>
      </w:pPr>
      <w:r>
        <w:rPr>
          <w:sz w:val="22"/>
        </w:rPr>
        <w:t>D. Địa hình núi cao dốc.</w:t>
      </w:r>
    </w:p>
    <w:p/>
    <w:p>
      <w:r>
        <w:rPr>
          <w:b/>
          <w:sz w:val="24"/>
        </w:rPr>
        <w:t>Câu 22: Tổng lượng phù sa hằng năm của các hệ thống sông ngòi trên lãnh thổ nước ta là khoảng</w:t>
      </w:r>
    </w:p>
    <w:p>
      <w:pPr>
        <w:pStyle w:val="ListParagraph"/>
      </w:pPr>
      <w:r>
        <w:rPr>
          <w:sz w:val="22"/>
        </w:rPr>
        <w:t>A. 300 triệu tấn/năm.</w:t>
      </w:r>
    </w:p>
    <w:p>
      <w:pPr>
        <w:pStyle w:val="ListParagraph"/>
      </w:pPr>
      <w:r>
        <w:rPr>
          <w:sz w:val="22"/>
        </w:rPr>
        <w:t>B. 100 triệu tấn/năm.</w:t>
      </w:r>
    </w:p>
    <w:p>
      <w:pPr>
        <w:pStyle w:val="ListParagraph"/>
      </w:pPr>
      <w:r>
        <w:rPr>
          <w:sz w:val="22"/>
        </w:rPr>
        <w:t>C. 400 triệu tấn/năm.</w:t>
      </w:r>
    </w:p>
    <w:p>
      <w:pPr>
        <w:pStyle w:val="ListParagraph"/>
      </w:pPr>
      <w:r>
        <w:rPr>
          <w:sz w:val="22"/>
        </w:rPr>
        <w:t>D. 200 triệu tấn/năm.</w:t>
      </w:r>
    </w:p>
    <w:p/>
    <w:p>
      <w:r>
        <w:rPr>
          <w:b/>
          <w:sz w:val="24"/>
        </w:rPr>
        <w:t>Câu 23: Đất feralit ở nước ta thường có tính chất chua và có màu đỏ vàng chủ yếu do sự tích tụ của</w:t>
      </w:r>
    </w:p>
    <w:p>
      <w:pPr>
        <w:pStyle w:val="ListParagraph"/>
      </w:pPr>
      <w:r>
        <w:rPr>
          <w:sz w:val="22"/>
        </w:rPr>
        <w:t>A. các hợp chất hữu cơ mùn.</w:t>
      </w:r>
    </w:p>
    <w:p>
      <w:pPr>
        <w:pStyle w:val="ListParagraph"/>
      </w:pPr>
      <w:r>
        <w:rPr>
          <w:sz w:val="22"/>
        </w:rPr>
        <w:t>B. các chất ba-zơ dễ tan.</w:t>
      </w:r>
    </w:p>
    <w:p>
      <w:pPr>
        <w:pStyle w:val="ListParagraph"/>
      </w:pPr>
      <w:r>
        <w:rPr>
          <w:sz w:val="22"/>
        </w:rPr>
        <w:t>C. các hợp chất muối mặn.</w:t>
      </w:r>
    </w:p>
    <w:p>
      <w:pPr>
        <w:pStyle w:val="ListParagraph"/>
      </w:pPr>
      <w:r>
        <w:rPr>
          <w:sz w:val="22"/>
        </w:rPr>
        <w:t>D. ô-xít sắt và ô-xít nhôm.</w:t>
      </w:r>
    </w:p>
    <w:p/>
    <w:p>
      <w:r>
        <w:rPr>
          <w:b/>
          <w:sz w:val="24"/>
        </w:rPr>
        <w:t>Câu 24: Gió mùa Đông Bắc tạo nên một mùa đông lạnh</w:t>
      </w:r>
    </w:p>
    <w:p>
      <w:pPr>
        <w:pStyle w:val="ListParagraph"/>
      </w:pPr>
      <w:r>
        <w:rPr>
          <w:sz w:val="22"/>
        </w:rPr>
        <w:t>A. từ dãy Bạch Mã vào miền Nam.</w:t>
      </w:r>
    </w:p>
    <w:p>
      <w:pPr>
        <w:pStyle w:val="ListParagraph"/>
      </w:pPr>
      <w:r>
        <w:rPr>
          <w:sz w:val="22"/>
        </w:rPr>
        <w:t>B. từ dãy Bạch Mã ra miền Bắc.</w:t>
      </w:r>
    </w:p>
    <w:p>
      <w:pPr>
        <w:pStyle w:val="ListParagraph"/>
      </w:pPr>
      <w:r>
        <w:rPr>
          <w:sz w:val="22"/>
        </w:rPr>
        <w:t>C. từ dãy Hoành Sơn vào miền Nam.</w:t>
      </w:r>
    </w:p>
    <w:p>
      <w:pPr>
        <w:pStyle w:val="ListParagraph"/>
      </w:pPr>
      <w:r>
        <w:rPr>
          <w:sz w:val="22"/>
        </w:rPr>
        <w:t>D. từ dãy Hoành Sơn ra miền Bắc.</w:t>
      </w:r>
    </w:p>
    <w:p/>
    <w:p>
      <w:r>
        <w:rPr>
          <w:b/>
          <w:sz w:val="24"/>
        </w:rPr>
        <w:t>Câu 25: Gió mùa Đông Bắc gần như bị chặn lại ở dãy núi nào sau đây?</w:t>
      </w:r>
    </w:p>
    <w:p>
      <w:pPr>
        <w:pStyle w:val="ListParagraph"/>
      </w:pPr>
      <w:r>
        <w:rPr>
          <w:sz w:val="22"/>
        </w:rPr>
        <w:t>A. Hoành Sơn.</w:t>
      </w:r>
    </w:p>
    <w:p>
      <w:pPr>
        <w:pStyle w:val="ListParagraph"/>
      </w:pPr>
      <w:r>
        <w:rPr>
          <w:sz w:val="22"/>
        </w:rPr>
        <w:t>B. Hoàng Liên Sơn.</w:t>
      </w:r>
    </w:p>
    <w:p>
      <w:pPr>
        <w:pStyle w:val="ListParagraph"/>
      </w:pPr>
      <w:r>
        <w:rPr>
          <w:sz w:val="22"/>
        </w:rPr>
        <w:t>C. Tam Điệp.</w:t>
      </w:r>
    </w:p>
    <w:p>
      <w:pPr>
        <w:pStyle w:val="ListParagraph"/>
      </w:pPr>
      <w:r>
        <w:rPr>
          <w:sz w:val="22"/>
        </w:rPr>
        <w:t>D. Bạch Mã.</w:t>
      </w:r>
    </w:p>
    <w:p/>
    <w:p>
      <w:r>
        <w:rPr>
          <w:b/>
          <w:sz w:val="24"/>
        </w:rPr>
        <w:t>Câu 26: Gió mùa mùa hạ hoạt động ở nước ta vào thời gian nào sau đây?</w:t>
      </w:r>
    </w:p>
    <w:p>
      <w:pPr>
        <w:pStyle w:val="ListParagraph"/>
      </w:pPr>
      <w:r>
        <w:rPr>
          <w:sz w:val="22"/>
        </w:rPr>
        <w:t>A. Tháng 5 đến 10.</w:t>
      </w:r>
    </w:p>
    <w:p>
      <w:pPr>
        <w:pStyle w:val="ListParagraph"/>
      </w:pPr>
      <w:r>
        <w:rPr>
          <w:sz w:val="22"/>
        </w:rPr>
        <w:t>B. Tháng 1 đến 12.</w:t>
      </w:r>
    </w:p>
    <w:p>
      <w:pPr>
        <w:pStyle w:val="ListParagraph"/>
      </w:pPr>
      <w:r>
        <w:rPr>
          <w:sz w:val="22"/>
        </w:rPr>
        <w:t>C. Tháng 6 đến 10.</w:t>
      </w:r>
    </w:p>
    <w:p>
      <w:pPr>
        <w:pStyle w:val="ListParagraph"/>
      </w:pPr>
      <w:r>
        <w:rPr>
          <w:sz w:val="22"/>
        </w:rPr>
        <w:t>D. Tháng 8 đến 10.</w:t>
      </w:r>
    </w:p>
    <w:p/>
    <w:p>
      <w:r>
        <w:rPr>
          <w:b/>
          <w:sz w:val="24"/>
        </w:rPr>
        <w:t>Câu 27: Nơi có sự bào mòn, rửa trôi đất đai mạnh nhất là</w:t>
      </w:r>
    </w:p>
    <w:p>
      <w:pPr>
        <w:pStyle w:val="ListParagraph"/>
      </w:pPr>
      <w:r>
        <w:rPr>
          <w:sz w:val="22"/>
        </w:rPr>
        <w:t>A. ô trũng.</w:t>
      </w:r>
    </w:p>
    <w:p>
      <w:pPr>
        <w:pStyle w:val="ListParagraph"/>
      </w:pPr>
      <w:r>
        <w:rPr>
          <w:sz w:val="22"/>
        </w:rPr>
        <w:t>B. ven biển.</w:t>
      </w:r>
    </w:p>
    <w:p>
      <w:pPr>
        <w:pStyle w:val="ListParagraph"/>
      </w:pPr>
      <w:r>
        <w:rPr>
          <w:sz w:val="22"/>
        </w:rPr>
        <w:t>C. miền núi.</w:t>
      </w:r>
    </w:p>
    <w:p>
      <w:pPr>
        <w:pStyle w:val="ListParagraph"/>
      </w:pPr>
      <w:r>
        <w:rPr>
          <w:sz w:val="22"/>
        </w:rPr>
        <w:t>D. đồng bằng.</w:t>
      </w:r>
    </w:p>
    <w:p/>
    <w:p>
      <w:r>
        <w:rPr>
          <w:b/>
          <w:sz w:val="24"/>
        </w:rPr>
        <w:t>Câu 28: Loại đất chiếm diện tích lớn nhất ở nước ta là</w:t>
      </w:r>
    </w:p>
    <w:p>
      <w:pPr>
        <w:pStyle w:val="ListParagraph"/>
      </w:pPr>
      <w:r>
        <w:rPr>
          <w:sz w:val="22"/>
        </w:rPr>
        <w:t>A. đất mùn thô.</w:t>
      </w:r>
    </w:p>
    <w:p>
      <w:pPr>
        <w:pStyle w:val="ListParagraph"/>
      </w:pPr>
      <w:r>
        <w:rPr>
          <w:sz w:val="22"/>
        </w:rPr>
        <w:t>B. đất feralit.</w:t>
      </w:r>
    </w:p>
    <w:p>
      <w:pPr>
        <w:pStyle w:val="ListParagraph"/>
      </w:pPr>
      <w:r>
        <w:rPr>
          <w:sz w:val="22"/>
        </w:rPr>
        <w:t>C. đất xám bạc màu.</w:t>
      </w:r>
    </w:p>
    <w:p>
      <w:pPr>
        <w:pStyle w:val="ListParagraph"/>
      </w:pPr>
      <w:r>
        <w:rPr>
          <w:sz w:val="22"/>
        </w:rPr>
        <w:t>D. đất phù sa.</w:t>
      </w:r>
    </w:p>
    <w:p/>
    <w:p>
      <w:r>
        <w:rPr>
          <w:b/>
          <w:sz w:val="24"/>
        </w:rPr>
        <w:t>Câu 29: Nước ta có khoảng bao nhiêu con sông dài trên 10 km?</w:t>
      </w:r>
    </w:p>
    <w:p>
      <w:pPr>
        <w:pStyle w:val="ListParagraph"/>
      </w:pPr>
      <w:r>
        <w:rPr>
          <w:sz w:val="22"/>
        </w:rPr>
        <w:t>A. 3630.</w:t>
      </w:r>
    </w:p>
    <w:p>
      <w:pPr>
        <w:pStyle w:val="ListParagraph"/>
      </w:pPr>
      <w:r>
        <w:rPr>
          <w:sz w:val="22"/>
        </w:rPr>
        <w:t>B. 3260.</w:t>
      </w:r>
    </w:p>
    <w:p>
      <w:pPr>
        <w:pStyle w:val="ListParagraph"/>
      </w:pPr>
      <w:r>
        <w:rPr>
          <w:sz w:val="22"/>
        </w:rPr>
        <w:t>C. 2360.</w:t>
      </w:r>
    </w:p>
    <w:p>
      <w:pPr>
        <w:pStyle w:val="ListParagraph"/>
      </w:pPr>
      <w:r>
        <w:rPr>
          <w:sz w:val="22"/>
        </w:rPr>
        <w:t>D. 2620.</w:t>
      </w:r>
    </w:p>
    <w:p/>
    <w:p>
      <w:r>
        <w:rPr>
          <w:b/>
          <w:sz w:val="24"/>
        </w:rPr>
        <w:t>Câu 30: Phát biểu nào sau đây không đúng với khí hậu Việt Nam?</w:t>
      </w:r>
    </w:p>
    <w:p>
      <w:pPr>
        <w:pStyle w:val="ListParagraph"/>
      </w:pPr>
      <w:r>
        <w:rPr>
          <w:sz w:val="22"/>
        </w:rPr>
        <w:t>A. Chịu tác động sâu sắc của gió mùa.</w:t>
      </w:r>
    </w:p>
    <w:p>
      <w:pPr>
        <w:pStyle w:val="ListParagraph"/>
      </w:pPr>
      <w:r>
        <w:rPr>
          <w:sz w:val="22"/>
        </w:rPr>
        <w:t>B. Khí hậu có sự phân hóa đa dạng.</w:t>
      </w:r>
    </w:p>
    <w:p>
      <w:pPr>
        <w:pStyle w:val="ListParagraph"/>
      </w:pPr>
      <w:r>
        <w:rPr>
          <w:sz w:val="22"/>
        </w:rPr>
        <w:t>C. Mùa đông lạnh kéo dài 2 - 3 tháng.</w:t>
      </w:r>
    </w:p>
    <w:p>
      <w:pPr>
        <w:pStyle w:val="ListParagraph"/>
      </w:pPr>
      <w:r>
        <w:rPr>
          <w:sz w:val="22"/>
        </w:rPr>
        <w:t>D. Khí hậu mang tính chất nhiệt đới.</w:t>
      </w:r>
    </w:p>
    <w:p/>
    <w:p>
      <w:r>
        <w:rPr>
          <w:b/>
          <w:sz w:val="24"/>
        </w:rPr>
        <w:t>Câu 31: Khối khí nhiệt đới ẩm từ Bắc Ấn Độ Dương gây mưa lớn cho Nam Bộ nhưng lại gây khô nóng cho ven biển Trung Bộ chủ yếu do</w:t>
      </w:r>
    </w:p>
    <w:p>
      <w:pPr>
        <w:pStyle w:val="ListParagraph"/>
      </w:pPr>
      <w:r>
        <w:rPr>
          <w:sz w:val="22"/>
        </w:rPr>
        <w:t>A. ảnh hưởng chắn gió của dãy núi Trường Sơn.</w:t>
      </w:r>
    </w:p>
    <w:p>
      <w:pPr>
        <w:pStyle w:val="ListParagraph"/>
      </w:pPr>
      <w:r>
        <w:rPr>
          <w:sz w:val="22"/>
        </w:rPr>
        <w:t>B. địa hình miền Trung hẹp ngang và giáp biển.</w:t>
      </w:r>
    </w:p>
    <w:p>
      <w:pPr>
        <w:pStyle w:val="ListParagraph"/>
      </w:pPr>
      <w:r>
        <w:rPr>
          <w:sz w:val="22"/>
        </w:rPr>
        <w:t>C. tác động của dải hội tụ nhiệt đới trên biển.</w:t>
      </w:r>
    </w:p>
    <w:p>
      <w:pPr>
        <w:pStyle w:val="ListParagraph"/>
      </w:pPr>
      <w:r>
        <w:rPr>
          <w:sz w:val="22"/>
        </w:rPr>
        <w:t>D. sự lấn át của khối khí từ áp cao Xi-bia.</w:t>
      </w:r>
    </w:p>
    <w:p/>
    <w:p>
      <w:r>
        <w:rPr>
          <w:b/>
          <w:sz w:val="24"/>
        </w:rPr>
        <w:t>Câu 32: Trong sản xuất nông nghiệp, tính chất thất thường của thiên nhiên nhiệt đới ẩm gió mùa nước ta gây khó khăn lớn nhất trong việc</w:t>
      </w:r>
    </w:p>
    <w:p>
      <w:pPr>
        <w:pStyle w:val="ListParagraph"/>
      </w:pPr>
      <w:r>
        <w:rPr>
          <w:sz w:val="22"/>
        </w:rPr>
        <w:t>A. bảo dưỡng máy móc và thiết bị công nghệ.</w:t>
      </w:r>
    </w:p>
    <w:p>
      <w:pPr>
        <w:pStyle w:val="ListParagraph"/>
      </w:pPr>
      <w:r>
        <w:rPr>
          <w:sz w:val="22"/>
        </w:rPr>
        <w:t>B. bố trí lịch thời vụ và quy hoạch cây trồng.</w:t>
      </w:r>
    </w:p>
    <w:p>
      <w:pPr>
        <w:pStyle w:val="ListParagraph"/>
      </w:pPr>
      <w:r>
        <w:rPr>
          <w:sz w:val="22"/>
        </w:rPr>
        <w:t>C. khai thác và chế biến các loại nông sản.</w:t>
      </w:r>
    </w:p>
    <w:p>
      <w:pPr>
        <w:pStyle w:val="ListParagraph"/>
      </w:pPr>
      <w:r>
        <w:rPr>
          <w:sz w:val="22"/>
        </w:rPr>
        <w:t>D. xây dựng hệ thống kênh mương thủy lợi.</w:t>
      </w:r>
    </w:p>
    <w:p/>
    <w:p>
      <w:r>
        <w:rPr>
          <w:b/>
          <w:sz w:val="24"/>
        </w:rPr>
        <w:t>Câu 33: Sự chiếm ưu thế của các loài thực vật nhiệt đới như họ Đậu, Vang, Dâu tằm trong các hệ sinh thái rừng nước ta là minh chứng cho</w:t>
      </w:r>
    </w:p>
    <w:p>
      <w:pPr>
        <w:pStyle w:val="ListParagraph"/>
      </w:pPr>
      <w:r>
        <w:rPr>
          <w:sz w:val="22"/>
        </w:rPr>
        <w:t>A. sự phân hóa đa dạng theo độ cao địa hình.</w:t>
      </w:r>
    </w:p>
    <w:p>
      <w:pPr>
        <w:pStyle w:val="ListParagraph"/>
      </w:pPr>
      <w:r>
        <w:rPr>
          <w:sz w:val="22"/>
        </w:rPr>
        <w:t>B. tính chất nhiệt đới ẩm của thiên nhiên.</w:t>
      </w:r>
    </w:p>
    <w:p>
      <w:pPr>
        <w:pStyle w:val="ListParagraph"/>
      </w:pPr>
      <w:r>
        <w:rPr>
          <w:sz w:val="22"/>
        </w:rPr>
        <w:t>C. sự phong phú của các loại đất trong rừng.</w:t>
      </w:r>
    </w:p>
    <w:p>
      <w:pPr>
        <w:pStyle w:val="ListParagraph"/>
      </w:pPr>
      <w:r>
        <w:rPr>
          <w:sz w:val="22"/>
        </w:rPr>
        <w:t>D. tác động của các luồng gió mùa mùa hạ.</w:t>
      </w:r>
    </w:p>
    <w:p/>
    <w:p>
      <w:r>
        <w:rPr>
          <w:b/>
          <w:sz w:val="24"/>
        </w:rPr>
        <w:t>Câu 34: Càng vào phía Nam gió mùa Đông Bắc càng</w:t>
      </w:r>
    </w:p>
    <w:p>
      <w:pPr>
        <w:pStyle w:val="ListParagraph"/>
      </w:pPr>
      <w:r>
        <w:rPr>
          <w:sz w:val="22"/>
        </w:rPr>
        <w:t>A. mạnh.</w:t>
      </w:r>
    </w:p>
    <w:p>
      <w:pPr>
        <w:pStyle w:val="ListParagraph"/>
      </w:pPr>
      <w:r>
        <w:rPr>
          <w:sz w:val="22"/>
        </w:rPr>
        <w:t>B. mưa nhiều.</w:t>
      </w:r>
    </w:p>
    <w:p>
      <w:pPr>
        <w:pStyle w:val="ListParagraph"/>
      </w:pPr>
      <w:r>
        <w:rPr>
          <w:sz w:val="22"/>
        </w:rPr>
        <w:t>C. suy yếu.</w:t>
      </w:r>
    </w:p>
    <w:p>
      <w:pPr>
        <w:pStyle w:val="ListParagraph"/>
      </w:pPr>
      <w:r>
        <w:rPr>
          <w:sz w:val="22"/>
        </w:rPr>
        <w:t>D. khô nóng.</w:t>
      </w:r>
    </w:p>
    <w:p/>
    <w:p>
      <w:r>
        <w:rPr>
          <w:b/>
          <w:sz w:val="24"/>
        </w:rPr>
        <w:t>Câu 35: Mưa phùn vùng ven biển và các đồng bằng Bắc Bộ, Bắc Trung Bộ thường diễn ra vào</w:t>
      </w:r>
    </w:p>
    <w:p>
      <w:pPr>
        <w:pStyle w:val="ListParagraph"/>
      </w:pPr>
      <w:r>
        <w:rPr>
          <w:sz w:val="22"/>
        </w:rPr>
        <w:t>A. nửa sau mùa xuân.</w:t>
      </w:r>
    </w:p>
    <w:p>
      <w:pPr>
        <w:pStyle w:val="ListParagraph"/>
      </w:pPr>
      <w:r>
        <w:rPr>
          <w:sz w:val="22"/>
        </w:rPr>
        <w:t>B. nửa đầu mùa hạ.</w:t>
      </w:r>
    </w:p>
    <w:p>
      <w:pPr>
        <w:pStyle w:val="ListParagraph"/>
      </w:pPr>
      <w:r>
        <w:rPr>
          <w:sz w:val="22"/>
        </w:rPr>
        <w:t>C. nửa sau mùa đông.</w:t>
      </w:r>
    </w:p>
    <w:p>
      <w:pPr>
        <w:pStyle w:val="ListParagraph"/>
      </w:pPr>
      <w:r>
        <w:rPr>
          <w:sz w:val="22"/>
        </w:rPr>
        <w:t>D. nửa đầu mùa đông.</w:t>
      </w:r>
    </w:p>
    <w:p/>
    <w:p>
      <w:r>
        <w:rPr>
          <w:b/>
          <w:sz w:val="24"/>
        </w:rPr>
        <w:t>Câu 36: Sự phân hóa khí hậu giữa hai sườn Đông và Tây của dãy Trường Sơn chủ yếu là kết quả của</w:t>
      </w:r>
    </w:p>
    <w:p>
      <w:pPr>
        <w:pStyle w:val="ListParagraph"/>
      </w:pPr>
      <w:r>
        <w:rPr>
          <w:sz w:val="22"/>
        </w:rPr>
        <w:t>A. các đợt gió mùa mùa đông và địa hình núi cao chiếm ưu thế.</w:t>
      </w:r>
    </w:p>
    <w:p>
      <w:pPr>
        <w:pStyle w:val="ListParagraph"/>
      </w:pPr>
      <w:r>
        <w:rPr>
          <w:sz w:val="22"/>
        </w:rPr>
        <w:t>B. gió mùa mùa hạ cùng với sự hoạt động của các dải hội tụ nhiệt đới.</w:t>
      </w:r>
    </w:p>
    <w:p>
      <w:pPr>
        <w:pStyle w:val="ListParagraph"/>
      </w:pPr>
      <w:r>
        <w:rPr>
          <w:sz w:val="22"/>
        </w:rPr>
        <w:t>C. các khối khí qua biển kết hợp với hướng của các dãy núi.</w:t>
      </w:r>
    </w:p>
    <w:p>
      <w:pPr>
        <w:pStyle w:val="ListParagraph"/>
      </w:pPr>
      <w:r>
        <w:rPr>
          <w:sz w:val="22"/>
        </w:rPr>
        <w:t>D. Tín phong bán cầu Bắc kết hợp với các dãy núi hướng vòng cung.</w:t>
      </w:r>
    </w:p>
    <w:p/>
    <w:p>
      <w:r>
        <w:rPr>
          <w:b/>
          <w:sz w:val="24"/>
        </w:rPr>
        <w:t>Câu 37: Quá trình feralit diễn ra mạnh mẽ ở vùng đồi núi thấp nước ta đã tạo ra thuận lợi chủ yếu để</w:t>
      </w:r>
    </w:p>
    <w:p>
      <w:pPr>
        <w:pStyle w:val="ListParagraph"/>
      </w:pPr>
      <w:r>
        <w:rPr>
          <w:sz w:val="22"/>
        </w:rPr>
        <w:t>A. thâm canh các loại cây lương thực và thực phẩm có năng suất cao.</w:t>
      </w:r>
    </w:p>
    <w:p>
      <w:pPr>
        <w:pStyle w:val="ListParagraph"/>
      </w:pPr>
      <w:r>
        <w:rPr>
          <w:sz w:val="22"/>
        </w:rPr>
        <w:t>B. quy hoạch các khu công nghiệp chế biến sâu tại những vùng miền núi.</w:t>
      </w:r>
    </w:p>
    <w:p>
      <w:pPr>
        <w:pStyle w:val="ListParagraph"/>
      </w:pPr>
      <w:r>
        <w:rPr>
          <w:sz w:val="22"/>
        </w:rPr>
        <w:t>C. hình thành các vùng chuyên canh cây công nghiệp có quy mô lớn.</w:t>
      </w:r>
    </w:p>
    <w:p>
      <w:pPr>
        <w:pStyle w:val="ListParagraph"/>
      </w:pPr>
      <w:r>
        <w:rPr>
          <w:sz w:val="22"/>
        </w:rPr>
        <w:t>D. đẩy mạnh việc khai thác lâm sản và phát triển các loài cây dược liệu.</w:t>
      </w:r>
    </w:p>
    <w:p/>
    <w:p>
      <w:r>
        <w:rPr>
          <w:b/>
          <w:sz w:val="24"/>
        </w:rPr>
        <w:t>Câu 38: Quá trình phong hóa hóa học tham gia vào việc làm biến đổi bề mặt địa hình hiện tại của nước ta được biểu hiện ở</w:t>
      </w:r>
    </w:p>
    <w:p>
      <w:pPr>
        <w:pStyle w:val="ListParagraph"/>
      </w:pPr>
      <w:r>
        <w:rPr>
          <w:sz w:val="22"/>
        </w:rPr>
        <w:t>A. hiện tượng xâm thực mạnh.</w:t>
      </w:r>
    </w:p>
    <w:p>
      <w:pPr>
        <w:pStyle w:val="ListParagraph"/>
      </w:pPr>
      <w:r>
        <w:rPr>
          <w:sz w:val="22"/>
        </w:rPr>
        <w:t>B. hiện tượng bào mòn, rửa trôi.</w:t>
      </w:r>
    </w:p>
    <w:p>
      <w:pPr>
        <w:pStyle w:val="ListParagraph"/>
      </w:pPr>
      <w:r>
        <w:rPr>
          <w:sz w:val="22"/>
        </w:rPr>
        <w:t>C. thành tạo địa hình cac-xtơ.</w:t>
      </w:r>
    </w:p>
    <w:p>
      <w:pPr>
        <w:pStyle w:val="ListParagraph"/>
      </w:pPr>
      <w:r>
        <w:rPr>
          <w:sz w:val="22"/>
        </w:rPr>
        <w:t>D. đất trượt, đá lở ở sườn dốc.</w:t>
      </w:r>
    </w:p>
    <w:p/>
    <w:p>
      <w:r>
        <w:rPr>
          <w:b/>
          <w:sz w:val="24"/>
        </w:rPr>
        <w:t>Câu 39: Nguyên nhân chủ yếu nào sau đây làm cho sông ngòi nước ta có hàm lượng phù sa lớn?</w:t>
      </w:r>
    </w:p>
    <w:p>
      <w:pPr>
        <w:pStyle w:val="ListParagraph"/>
      </w:pPr>
      <w:r>
        <w:rPr>
          <w:sz w:val="22"/>
        </w:rPr>
        <w:t>A. Chế độ nước thay đổi theo mùa.</w:t>
      </w:r>
    </w:p>
    <w:p>
      <w:pPr>
        <w:pStyle w:val="ListParagraph"/>
      </w:pPr>
      <w:r>
        <w:rPr>
          <w:sz w:val="22"/>
        </w:rPr>
        <w:t>B. Mạng lưới sông ngòi dày đặc.</w:t>
      </w:r>
    </w:p>
    <w:p>
      <w:pPr>
        <w:pStyle w:val="ListParagraph"/>
      </w:pPr>
      <w:r>
        <w:rPr>
          <w:sz w:val="22"/>
        </w:rPr>
        <w:t>C. Xâm thực mạnh ở miền núi.</w:t>
      </w:r>
    </w:p>
    <w:p>
      <w:pPr>
        <w:pStyle w:val="ListParagraph"/>
      </w:pPr>
      <w:r>
        <w:rPr>
          <w:sz w:val="22"/>
        </w:rPr>
        <w:t>D. Tổng lượng dòng chảy lớn.</w:t>
      </w:r>
    </w:p>
    <w:p/>
    <w:p>
      <w:r>
        <w:rPr>
          <w:b/>
          <w:sz w:val="24"/>
        </w:rPr>
        <w:t>Câu 40: Loại gió nào sau đây vừa gây mưa cho vùng ven biển Trung bộ, vừa là nguyên nhân chính tạo nên mùa khô ở Nam Bộ và vùng cao nguyên phía tây Nam Trung Bộ?</w:t>
      </w:r>
    </w:p>
    <w:p>
      <w:pPr>
        <w:pStyle w:val="ListParagraph"/>
      </w:pPr>
      <w:r>
        <w:rPr>
          <w:sz w:val="22"/>
        </w:rPr>
        <w:t>A. Gió mùa Tây Nam.</w:t>
      </w:r>
    </w:p>
    <w:p>
      <w:pPr>
        <w:pStyle w:val="ListParagraph"/>
      </w:pPr>
      <w:r>
        <w:rPr>
          <w:sz w:val="22"/>
        </w:rPr>
        <w:t>B. Tín phong bán cầu Nam.</w:t>
      </w:r>
    </w:p>
    <w:p>
      <w:pPr>
        <w:pStyle w:val="ListParagraph"/>
      </w:pPr>
      <w:r>
        <w:rPr>
          <w:sz w:val="22"/>
        </w:rPr>
        <w:t>C. Gió mùa Đông Bắc.</w:t>
      </w:r>
    </w:p>
    <w:p>
      <w:pPr>
        <w:pStyle w:val="ListParagraph"/>
      </w:pPr>
      <w:r>
        <w:rPr>
          <w:sz w:val="22"/>
        </w:rPr>
        <w:t>D. Tín phong bán cầu Bắc.</w:t>
      </w:r>
    </w:p>
    <w:p/>
    <w:p>
      <w:r>
        <w:rPr>
          <w:b/>
          <w:sz w:val="24"/>
        </w:rPr>
        <w:t>Câu 41: Đặc điểm khí hậu tiêu biểu của đai ôn đới gió mùa trên núi ở nước ta là nhiệt độ quanh năm</w:t>
      </w:r>
    </w:p>
    <w:p>
      <w:pPr>
        <w:pStyle w:val="ListParagraph"/>
      </w:pPr>
      <w:r>
        <w:rPr>
          <w:sz w:val="22"/>
        </w:rPr>
        <w:t>A. dưới 5°C.</w:t>
      </w:r>
    </w:p>
    <w:p>
      <w:pPr>
        <w:pStyle w:val="ListParagraph"/>
      </w:pPr>
      <w:r>
        <w:rPr>
          <w:sz w:val="22"/>
        </w:rPr>
        <w:t>B. dưới 10°C.</w:t>
      </w:r>
    </w:p>
    <w:p>
      <w:pPr>
        <w:pStyle w:val="ListParagraph"/>
      </w:pPr>
      <w:r>
        <w:rPr>
          <w:sz w:val="22"/>
        </w:rPr>
        <w:t>C. dưới 15°C.</w:t>
      </w:r>
    </w:p>
    <w:p>
      <w:pPr>
        <w:pStyle w:val="ListParagraph"/>
      </w:pPr>
      <w:r>
        <w:rPr>
          <w:sz w:val="22"/>
        </w:rPr>
        <w:t>D. trên 20°C.</w:t>
      </w:r>
    </w:p>
    <w:p/>
    <w:p>
      <w:r>
        <w:rPr>
          <w:b/>
          <w:sz w:val="24"/>
        </w:rPr>
        <w:t>Câu 42: Đặc điểm nổi bật của địa hình miền Bắc và Đông Bắc Bắc Bộ là vùng đồi núi thấp chiếm ưu thế với</w:t>
      </w:r>
    </w:p>
    <w:p>
      <w:pPr>
        <w:pStyle w:val="ListParagraph"/>
      </w:pPr>
      <w:r>
        <w:rPr>
          <w:sz w:val="22"/>
        </w:rPr>
        <w:t>A. Các dải núi cao và đồ sộ.</w:t>
      </w:r>
    </w:p>
    <w:p>
      <w:pPr>
        <w:pStyle w:val="ListParagraph"/>
      </w:pPr>
      <w:r>
        <w:rPr>
          <w:sz w:val="22"/>
        </w:rPr>
        <w:t>B. Hệ thống các cánh cung núi.</w:t>
      </w:r>
    </w:p>
    <w:p>
      <w:pPr>
        <w:pStyle w:val="ListParagraph"/>
      </w:pPr>
      <w:r>
        <w:rPr>
          <w:sz w:val="22"/>
        </w:rPr>
        <w:t>C. Các cao nguyên đất đỏ rộng.</w:t>
      </w:r>
    </w:p>
    <w:p>
      <w:pPr>
        <w:pStyle w:val="ListParagraph"/>
      </w:pPr>
      <w:r>
        <w:rPr>
          <w:sz w:val="22"/>
        </w:rPr>
        <w:t>D. Các cao nguyên đất xám lớn.</w:t>
      </w:r>
    </w:p>
    <w:p/>
    <w:p>
      <w:r>
        <w:rPr>
          <w:b/>
          <w:sz w:val="24"/>
        </w:rPr>
        <w:t>Câu 43: Phát biểu nào sau đây không đúng với khí hậu của phần lãnh thổ phía Nam nước ta?</w:t>
      </w:r>
    </w:p>
    <w:p>
      <w:pPr>
        <w:pStyle w:val="ListParagraph"/>
      </w:pPr>
      <w:r>
        <w:rPr>
          <w:sz w:val="22"/>
        </w:rPr>
        <w:t>A. Biên độ nhiệt độ trung bình năm lớn.</w:t>
      </w:r>
    </w:p>
    <w:p>
      <w:pPr>
        <w:pStyle w:val="ListParagraph"/>
      </w:pPr>
      <w:r>
        <w:rPr>
          <w:sz w:val="22"/>
        </w:rPr>
        <w:t>B. Phân hóa hai mùa mưa và khô rõ rệt.</w:t>
      </w:r>
    </w:p>
    <w:p>
      <w:pPr>
        <w:pStyle w:val="ListParagraph"/>
      </w:pPr>
      <w:r>
        <w:rPr>
          <w:sz w:val="22"/>
        </w:rPr>
        <w:t>C. Nhiệt độ trung bình năm trên 25°C.</w:t>
      </w:r>
    </w:p>
    <w:p>
      <w:pPr>
        <w:pStyle w:val="ListParagraph"/>
      </w:pPr>
      <w:r>
        <w:rPr>
          <w:sz w:val="22"/>
        </w:rPr>
        <w:t>D. Nền nhiệt độ thiên về khí hậu xích đạo.</w:t>
      </w:r>
    </w:p>
    <w:p/>
    <w:p>
      <w:r>
        <w:rPr>
          <w:b/>
          <w:sz w:val="24"/>
        </w:rPr>
        <w:t>Câu 44: Nhận xét nào sau đây không đúng với sự thay đổi nhiệt độ theo Bắc - Nam ở nước ta?</w:t>
      </w:r>
    </w:p>
    <w:p>
      <w:pPr>
        <w:pStyle w:val="ListParagraph"/>
      </w:pPr>
      <w:r>
        <w:rPr>
          <w:sz w:val="22"/>
        </w:rPr>
        <w:t>A. Nhiệt độ mùa hạ ít có sự khác nhau giữa hai miền.</w:t>
      </w:r>
    </w:p>
    <w:p>
      <w:pPr>
        <w:pStyle w:val="ListParagraph"/>
      </w:pPr>
      <w:r>
        <w:rPr>
          <w:sz w:val="22"/>
        </w:rPr>
        <w:t>B. Nhiệt độ trung bình năm giảm dần từ Bắc - Nam.</w:t>
      </w:r>
    </w:p>
    <w:p>
      <w:pPr>
        <w:pStyle w:val="ListParagraph"/>
      </w:pPr>
      <w:r>
        <w:rPr>
          <w:sz w:val="22"/>
        </w:rPr>
        <w:t>C. Biên độ nhiệt độ năm càng vào Nam càng giảm.</w:t>
      </w:r>
    </w:p>
    <w:p>
      <w:pPr>
        <w:pStyle w:val="ListParagraph"/>
      </w:pPr>
      <w:r>
        <w:rPr>
          <w:sz w:val="22"/>
        </w:rPr>
        <w:t>D. Nhiệt độ trung bình năm tăng dần từ Bắc - Nam.</w:t>
      </w:r>
    </w:p>
    <w:p/>
    <w:p>
      <w:r>
        <w:rPr>
          <w:b/>
          <w:sz w:val="24"/>
        </w:rPr>
        <w:t>Câu 45: Đặc điểm thiên nhiên nổi bật của miền Bắc và Đông Bắc Bắc Bộ nước ta là</w:t>
      </w:r>
    </w:p>
    <w:p>
      <w:pPr>
        <w:pStyle w:val="ListParagraph"/>
      </w:pPr>
      <w:r>
        <w:rPr>
          <w:sz w:val="22"/>
        </w:rPr>
        <w:t>A. khí hậu cận xích đạo gió mùa với nền nhiệt độ cao quanh năm.</w:t>
      </w:r>
    </w:p>
    <w:p>
      <w:pPr>
        <w:pStyle w:val="ListParagraph"/>
      </w:pPr>
      <w:r>
        <w:rPr>
          <w:sz w:val="22"/>
        </w:rPr>
        <w:t>B. các dãy núi xen kẽ thung lũng sông hướng tây bắc - đông nam.</w:t>
      </w:r>
    </w:p>
    <w:p>
      <w:pPr>
        <w:pStyle w:val="ListParagraph"/>
      </w:pPr>
      <w:r>
        <w:rPr>
          <w:sz w:val="22"/>
        </w:rPr>
        <w:t>C. địa hình có các sơn nguyên bóc mòn và các cao nguyên badan.</w:t>
      </w:r>
    </w:p>
    <w:p>
      <w:pPr>
        <w:pStyle w:val="ListParagraph"/>
      </w:pPr>
      <w:r>
        <w:rPr>
          <w:sz w:val="22"/>
        </w:rPr>
        <w:t>D. gió mùa Đông Bắc hoạt động, có mùa đông lạnh nhất ở nước ta.</w:t>
      </w:r>
    </w:p>
    <w:p/>
    <w:p>
      <w:r>
        <w:rPr>
          <w:b/>
          <w:sz w:val="24"/>
        </w:rPr>
        <w:t>Câu 46: Đặc điểm thiên nhiên nổi bật của miền Nam Trung Bộ và Nam Bộ nước ta là</w:t>
      </w:r>
    </w:p>
    <w:p>
      <w:pPr>
        <w:pStyle w:val="ListParagraph"/>
      </w:pPr>
      <w:r>
        <w:rPr>
          <w:sz w:val="22"/>
        </w:rPr>
        <w:t>A. đồi núi thấp chiếm ưu thế với các dãy núi có hướng vòng cung.</w:t>
      </w:r>
    </w:p>
    <w:p>
      <w:pPr>
        <w:pStyle w:val="ListParagraph"/>
      </w:pPr>
      <w:r>
        <w:rPr>
          <w:sz w:val="22"/>
        </w:rPr>
        <w:t>B. địa hình cao, các dãy núi xen thung lũng sông có hướng tây bắc - đông nam.</w:t>
      </w:r>
    </w:p>
    <w:p>
      <w:pPr>
        <w:pStyle w:val="ListParagraph"/>
      </w:pPr>
      <w:r>
        <w:rPr>
          <w:sz w:val="22"/>
        </w:rPr>
        <w:t>C. gió mùa Đông Bắc hoạt động mạnh, tạo nên mùa đông lạnh nhất ở nước ta.</w:t>
      </w:r>
    </w:p>
    <w:p>
      <w:pPr>
        <w:pStyle w:val="ListParagraph"/>
      </w:pPr>
      <w:r>
        <w:rPr>
          <w:sz w:val="22"/>
        </w:rPr>
        <w:t>D. khí hậu cận xích đạo gió mùa với nền nhiệt độ cao quanh năm.</w:t>
      </w:r>
    </w:p>
    <w:p/>
    <w:p>
      <w:r>
        <w:rPr>
          <w:b/>
          <w:sz w:val="24"/>
        </w:rPr>
        <w:t>Câu 47: Khu vực có mưa nhiều nhất vào thời kì đầu mùa hạ ở nước ta là</w:t>
      </w:r>
    </w:p>
    <w:p>
      <w:pPr>
        <w:pStyle w:val="ListParagraph"/>
      </w:pPr>
      <w:r>
        <w:rPr>
          <w:sz w:val="22"/>
        </w:rPr>
        <w:t>A. Đồng bằng sông Hồng và Tây Bắc.</w:t>
      </w:r>
    </w:p>
    <w:p>
      <w:pPr>
        <w:pStyle w:val="ListParagraph"/>
      </w:pPr>
      <w:r>
        <w:rPr>
          <w:sz w:val="22"/>
        </w:rPr>
        <w:t>B. Bắc Trung Bộ và Tây Bắc.</w:t>
      </w:r>
    </w:p>
    <w:p>
      <w:pPr>
        <w:pStyle w:val="ListParagraph"/>
      </w:pPr>
      <w:r>
        <w:rPr>
          <w:sz w:val="22"/>
        </w:rPr>
        <w:t>C. vùng cao nguyên phía tây Nam Trung Bộ và vùng Bắc Trung Bộ.</w:t>
      </w:r>
    </w:p>
    <w:p>
      <w:pPr>
        <w:pStyle w:val="ListParagraph"/>
      </w:pPr>
      <w:r>
        <w:rPr>
          <w:sz w:val="22"/>
        </w:rPr>
        <w:t>D. vùng cao nguyên phía tây Nam Trung Bộ và đồng bằng Nam Bộ.</w:t>
      </w:r>
    </w:p>
    <w:p/>
    <w:p>
      <w:r>
        <w:rPr>
          <w:b/>
          <w:sz w:val="24"/>
        </w:rPr>
        <w:t>Câu 48: Khu vực chịu ảnh hưởng mạnh nhất của gió phơn Tây Nam là</w:t>
      </w:r>
    </w:p>
    <w:p>
      <w:pPr>
        <w:pStyle w:val="ListParagraph"/>
      </w:pPr>
      <w:r>
        <w:rPr>
          <w:sz w:val="22"/>
        </w:rPr>
        <w:t>A. Tây Bắc.</w:t>
      </w:r>
    </w:p>
    <w:p>
      <w:pPr>
        <w:pStyle w:val="ListParagraph"/>
      </w:pPr>
      <w:r>
        <w:rPr>
          <w:sz w:val="22"/>
        </w:rPr>
        <w:t>B. Bắc Trung Bộ.</w:t>
      </w:r>
    </w:p>
    <w:p>
      <w:pPr>
        <w:pStyle w:val="ListParagraph"/>
      </w:pPr>
      <w:r>
        <w:rPr>
          <w:sz w:val="22"/>
        </w:rPr>
        <w:t>C. Đồng bằng sông Hồng.</w:t>
      </w:r>
    </w:p>
    <w:p>
      <w:pPr>
        <w:pStyle w:val="ListParagraph"/>
      </w:pPr>
      <w:r>
        <w:rPr>
          <w:sz w:val="22"/>
        </w:rPr>
        <w:t>D. Đông Bắc.</w:t>
      </w:r>
    </w:p>
    <w:p/>
    <w:p>
      <w:r>
        <w:rPr>
          <w:b/>
          <w:sz w:val="24"/>
        </w:rPr>
        <w:t>Câu 49: Khí hậu miền Nam Trung Bộ và Nam Bộ có đặc điểm nào sau đây?</w:t>
      </w:r>
    </w:p>
    <w:p>
      <w:pPr>
        <w:pStyle w:val="ListParagraph"/>
      </w:pPr>
      <w:r>
        <w:rPr>
          <w:sz w:val="22"/>
        </w:rPr>
        <w:t>A. Nóng, ẩm quanh năm.</w:t>
      </w:r>
    </w:p>
    <w:p>
      <w:pPr>
        <w:pStyle w:val="ListParagraph"/>
      </w:pPr>
      <w:r>
        <w:rPr>
          <w:sz w:val="22"/>
        </w:rPr>
        <w:t>B. Khô hạn quanh năm.</w:t>
      </w:r>
    </w:p>
    <w:p>
      <w:pPr>
        <w:pStyle w:val="ListParagraph"/>
      </w:pPr>
      <w:r>
        <w:rPr>
          <w:sz w:val="22"/>
        </w:rPr>
        <w:t>C. Tính chất ôn hòa.</w:t>
      </w:r>
    </w:p>
    <w:p>
      <w:pPr>
        <w:pStyle w:val="ListParagraph"/>
      </w:pPr>
      <w:r>
        <w:rPr>
          <w:sz w:val="22"/>
        </w:rPr>
        <w:t>D. Cận xích đạo gió mùa.</w:t>
      </w:r>
    </w:p>
    <w:p/>
    <w:p>
      <w:r>
        <w:rPr>
          <w:b/>
          <w:sz w:val="24"/>
        </w:rPr>
        <w:t>Câu 50: Thành phần loài chiếm ưu thế ở phần lãnh thổ phía Bắc nước ta là</w:t>
      </w:r>
    </w:p>
    <w:p>
      <w:pPr>
        <w:pStyle w:val="ListParagraph"/>
      </w:pPr>
      <w:r>
        <w:rPr>
          <w:sz w:val="22"/>
        </w:rPr>
        <w:t>A. cây lá kim và thú có lông dày.</w:t>
      </w:r>
    </w:p>
    <w:p>
      <w:pPr>
        <w:pStyle w:val="ListParagraph"/>
      </w:pPr>
      <w:r>
        <w:rPr>
          <w:sz w:val="22"/>
        </w:rPr>
        <w:t>B. cây chịu hạn, rụng lá theo mùa.</w:t>
      </w:r>
    </w:p>
    <w:p>
      <w:pPr>
        <w:pStyle w:val="ListParagraph"/>
      </w:pPr>
      <w:r>
        <w:rPr>
          <w:sz w:val="22"/>
        </w:rPr>
        <w:t>C. động vật và thực vật nhiệt đới.</w:t>
      </w:r>
    </w:p>
    <w:p>
      <w:pPr>
        <w:pStyle w:val="ListParagraph"/>
      </w:pPr>
      <w:r>
        <w:rPr>
          <w:sz w:val="22"/>
        </w:rPr>
        <w:t>D. động thực vật cận nhiệt đới.</w:t>
      </w:r>
    </w:p>
    <w:p/>
    <w:p>
      <w:r>
        <w:rPr>
          <w:b/>
          <w:sz w:val="24"/>
        </w:rPr>
        <w:t>Câu 51: Giới hạn độ cao của đai nhiệt đới gió mùa ở miền Bắc thấp hơn miền Nam chủ yếu do miền Bắc</w:t>
      </w:r>
    </w:p>
    <w:p>
      <w:pPr>
        <w:pStyle w:val="ListParagraph"/>
      </w:pPr>
      <w:r>
        <w:rPr>
          <w:sz w:val="22"/>
        </w:rPr>
        <w:t>A. chịu tác động của dải hội tụ nhiệt đới sớm.</w:t>
      </w:r>
    </w:p>
    <w:p>
      <w:pPr>
        <w:pStyle w:val="ListParagraph"/>
      </w:pPr>
      <w:r>
        <w:rPr>
          <w:sz w:val="22"/>
        </w:rPr>
        <w:t>B. có địa hình núi cao chiếm diện tích rất lớn.</w:t>
      </w:r>
    </w:p>
    <w:p>
      <w:pPr>
        <w:pStyle w:val="ListParagraph"/>
      </w:pPr>
      <w:r>
        <w:rPr>
          <w:sz w:val="22"/>
        </w:rPr>
        <w:t>C. có nền nhiệt độ trung bình năm thấp hơn.</w:t>
      </w:r>
    </w:p>
    <w:p>
      <w:pPr>
        <w:pStyle w:val="ListParagraph"/>
      </w:pPr>
      <w:r>
        <w:rPr>
          <w:sz w:val="22"/>
        </w:rPr>
        <w:t>D. nằm ở vị trí gần với khu vực ngoại chí tuyến.</w:t>
      </w:r>
    </w:p>
    <w:p/>
    <w:p>
      <w:r>
        <w:rPr>
          <w:b/>
          <w:sz w:val="24"/>
        </w:rPr>
        <w:t>Câu 52: Sự phân hóa thiên nhiên giữa vùng biển và thềm lục địa nước ta biểu hiện rõ nét nhất thông qua</w:t>
      </w:r>
    </w:p>
    <w:p>
      <w:pPr>
        <w:pStyle w:val="ListParagraph"/>
      </w:pPr>
      <w:r>
        <w:rPr>
          <w:sz w:val="22"/>
        </w:rPr>
        <w:t>A. hướng chảy của các dòng hải lưu thay đổi theo mùa.</w:t>
      </w:r>
    </w:p>
    <w:p>
      <w:pPr>
        <w:pStyle w:val="ListParagraph"/>
      </w:pPr>
      <w:r>
        <w:rPr>
          <w:sz w:val="22"/>
        </w:rPr>
        <w:t>B. thành phần loài hải sản và nguồn tài nguyên khoáng.</w:t>
      </w:r>
    </w:p>
    <w:p>
      <w:pPr>
        <w:pStyle w:val="ListParagraph"/>
      </w:pPr>
      <w:r>
        <w:rPr>
          <w:sz w:val="22"/>
        </w:rPr>
        <w:t>C. sự khác biệt về chế độ triều và độ mặn của nước.</w:t>
      </w:r>
    </w:p>
    <w:p>
      <w:pPr>
        <w:pStyle w:val="ListParagraph"/>
      </w:pPr>
      <w:r>
        <w:rPr>
          <w:sz w:val="22"/>
        </w:rPr>
        <w:t>D. diện tích và độ sâu của các vùng biển khác nhau.</w:t>
      </w:r>
    </w:p>
    <w:p/>
    <w:p>
      <w:r>
        <w:rPr>
          <w:b/>
          <w:sz w:val="24"/>
        </w:rPr>
        <w:t>Câu 53: Mùa khô ở Bắc Bộ không sâu sắc như ở Nam Bộ nước ta chủ yếu do</w:t>
      </w:r>
    </w:p>
    <w:p>
      <w:pPr>
        <w:pStyle w:val="ListParagraph"/>
      </w:pPr>
      <w:r>
        <w:rPr>
          <w:sz w:val="22"/>
        </w:rPr>
        <w:t>A. sự điều tiết của các hồ chứa nước.</w:t>
      </w:r>
    </w:p>
    <w:p>
      <w:pPr>
        <w:pStyle w:val="ListParagraph"/>
      </w:pPr>
      <w:r>
        <w:rPr>
          <w:sz w:val="22"/>
        </w:rPr>
        <w:t>B. nguồn nước ngầm phong phú hơn.</w:t>
      </w:r>
    </w:p>
    <w:p>
      <w:pPr>
        <w:pStyle w:val="ListParagraph"/>
      </w:pPr>
      <w:r>
        <w:rPr>
          <w:sz w:val="22"/>
        </w:rPr>
        <w:t>C. ảnh hưởng của gió mùa Đông Bắc.</w:t>
      </w:r>
    </w:p>
    <w:p>
      <w:pPr>
        <w:pStyle w:val="ListParagraph"/>
      </w:pPr>
      <w:r>
        <w:rPr>
          <w:sz w:val="22"/>
        </w:rPr>
        <w:t>D. mạng lưới sông ngòi dày đặc hơn.</w:t>
      </w:r>
    </w:p>
    <w:p/>
    <w:p>
      <w:r>
        <w:rPr>
          <w:b/>
          <w:sz w:val="24"/>
        </w:rPr>
        <w:t>Câu 54: Sự phân hóa thiên nhiên giữa hai khu vực Đông và Tây của dãy Trường Sơn Nam chủ yếu do</w:t>
      </w:r>
    </w:p>
    <w:p>
      <w:pPr>
        <w:pStyle w:val="ListParagraph"/>
      </w:pPr>
      <w:r>
        <w:rPr>
          <w:sz w:val="22"/>
        </w:rPr>
        <w:t>A. ảnh hưởng của biển và lớp phủ thực vật.</w:t>
      </w:r>
    </w:p>
    <w:p>
      <w:pPr>
        <w:pStyle w:val="ListParagraph"/>
      </w:pPr>
      <w:r>
        <w:rPr>
          <w:sz w:val="22"/>
        </w:rPr>
        <w:t>B. độ cao địa hình và hướng các dãy núi.</w:t>
      </w:r>
    </w:p>
    <w:p>
      <w:pPr>
        <w:pStyle w:val="ListParagraph"/>
      </w:pPr>
      <w:r>
        <w:rPr>
          <w:sz w:val="22"/>
        </w:rPr>
        <w:t>C. tác động của gió mùa và hướng các dãy núi.</w:t>
      </w:r>
    </w:p>
    <w:p>
      <w:pPr>
        <w:pStyle w:val="ListParagraph"/>
      </w:pPr>
      <w:r>
        <w:rPr>
          <w:sz w:val="22"/>
        </w:rPr>
        <w:t>D. độ cao địa hình và ảnh hưởng của biển.</w:t>
      </w:r>
    </w:p>
    <w:p/>
    <w:p>
      <w:r>
        <w:rPr>
          <w:b/>
          <w:sz w:val="24"/>
        </w:rPr>
        <w:t>Câu 55: Cảnh sắc thiên nhiên phần lãnh thổ phía Bắc thay đổi theo mùa do</w:t>
      </w:r>
    </w:p>
    <w:p>
      <w:pPr>
        <w:pStyle w:val="ListParagraph"/>
      </w:pPr>
      <w:r>
        <w:rPr>
          <w:sz w:val="22"/>
        </w:rPr>
        <w:t>A. sự phân mùa nóng, lạnh.</w:t>
      </w:r>
    </w:p>
    <w:p>
      <w:pPr>
        <w:pStyle w:val="ListParagraph"/>
      </w:pPr>
      <w:r>
        <w:rPr>
          <w:sz w:val="22"/>
        </w:rPr>
        <w:t>B. sự phân hóa lượng mưa.</w:t>
      </w:r>
    </w:p>
    <w:p>
      <w:pPr>
        <w:pStyle w:val="ListParagraph"/>
      </w:pPr>
      <w:r>
        <w:rPr>
          <w:sz w:val="22"/>
        </w:rPr>
        <w:t>C. sự phân hóa theo chiều đông - tây.</w:t>
      </w:r>
    </w:p>
    <w:p>
      <w:pPr>
        <w:pStyle w:val="ListParagraph"/>
      </w:pPr>
      <w:r>
        <w:rPr>
          <w:sz w:val="22"/>
        </w:rPr>
        <w:t>D. thiên nhiên phân hóa theo độ cao.</w:t>
      </w:r>
    </w:p>
    <w:p/>
    <w:p>
      <w:r>
        <w:rPr>
          <w:b/>
          <w:sz w:val="24"/>
        </w:rPr>
        <w:t>Câu 56: Miền Tây Bắc và Bắc Trung Bộ là khu vực duy nhất ở nước ta có đầy đủ hệ thống đai cao chủ yếu do</w:t>
      </w:r>
    </w:p>
    <w:p>
      <w:pPr>
        <w:pStyle w:val="ListParagraph"/>
      </w:pPr>
      <w:r>
        <w:rPr>
          <w:sz w:val="22"/>
        </w:rPr>
        <w:t>A. địa hình đồi núi thấp chiếm ưu thế và có hướng vòng cung.</w:t>
      </w:r>
    </w:p>
    <w:p>
      <w:pPr>
        <w:pStyle w:val="ListParagraph"/>
      </w:pPr>
      <w:r>
        <w:rPr>
          <w:sz w:val="22"/>
        </w:rPr>
        <w:t>B. chịu tác động của Tín phong và có nhiều cao nguyên badan.</w:t>
      </w:r>
    </w:p>
    <w:p>
      <w:pPr>
        <w:pStyle w:val="ListParagraph"/>
      </w:pPr>
      <w:r>
        <w:rPr>
          <w:sz w:val="22"/>
        </w:rPr>
        <w:t>C. nằm ở vị trí gần chí tuyến và có nhiều cánh cung núi.</w:t>
      </w:r>
    </w:p>
    <w:p>
      <w:pPr>
        <w:pStyle w:val="ListParagraph"/>
      </w:pPr>
      <w:r>
        <w:rPr>
          <w:sz w:val="22"/>
        </w:rPr>
        <w:t>D. có địa hình núi cao đồ sộ với các đỉnh núi trên 2600m.</w:t>
      </w:r>
    </w:p>
    <w:p/>
    <w:p>
      <w:r>
        <w:rPr>
          <w:b/>
          <w:sz w:val="24"/>
        </w:rPr>
        <w:t>Câu 57: Cơ cấu cây trồng của phần lãnh thổ phía Bắc đa dạng hơn phần lãnh thổ phía Nam chủ yếu do</w:t>
      </w:r>
    </w:p>
    <w:p>
      <w:pPr>
        <w:pStyle w:val="ListParagraph"/>
      </w:pPr>
      <w:r>
        <w:rPr>
          <w:sz w:val="22"/>
        </w:rPr>
        <w:t>A. có một mùa đông lạnh và sự phân hóa khí hậu theo độ cao.</w:t>
      </w:r>
    </w:p>
    <w:p>
      <w:pPr>
        <w:pStyle w:val="ListParagraph"/>
      </w:pPr>
      <w:r>
        <w:rPr>
          <w:sz w:val="22"/>
        </w:rPr>
        <w:t>B. địa hình chủ yếu là cao nguyên xếp tầng và ít bị chia cắt.</w:t>
      </w:r>
    </w:p>
    <w:p>
      <w:pPr>
        <w:pStyle w:val="ListParagraph"/>
      </w:pPr>
      <w:r>
        <w:rPr>
          <w:sz w:val="22"/>
        </w:rPr>
        <w:t>C. chịu tác động mạnh của gió mùa hạ và dải hội tụ nhiệt đới.</w:t>
      </w:r>
    </w:p>
    <w:p>
      <w:pPr>
        <w:pStyle w:val="ListParagraph"/>
      </w:pPr>
      <w:r>
        <w:rPr>
          <w:sz w:val="22"/>
        </w:rPr>
        <w:t>D. diện tích đất phù sa rộng lớn và nguồn nước tưới dồi dào.</w:t>
      </w:r>
    </w:p>
    <w:p/>
    <w:p>
      <w:r>
        <w:rPr>
          <w:b/>
          <w:sz w:val="24"/>
        </w:rPr>
        <w:t>Câu 58: Sinh vật của miền Tây Bắc và Bắc Trung Bộ có đặc điểm là</w:t>
      </w:r>
    </w:p>
    <w:p>
      <w:pPr>
        <w:pStyle w:val="ListParagraph"/>
      </w:pPr>
      <w:r>
        <w:rPr>
          <w:sz w:val="22"/>
        </w:rPr>
        <w:t>A. không phát triển được hệ sinh thái rừng lá rộng.</w:t>
      </w:r>
    </w:p>
    <w:p>
      <w:pPr>
        <w:pStyle w:val="ListParagraph"/>
      </w:pPr>
      <w:r>
        <w:rPr>
          <w:sz w:val="22"/>
        </w:rPr>
        <w:t>B. thành phần loài sinh vật đa dạng với 3 luồng di cư.</w:t>
      </w:r>
    </w:p>
    <w:p>
      <w:pPr>
        <w:pStyle w:val="ListParagraph"/>
      </w:pPr>
      <w:r>
        <w:rPr>
          <w:sz w:val="22"/>
        </w:rPr>
        <w:t>C. không có loài thực vật và động vật cận nhiệt đới.</w:t>
      </w:r>
    </w:p>
    <w:p>
      <w:pPr>
        <w:pStyle w:val="ListParagraph"/>
      </w:pPr>
      <w:r>
        <w:rPr>
          <w:sz w:val="22"/>
        </w:rPr>
        <w:t>D. không có các loài thực vật và động vật nhiệt đới.</w:t>
      </w:r>
    </w:p>
    <w:p/>
    <w:p>
      <w:r>
        <w:rPr>
          <w:b/>
          <w:sz w:val="24"/>
        </w:rPr>
        <w:t>Câu 59: Biểu hiện nào sau đây không thể hiện rõ sự khác nhau về khí hậu giữa hai miền Nam, Bắc?</w:t>
      </w:r>
    </w:p>
    <w:p>
      <w:pPr>
        <w:pStyle w:val="ListParagraph"/>
      </w:pPr>
      <w:r>
        <w:rPr>
          <w:sz w:val="22"/>
        </w:rPr>
        <w:t>A. Lượng mưa.</w:t>
      </w:r>
    </w:p>
    <w:p>
      <w:pPr>
        <w:pStyle w:val="ListParagraph"/>
      </w:pPr>
      <w:r>
        <w:rPr>
          <w:sz w:val="22"/>
        </w:rPr>
        <w:t>B. Số giờ nắng.</w:t>
      </w:r>
    </w:p>
    <w:p>
      <w:pPr>
        <w:pStyle w:val="ListParagraph"/>
      </w:pPr>
      <w:r>
        <w:rPr>
          <w:sz w:val="22"/>
        </w:rPr>
        <w:t>C. Nhiệt độ trung bình.</w:t>
      </w:r>
    </w:p>
    <w:p>
      <w:pPr>
        <w:pStyle w:val="ListParagraph"/>
      </w:pPr>
      <w:r>
        <w:rPr>
          <w:sz w:val="22"/>
        </w:rPr>
        <w:t>D. Lượng bức xạ.</w:t>
      </w:r>
    </w:p>
    <w:p/>
    <w:p>
      <w:r>
        <w:rPr>
          <w:b/>
          <w:sz w:val="24"/>
        </w:rPr>
        <w:t>Câu 60: Nguyên nhân nào sau đây là chủ yếu làm cho nhiệt độ trung bình vào mùa đông ở Tây Bắc cao hơn Đông Bắc?</w:t>
      </w:r>
    </w:p>
    <w:p>
      <w:pPr>
        <w:pStyle w:val="ListParagraph"/>
      </w:pPr>
      <w:r>
        <w:rPr>
          <w:sz w:val="22"/>
        </w:rPr>
        <w:t>A. Có vĩ độ thấp hơn.</w:t>
      </w:r>
    </w:p>
    <w:p>
      <w:pPr>
        <w:pStyle w:val="ListParagraph"/>
      </w:pPr>
      <w:r>
        <w:rPr>
          <w:sz w:val="22"/>
        </w:rPr>
        <w:t>B. Hướng các dãy núi.</w:t>
      </w:r>
    </w:p>
    <w:p>
      <w:pPr>
        <w:pStyle w:val="ListParagraph"/>
      </w:pPr>
      <w:r>
        <w:rPr>
          <w:sz w:val="22"/>
        </w:rPr>
        <w:t>C. Gió phơn Tây Nam.</w:t>
      </w:r>
    </w:p>
    <w:p>
      <w:pPr>
        <w:pStyle w:val="ListParagraph"/>
      </w:pPr>
      <w:r>
        <w:rPr>
          <w:sz w:val="22"/>
        </w:rPr>
        <w:t>D. Thực vật suy giảm.</w:t>
      </w:r>
    </w:p>
    <w:p/>
    <w:p>
      <w:r>
        <w:rPr>
          <w:b/>
          <w:sz w:val="24"/>
        </w:rPr>
        <w:t>Câu 61: Đối với vùng đồng bằng ven biển, biện pháp nào sau đây giúp hạn chế tình trạng khô hạn và mặn hóa?</w:t>
      </w:r>
    </w:p>
    <w:p>
      <w:pPr>
        <w:pStyle w:val="ListParagraph"/>
      </w:pPr>
      <w:r>
        <w:rPr>
          <w:sz w:val="22"/>
        </w:rPr>
        <w:t>A. Làm ruộng bậc thang cao.</w:t>
      </w:r>
    </w:p>
    <w:p>
      <w:pPr>
        <w:pStyle w:val="ListParagraph"/>
      </w:pPr>
      <w:r>
        <w:rPr>
          <w:sz w:val="22"/>
        </w:rPr>
        <w:t>B. Xây dựng hệ thống thủy lợi.</w:t>
      </w:r>
    </w:p>
    <w:p>
      <w:pPr>
        <w:pStyle w:val="ListParagraph"/>
      </w:pPr>
      <w:r>
        <w:rPr>
          <w:sz w:val="22"/>
        </w:rPr>
        <w:t>C. Đào các hố vẩy cá dốc.</w:t>
      </w:r>
    </w:p>
    <w:p>
      <w:pPr>
        <w:pStyle w:val="ListParagraph"/>
      </w:pPr>
      <w:r>
        <w:rPr>
          <w:sz w:val="22"/>
        </w:rPr>
        <w:t>D. Bón nhiều phân hóa học.</w:t>
      </w:r>
    </w:p>
    <w:p/>
    <w:p>
      <w:r>
        <w:rPr>
          <w:b/>
          <w:sz w:val="24"/>
        </w:rPr>
        <w:t>Câu 62: Hoạt động nào sau đây ở nông thôn nước ta là nguồn gốc chủ yếu gây ra tình trạng ô nhiễm bụi?</w:t>
      </w:r>
    </w:p>
    <w:p>
      <w:pPr>
        <w:pStyle w:val="ListParagraph"/>
      </w:pPr>
      <w:r>
        <w:rPr>
          <w:sz w:val="22"/>
        </w:rPr>
        <w:t>A. Sử dụng thuốc trừ sâu.</w:t>
      </w:r>
    </w:p>
    <w:p>
      <w:pPr>
        <w:pStyle w:val="ListParagraph"/>
      </w:pPr>
      <w:r>
        <w:rPr>
          <w:sz w:val="22"/>
        </w:rPr>
        <w:t>B. Các hoạt động du lịch núi.</w:t>
      </w:r>
    </w:p>
    <w:p>
      <w:pPr>
        <w:pStyle w:val="ListParagraph"/>
      </w:pPr>
      <w:r>
        <w:rPr>
          <w:sz w:val="22"/>
        </w:rPr>
        <w:t>C. Chế biến các mặt hàng gỗ.</w:t>
      </w:r>
    </w:p>
    <w:p>
      <w:pPr>
        <w:pStyle w:val="ListParagraph"/>
      </w:pPr>
      <w:r>
        <w:rPr>
          <w:sz w:val="22"/>
        </w:rPr>
        <w:t>D. Đốt các phụ phẩm nông nghiệp.</w:t>
      </w:r>
    </w:p>
    <w:p/>
    <w:p>
      <w:r>
        <w:rPr>
          <w:b/>
          <w:sz w:val="24"/>
        </w:rPr>
        <w:t>Câu 63: Để giảm nhẹ tác động của biến đổi khí hậu tại vùng ven biển, nước ta cần ưu tiên giải pháp nào?</w:t>
      </w:r>
    </w:p>
    <w:p>
      <w:pPr>
        <w:pStyle w:val="ListParagraph"/>
      </w:pPr>
      <w:r>
        <w:rPr>
          <w:sz w:val="22"/>
        </w:rPr>
        <w:t>A. Làm ruộng bậc thang ven.</w:t>
      </w:r>
    </w:p>
    <w:p>
      <w:pPr>
        <w:pStyle w:val="ListParagraph"/>
      </w:pPr>
      <w:r>
        <w:rPr>
          <w:sz w:val="22"/>
        </w:rPr>
        <w:t>B. Trồng rừng ngập mặn ven.</w:t>
      </w:r>
    </w:p>
    <w:p>
      <w:pPr>
        <w:pStyle w:val="ListParagraph"/>
      </w:pPr>
      <w:r>
        <w:rPr>
          <w:sz w:val="22"/>
        </w:rPr>
        <w:t>C. Đào nhiều hồ đầm trên cát.</w:t>
      </w:r>
    </w:p>
    <w:p>
      <w:pPr>
        <w:pStyle w:val="ListParagraph"/>
      </w:pPr>
      <w:r>
        <w:rPr>
          <w:sz w:val="22"/>
        </w:rPr>
        <w:t>D. Bón phân hữu cơ cho đất.</w:t>
      </w:r>
    </w:p>
    <w:p/>
    <w:p>
      <w:r>
        <w:rPr>
          <w:b/>
          <w:sz w:val="24"/>
        </w:rPr>
        <w:t>Câu 64: Tính đa dạng sinh học cao thể hiện ở</w:t>
      </w:r>
    </w:p>
    <w:p>
      <w:pPr>
        <w:pStyle w:val="ListParagraph"/>
      </w:pPr>
      <w:r>
        <w:rPr>
          <w:sz w:val="22"/>
        </w:rPr>
        <w:t>A. sự phân bố sinh vật.</w:t>
      </w:r>
    </w:p>
    <w:p>
      <w:pPr>
        <w:pStyle w:val="ListParagraph"/>
      </w:pPr>
      <w:r>
        <w:rPr>
          <w:sz w:val="22"/>
        </w:rPr>
        <w:t>B. nguồn gen quý hiếm.</w:t>
      </w:r>
    </w:p>
    <w:p>
      <w:pPr>
        <w:pStyle w:val="ListParagraph"/>
      </w:pPr>
      <w:r>
        <w:rPr>
          <w:sz w:val="22"/>
        </w:rPr>
        <w:t>C. sự phát triển của sinh vật.</w:t>
      </w:r>
    </w:p>
    <w:p>
      <w:pPr>
        <w:pStyle w:val="ListParagraph"/>
      </w:pPr>
      <w:r>
        <w:rPr>
          <w:sz w:val="22"/>
        </w:rPr>
        <w:t>D. diện tích rừng lớn.</w:t>
      </w:r>
    </w:p>
    <w:p/>
    <w:p>
      <w:r>
        <w:rPr>
          <w:b/>
          <w:sz w:val="24"/>
        </w:rPr>
        <w:t>Câu 65: Số lượng loài sinh vật đang giảm nhiều nhất ở nước ta là</w:t>
      </w:r>
    </w:p>
    <w:p>
      <w:pPr>
        <w:pStyle w:val="ListParagraph"/>
      </w:pPr>
      <w:r>
        <w:rPr>
          <w:sz w:val="22"/>
        </w:rPr>
        <w:t>A. Bò sát.</w:t>
      </w:r>
    </w:p>
    <w:p>
      <w:pPr>
        <w:pStyle w:val="ListParagraph"/>
      </w:pPr>
      <w:r>
        <w:rPr>
          <w:sz w:val="22"/>
        </w:rPr>
        <w:t>B. chim.</w:t>
      </w:r>
    </w:p>
    <w:p>
      <w:pPr>
        <w:pStyle w:val="ListParagraph"/>
      </w:pPr>
      <w:r>
        <w:rPr>
          <w:sz w:val="22"/>
        </w:rPr>
        <w:t>C. thú.</w:t>
      </w:r>
    </w:p>
    <w:p>
      <w:pPr>
        <w:pStyle w:val="ListParagraph"/>
      </w:pPr>
      <w:r>
        <w:rPr>
          <w:sz w:val="22"/>
        </w:rPr>
        <w:t>D. cá.</w:t>
      </w:r>
    </w:p>
    <w:p/>
    <w:p>
      <w:r>
        <w:rPr>
          <w:b/>
          <w:sz w:val="24"/>
        </w:rPr>
        <w:t>Câu 66: Tính đa dạng sinh học cao của nước ta thể hiện ở</w:t>
      </w:r>
    </w:p>
    <w:p>
      <w:pPr>
        <w:pStyle w:val="ListParagraph"/>
      </w:pPr>
      <w:r>
        <w:rPr>
          <w:sz w:val="22"/>
        </w:rPr>
        <w:t>A. diện tích rừng lớn.</w:t>
      </w:r>
    </w:p>
    <w:p>
      <w:pPr>
        <w:pStyle w:val="ListParagraph"/>
      </w:pPr>
      <w:r>
        <w:rPr>
          <w:sz w:val="22"/>
        </w:rPr>
        <w:t>B. sự phân bố sinh vật.</w:t>
      </w:r>
    </w:p>
    <w:p>
      <w:pPr>
        <w:pStyle w:val="ListParagraph"/>
      </w:pPr>
      <w:r>
        <w:rPr>
          <w:sz w:val="22"/>
        </w:rPr>
        <w:t>C. các kiểu hệ sinh thái.</w:t>
      </w:r>
    </w:p>
    <w:p>
      <w:pPr>
        <w:pStyle w:val="ListParagraph"/>
      </w:pPr>
      <w:r>
        <w:rPr>
          <w:sz w:val="22"/>
        </w:rPr>
        <w:t>D. sự phát triển của sinh vật.</w:t>
      </w:r>
    </w:p>
    <w:p/>
    <w:p>
      <w:r>
        <w:rPr>
          <w:b/>
          <w:sz w:val="24"/>
        </w:rPr>
        <w:t>Câu 67: Biểu hiện tính đa dạng cao của sinh vật tự nhiên ở nước ta là</w:t>
      </w:r>
    </w:p>
    <w:p>
      <w:pPr>
        <w:pStyle w:val="ListParagraph"/>
      </w:pPr>
      <w:r>
        <w:rPr>
          <w:sz w:val="22"/>
        </w:rPr>
        <w:t>A. loài, hệ sinh thái, gen.</w:t>
      </w:r>
    </w:p>
    <w:p>
      <w:pPr>
        <w:pStyle w:val="ListParagraph"/>
      </w:pPr>
      <w:r>
        <w:rPr>
          <w:sz w:val="22"/>
        </w:rPr>
        <w:t>B. gen, hệ sinh thái, loài thú.</w:t>
      </w:r>
    </w:p>
    <w:p>
      <w:pPr>
        <w:pStyle w:val="ListParagraph"/>
      </w:pPr>
      <w:r>
        <w:rPr>
          <w:sz w:val="22"/>
        </w:rPr>
        <w:t>C. loài thú, hệ sinh thái.</w:t>
      </w:r>
    </w:p>
    <w:p>
      <w:pPr>
        <w:pStyle w:val="ListParagraph"/>
      </w:pPr>
      <w:r>
        <w:rPr>
          <w:sz w:val="22"/>
        </w:rPr>
        <w:t>D. loài cá, gen, hệ sinh thái.</w:t>
      </w:r>
    </w:p>
    <w:p/>
    <w:p>
      <w:r>
        <w:rPr>
          <w:b/>
          <w:sz w:val="24"/>
        </w:rPr>
        <w:t>Câu 68: Tài nguyên sinh vật nước ta đang bị suy giảm biểu hiện ở</w:t>
      </w:r>
    </w:p>
    <w:p>
      <w:pPr>
        <w:pStyle w:val="ListParagraph"/>
      </w:pPr>
      <w:r>
        <w:rPr>
          <w:sz w:val="22"/>
        </w:rPr>
        <w:t>A. số lượng cá thể các loài động vật, thực vật tăng.</w:t>
      </w:r>
    </w:p>
    <w:p>
      <w:pPr>
        <w:pStyle w:val="ListParagraph"/>
      </w:pPr>
      <w:r>
        <w:rPr>
          <w:sz w:val="22"/>
        </w:rPr>
        <w:t>B. một số loài động vật, thực vật có nguy cơ tuyệt chủng.</w:t>
      </w:r>
    </w:p>
    <w:p>
      <w:pPr>
        <w:pStyle w:val="ListParagraph"/>
      </w:pPr>
      <w:r>
        <w:rPr>
          <w:sz w:val="22"/>
        </w:rPr>
        <w:t>C. hệ sinh thái rừng nguyên sinh chiếm diện tích lớn nhất.</w:t>
      </w:r>
    </w:p>
    <w:p>
      <w:pPr>
        <w:pStyle w:val="ListParagraph"/>
      </w:pPr>
      <w:r>
        <w:rPr>
          <w:sz w:val="22"/>
        </w:rPr>
        <w:t>D. số lượng cá thể và loài động vật hoang dã tăng.</w:t>
      </w:r>
    </w:p>
    <w:p/>
    <w:p>
      <w:r>
        <w:rPr>
          <w:b/>
          <w:sz w:val="24"/>
        </w:rPr>
        <w:t>Câu 69: Hoạt động nông nghiệp nào sau đây có nguy cơ cao dẫn tới suy giảm tài nguyên đất?</w:t>
      </w:r>
    </w:p>
    <w:p>
      <w:pPr>
        <w:pStyle w:val="ListParagraph"/>
      </w:pPr>
      <w:r>
        <w:rPr>
          <w:sz w:val="22"/>
        </w:rPr>
        <w:t>A. Áp dụng nhiều kĩ thuật khác nhau.</w:t>
      </w:r>
    </w:p>
    <w:p>
      <w:pPr>
        <w:pStyle w:val="ListParagraph"/>
      </w:pPr>
      <w:r>
        <w:rPr>
          <w:sz w:val="22"/>
        </w:rPr>
        <w:t>B. Sử dụng thuốc trừ sâu, phân hóa học.</w:t>
      </w:r>
    </w:p>
    <w:p>
      <w:pPr>
        <w:pStyle w:val="ListParagraph"/>
      </w:pPr>
      <w:r>
        <w:rPr>
          <w:sz w:val="22"/>
        </w:rPr>
        <w:t>C. Tăng cường việc trồng lúa nước.</w:t>
      </w:r>
    </w:p>
    <w:p>
      <w:pPr>
        <w:pStyle w:val="ListParagraph"/>
      </w:pPr>
      <w:r>
        <w:rPr>
          <w:sz w:val="22"/>
        </w:rPr>
        <w:t>D. Đẩy mạnh thâm canh, tăng vụ.</w:t>
      </w:r>
    </w:p>
    <w:p/>
    <w:p>
      <w:r>
        <w:rPr>
          <w:b/>
          <w:sz w:val="24"/>
        </w:rPr>
        <w:t>Câu 70: Biểu hiện của sự suy thoái tài nguyên đất ở khu vực đồi núi là</w:t>
      </w:r>
    </w:p>
    <w:p>
      <w:pPr>
        <w:pStyle w:val="ListParagraph"/>
      </w:pPr>
      <w:r>
        <w:rPr>
          <w:sz w:val="22"/>
        </w:rPr>
        <w:t>A. glây hóa.</w:t>
      </w:r>
    </w:p>
    <w:p>
      <w:pPr>
        <w:pStyle w:val="ListParagraph"/>
      </w:pPr>
      <w:r>
        <w:rPr>
          <w:sz w:val="22"/>
        </w:rPr>
        <w:t>B. nhiễm phèn.</w:t>
      </w:r>
    </w:p>
    <w:p>
      <w:pPr>
        <w:pStyle w:val="ListParagraph"/>
      </w:pPr>
      <w:r>
        <w:rPr>
          <w:sz w:val="22"/>
        </w:rPr>
        <w:t>C. xói mòn.</w:t>
      </w:r>
    </w:p>
    <w:p>
      <w:pPr>
        <w:pStyle w:val="ListParagraph"/>
      </w:pPr>
      <w:r>
        <w:rPr>
          <w:sz w:val="22"/>
        </w:rPr>
        <w:t>D. nhiễm mặn.</w:t>
      </w:r>
    </w:p>
    <w:p/>
    <w:p>
      <w:r>
        <w:rPr>
          <w:b/>
          <w:sz w:val="24"/>
        </w:rPr>
        <w:t>Câu 71: Việc quản lí tài nguyên nước của nước ta phải bảo đảm tính thống nhất theo lưu vực sông chủ yếu nhằm</w:t>
      </w:r>
    </w:p>
    <w:p>
      <w:pPr>
        <w:pStyle w:val="ListParagraph"/>
      </w:pPr>
      <w:r>
        <w:rPr>
          <w:sz w:val="22"/>
        </w:rPr>
        <w:t>A. thay đổi hướng chảy của các hệ thống sông chính.</w:t>
      </w:r>
    </w:p>
    <w:p>
      <w:pPr>
        <w:pStyle w:val="ListParagraph"/>
      </w:pPr>
      <w:r>
        <w:rPr>
          <w:sz w:val="22"/>
        </w:rPr>
        <w:t>B. tăng nhanh sản lượng đánh bắt thủy sản nội địa.</w:t>
      </w:r>
    </w:p>
    <w:p>
      <w:pPr>
        <w:pStyle w:val="ListParagraph"/>
      </w:pPr>
      <w:r>
        <w:rPr>
          <w:sz w:val="22"/>
        </w:rPr>
        <w:t>C. bảo đảm sự công bằng trong khai thác, sử dụng.</w:t>
      </w:r>
    </w:p>
    <w:p>
      <w:pPr>
        <w:pStyle w:val="ListParagraph"/>
      </w:pPr>
      <w:r>
        <w:rPr>
          <w:sz w:val="22"/>
        </w:rPr>
        <w:t>D. hạn chế hoàn toàn hiện tượng sạt lở ven bờ sông.</w:t>
      </w:r>
    </w:p>
    <w:p/>
    <w:p>
      <w:r>
        <w:rPr>
          <w:b/>
          <w:sz w:val="24"/>
        </w:rPr>
        <w:t>Câu 72: Tình trạng suy giảm số lượng cá thể các loài thực vật và động vật hoang dã ở nước ta dẫn đến hệ quả là</w:t>
      </w:r>
    </w:p>
    <w:p>
      <w:pPr>
        <w:pStyle w:val="ListParagraph"/>
      </w:pPr>
      <w:r>
        <w:rPr>
          <w:sz w:val="22"/>
        </w:rPr>
        <w:t>A. tăng nhanh diện tích các hệ sinh thái thứ sinh.</w:t>
      </w:r>
    </w:p>
    <w:p>
      <w:pPr>
        <w:pStyle w:val="ListParagraph"/>
      </w:pPr>
      <w:r>
        <w:rPr>
          <w:sz w:val="22"/>
        </w:rPr>
        <w:t>B. xuất hiện thêm nhiều loài ngoại lai xâm hại mới.</w:t>
      </w:r>
    </w:p>
    <w:p>
      <w:pPr>
        <w:pStyle w:val="ListParagraph"/>
      </w:pPr>
      <w:r>
        <w:rPr>
          <w:sz w:val="22"/>
        </w:rPr>
        <w:t>C. làm mất đi các nguồn gen sinh vật quý hiếm.</w:t>
      </w:r>
    </w:p>
    <w:p>
      <w:pPr>
        <w:pStyle w:val="ListParagraph"/>
      </w:pPr>
      <w:r>
        <w:rPr>
          <w:sz w:val="22"/>
        </w:rPr>
        <w:t>D. làm thay đổi hướng di cư của các loài sinh vật.</w:t>
      </w:r>
    </w:p>
    <w:p/>
    <w:p>
      <w:r>
        <w:rPr>
          <w:b/>
          <w:sz w:val="24"/>
        </w:rPr>
        <w:t>Câu 73: Việc lồng ghép và thúc đẩy các mô hình kinh tế xanh ở nước ta hiện nay có ý nghĩa chủ yếu nào sau đây?</w:t>
      </w:r>
    </w:p>
    <w:p>
      <w:pPr>
        <w:pStyle w:val="ListParagraph"/>
      </w:pPr>
      <w:r>
        <w:rPr>
          <w:sz w:val="22"/>
        </w:rPr>
        <w:t>A. Thay thế hoàn toàn các ngành công nghiệp cũ kỹ.</w:t>
      </w:r>
    </w:p>
    <w:p>
      <w:pPr>
        <w:pStyle w:val="ListParagraph"/>
      </w:pPr>
      <w:r>
        <w:rPr>
          <w:sz w:val="22"/>
        </w:rPr>
        <w:t>B. Khai thác tối đa các loại tài nguyên khoáng sản.</w:t>
      </w:r>
    </w:p>
    <w:p>
      <w:pPr>
        <w:pStyle w:val="ListParagraph"/>
      </w:pPr>
      <w:r>
        <w:rPr>
          <w:sz w:val="22"/>
        </w:rPr>
        <w:t>C. Đảm bảo phát triển bền vững, bảo vệ môi trường.</w:t>
      </w:r>
    </w:p>
    <w:p>
      <w:pPr>
        <w:pStyle w:val="ListParagraph"/>
      </w:pPr>
      <w:r>
        <w:rPr>
          <w:sz w:val="22"/>
        </w:rPr>
        <w:t>D. Giải quyết việc làm cho lao động vùng nông thôn.</w:t>
      </w:r>
    </w:p>
    <w:p/>
    <w:p>
      <w:r>
        <w:rPr>
          <w:b/>
          <w:sz w:val="24"/>
        </w:rPr>
        <w:t>Câu 74: Hậu quả của ô nhiễm môi trường nước, nhất là ở vùng cửa sông, ven biển là</w:t>
      </w:r>
    </w:p>
    <w:p>
      <w:pPr>
        <w:pStyle w:val="ListParagraph"/>
      </w:pPr>
      <w:r>
        <w:rPr>
          <w:sz w:val="22"/>
        </w:rPr>
        <w:t>A. mưa a-xít.</w:t>
      </w:r>
    </w:p>
    <w:p>
      <w:pPr>
        <w:pStyle w:val="ListParagraph"/>
      </w:pPr>
      <w:r>
        <w:rPr>
          <w:sz w:val="22"/>
        </w:rPr>
        <w:t>B. hải sản giảm sút.</w:t>
      </w:r>
    </w:p>
    <w:p>
      <w:pPr>
        <w:pStyle w:val="ListParagraph"/>
      </w:pPr>
      <w:r>
        <w:rPr>
          <w:sz w:val="22"/>
        </w:rPr>
        <w:t>C. cạn kiệt dòng chảy.</w:t>
      </w:r>
    </w:p>
    <w:p>
      <w:pPr>
        <w:pStyle w:val="ListParagraph"/>
      </w:pPr>
      <w:r>
        <w:rPr>
          <w:sz w:val="22"/>
        </w:rPr>
        <w:t>D. biến đổi khí hậu.</w:t>
      </w:r>
    </w:p>
    <w:p/>
    <w:p>
      <w:r>
        <w:rPr>
          <w:b/>
          <w:sz w:val="24"/>
        </w:rPr>
        <w:t>Câu 75: Cho biểu đồ Diện tích và tỉ lệ che phủ rừng của nước ta, giai đoạn 2012-2024. Nhận xét nào sau đây đúng với biểu đồ trên? (Biểu đồ: 2012 tổng diện tích 13,9 triệu ha, tỉ lệ 40,7%; 2018 14,5 triệu ha 41,7%; 2022 14,8 42%; 2024 14,9 42%)</w:t>
      </w:r>
    </w:p>
    <w:p>
      <w:pPr>
        <w:pStyle w:val="ListParagraph"/>
      </w:pPr>
      <w:r>
        <w:rPr>
          <w:sz w:val="22"/>
        </w:rPr>
        <w:t>A. Năm 2024 so với năm 2012, tỉ lệ che phủ rừng giảm.</w:t>
      </w:r>
    </w:p>
    <w:p>
      <w:pPr>
        <w:pStyle w:val="ListParagraph"/>
      </w:pPr>
      <w:r>
        <w:rPr>
          <w:sz w:val="22"/>
        </w:rPr>
        <w:t>B. Năm 2022, tổng diện tích rừng và tỉ lệ che phủ rừng thấp nhất.</w:t>
      </w:r>
    </w:p>
    <w:p>
      <w:pPr>
        <w:pStyle w:val="ListParagraph"/>
      </w:pPr>
      <w:r>
        <w:rPr>
          <w:sz w:val="22"/>
        </w:rPr>
        <w:t>C. Năm 2024 so với năm 2012, tổng diện tích rừng tăng 1 triệu ha.</w:t>
      </w:r>
    </w:p>
    <w:p>
      <w:pPr>
        <w:pStyle w:val="ListParagraph"/>
      </w:pPr>
      <w:r>
        <w:rPr>
          <w:sz w:val="22"/>
        </w:rPr>
        <w:t>D. Tổng diện tích rừng giảm liên tục</w:t>
      </w:r>
    </w:p>
    <w:p/>
    <w:p>
      <w:r>
        <w:rPr>
          <w:b/>
          <w:sz w:val="24"/>
        </w:rPr>
        <w:t>Câu 76: Trồng rừng ngập mặn ở các vùng ven biển nước ta hiện nay có ý nghĩa chiến lược chủ yếu để</w:t>
      </w:r>
    </w:p>
    <w:p>
      <w:pPr>
        <w:pStyle w:val="ListParagraph"/>
      </w:pPr>
      <w:r>
        <w:rPr>
          <w:sz w:val="22"/>
        </w:rPr>
        <w:t>A. khai thác triệt để nguồn lợi hải sản ven.</w:t>
      </w:r>
    </w:p>
    <w:p>
      <w:pPr>
        <w:pStyle w:val="ListParagraph"/>
      </w:pPr>
      <w:r>
        <w:rPr>
          <w:sz w:val="22"/>
        </w:rPr>
        <w:t>B. mở rộng tối đa diện tích đất thổ cư ven.</w:t>
      </w:r>
    </w:p>
    <w:p>
      <w:pPr>
        <w:pStyle w:val="ListParagraph"/>
      </w:pPr>
      <w:r>
        <w:rPr>
          <w:sz w:val="22"/>
        </w:rPr>
        <w:t>C. thay thế hoàn toàn hệ thống đê biển lớn.</w:t>
      </w:r>
    </w:p>
    <w:p>
      <w:pPr>
        <w:pStyle w:val="ListParagraph"/>
      </w:pPr>
      <w:r>
        <w:rPr>
          <w:sz w:val="22"/>
        </w:rPr>
        <w:t>D. giảm nhẹ tác động của biến đổi khí hậu.</w:t>
      </w:r>
    </w:p>
    <w:p/>
    <w:p>
      <w:r>
        <w:rPr>
          <w:b/>
          <w:sz w:val="24"/>
        </w:rPr>
        <w:t>Câu 77: Việc áp dụng kĩ thuật làm ruộng bậc thang ở vùng đồi núi nước ta hiện nay chủ yếu để</w:t>
      </w:r>
    </w:p>
    <w:p>
      <w:pPr>
        <w:pStyle w:val="ListParagraph"/>
      </w:pPr>
      <w:r>
        <w:rPr>
          <w:sz w:val="22"/>
        </w:rPr>
        <w:t>A. thay thế hoàn toàn cây trồng lâu năm.</w:t>
      </w:r>
    </w:p>
    <w:p>
      <w:pPr>
        <w:pStyle w:val="ListParagraph"/>
      </w:pPr>
      <w:r>
        <w:rPr>
          <w:sz w:val="22"/>
        </w:rPr>
        <w:t>B. hạn chế xói mòn và phát triển sản xuất.</w:t>
      </w:r>
    </w:p>
    <w:p>
      <w:pPr>
        <w:pStyle w:val="ListParagraph"/>
      </w:pPr>
      <w:r>
        <w:rPr>
          <w:sz w:val="22"/>
        </w:rPr>
        <w:t>C. tận dụng tối đa nguồn nước từ các sông.</w:t>
      </w:r>
    </w:p>
    <w:p>
      <w:pPr>
        <w:pStyle w:val="ListParagraph"/>
      </w:pPr>
      <w:r>
        <w:rPr>
          <w:sz w:val="22"/>
        </w:rPr>
        <w:t>D. mở rộng quy mô các khu công nghiệp núi.</w:t>
      </w:r>
    </w:p>
    <w:p/>
    <w:p>
      <w:r>
        <w:rPr>
          <w:b/>
          <w:sz w:val="24"/>
        </w:rPr>
        <w:t>Câu 78: Nguyên nhân chủ yếu làm cho đất đai nước ta dễ bị suy thoái là do</w:t>
      </w:r>
    </w:p>
    <w:p>
      <w:pPr>
        <w:pStyle w:val="ListParagraph"/>
      </w:pPr>
      <w:r>
        <w:rPr>
          <w:sz w:val="22"/>
        </w:rPr>
        <w:t>A. Địa hình nhiều đồi núi, đất đá vụn bở và dễ bốc mòn.</w:t>
      </w:r>
    </w:p>
    <w:p>
      <w:pPr>
        <w:pStyle w:val="ListParagraph"/>
      </w:pPr>
      <w:r>
        <w:rPr>
          <w:sz w:val="22"/>
        </w:rPr>
        <w:t>B. Chế độ mưa phân hóa theo mùa, độ dốc của địa hình.</w:t>
      </w:r>
    </w:p>
    <w:p>
      <w:pPr>
        <w:pStyle w:val="ListParagraph"/>
      </w:pPr>
      <w:r>
        <w:rPr>
          <w:sz w:val="22"/>
        </w:rPr>
        <w:t>C. Địa hình đồi núi thấp, mưa lớn và tập trung theo mùa.</w:t>
      </w:r>
    </w:p>
    <w:p>
      <w:pPr>
        <w:pStyle w:val="ListParagraph"/>
      </w:pPr>
      <w:r>
        <w:rPr>
          <w:sz w:val="22"/>
        </w:rPr>
        <w:t>D. Nhiệt ẩm cao, mưa theo mùa, địa hình nhiều đồi núi.</w:t>
      </w:r>
    </w:p>
    <w:p/>
    <w:p>
      <w:r>
        <w:rPr>
          <w:b/>
          <w:sz w:val="24"/>
        </w:rPr>
        <w:t>Câu 79: Khó khăn lớn nhất trong việc sử dụng đất ở miền Nam Trung Bộ và Nam Bộ nước ta là</w:t>
      </w:r>
    </w:p>
    <w:p>
      <w:pPr>
        <w:pStyle w:val="ListParagraph"/>
      </w:pPr>
      <w:r>
        <w:rPr>
          <w:sz w:val="22"/>
        </w:rPr>
        <w:t>A. Sự thất thường của nhịp điệu dòng chảy sông ngòi.</w:t>
      </w:r>
    </w:p>
    <w:p>
      <w:pPr>
        <w:pStyle w:val="ListParagraph"/>
      </w:pPr>
      <w:r>
        <w:rPr>
          <w:sz w:val="22"/>
        </w:rPr>
        <w:t>B. Địa hình thấp, ảnh hưởng mạnh của triều cường.</w:t>
      </w:r>
    </w:p>
    <w:p>
      <w:pPr>
        <w:pStyle w:val="ListParagraph"/>
      </w:pPr>
      <w:r>
        <w:rPr>
          <w:sz w:val="22"/>
        </w:rPr>
        <w:t>C. Tính không ổn định của thời tiết, khí hậu.</w:t>
      </w:r>
    </w:p>
    <w:p>
      <w:pPr>
        <w:pStyle w:val="ListParagraph"/>
      </w:pPr>
      <w:r>
        <w:rPr>
          <w:sz w:val="22"/>
        </w:rPr>
        <w:t>D. Tình trạng thiếu nước nghiêm trọng vào mùa khô.</w:t>
      </w:r>
    </w:p>
    <w:p/>
    <w:p>
      <w:r>
        <w:rPr>
          <w:b/>
          <w:sz w:val="24"/>
        </w:rPr>
        <w:t>Câu 80: Diện tích rừng ngập mặn nước ta bị thu hẹp chủ yếu là do</w:t>
      </w:r>
    </w:p>
    <w:p>
      <w:pPr>
        <w:pStyle w:val="ListParagraph"/>
      </w:pPr>
      <w:r>
        <w:rPr>
          <w:sz w:val="22"/>
        </w:rPr>
        <w:t>A. mực nước biển dâng.</w:t>
      </w:r>
    </w:p>
    <w:p>
      <w:pPr>
        <w:pStyle w:val="ListParagraph"/>
      </w:pPr>
      <w:r>
        <w:rPr>
          <w:sz w:val="22"/>
        </w:rPr>
        <w:t>B. thiên tai gia tăng.</w:t>
      </w:r>
    </w:p>
    <w:p>
      <w:pPr>
        <w:pStyle w:val="ListParagraph"/>
      </w:pPr>
      <w:r>
        <w:rPr>
          <w:sz w:val="22"/>
        </w:rPr>
        <w:t>C. chuyển đổi mục đích.</w:t>
      </w:r>
    </w:p>
    <w:p>
      <w:pPr>
        <w:pStyle w:val="ListParagraph"/>
      </w:pPr>
      <w:r>
        <w:rPr>
          <w:sz w:val="22"/>
        </w:rPr>
        <w:t>D. ô nhiễm môi trường.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C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D</w:t>
      </w:r>
    </w:p>
    <w:p>
      <w:r>
        <w:rPr>
          <w:b/>
        </w:rPr>
        <w:t>Câu 48: Đáp án đúng: B</w:t>
      </w:r>
    </w:p>
    <w:p>
      <w:r>
        <w:rPr>
          <w:b/>
        </w:rPr>
        <w:t>Câu 49: Đáp án đúng: D</w:t>
      </w:r>
    </w:p>
    <w:p>
      <w:r>
        <w:rPr>
          <w:b/>
        </w:rPr>
        <w:t>Câu 50: Đáp án đúng: C</w:t>
      </w:r>
    </w:p>
    <w:p>
      <w:r>
        <w:rPr>
          <w:b/>
        </w:rPr>
        <w:t>Câu 51: Đáp án đúng: C</w:t>
      </w:r>
    </w:p>
    <w:p>
      <w:r>
        <w:rPr>
          <w:b/>
        </w:rPr>
        <w:t>Câu 52: Đáp án đúng: D</w:t>
      </w:r>
    </w:p>
    <w:p>
      <w:r>
        <w:rPr>
          <w:b/>
        </w:rPr>
        <w:t>Câu 53: Đáp án đúng: C</w:t>
      </w:r>
    </w:p>
    <w:p>
      <w:r>
        <w:rPr>
          <w:b/>
        </w:rPr>
        <w:t>Câu 54: Đáp án đúng: C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D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B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B</w:t>
      </w:r>
    </w:p>
    <w:p>
      <w:r>
        <w:rPr>
          <w:b/>
        </w:rPr>
        <w:t>Câu 61: Đáp án đúng: B</w:t>
      </w:r>
    </w:p>
    <w:p>
      <w:r>
        <w:rPr>
          <w:b/>
        </w:rPr>
        <w:t>Câu 62: Đáp án đúng: D</w:t>
      </w:r>
    </w:p>
    <w:p>
      <w:r>
        <w:rPr>
          <w:b/>
        </w:rPr>
        <w:t>Câu 63: Đáp án đúng: B</w:t>
      </w:r>
    </w:p>
    <w:p>
      <w:r>
        <w:rPr>
          <w:b/>
        </w:rPr>
        <w:t>Câu 64: Đáp án đúng: B</w:t>
      </w:r>
    </w:p>
    <w:p>
      <w:r>
        <w:rPr>
          <w:b/>
        </w:rPr>
        <w:t>Câu 65: Đáp án đúng: B</w:t>
      </w:r>
    </w:p>
    <w:p>
      <w:r>
        <w:rPr>
          <w:b/>
        </w:rPr>
        <w:t>Câu 66: Đáp án đúng: C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B</w:t>
      </w:r>
    </w:p>
    <w:p>
      <w:r>
        <w:rPr>
          <w:b/>
        </w:rPr>
        <w:t>Câu 69: Đáp án đúng: B</w:t>
      </w:r>
    </w:p>
    <w:p>
      <w:r>
        <w:rPr>
          <w:b/>
        </w:rPr>
        <w:t>Câu 70: Đáp án đúng: C</w:t>
      </w:r>
    </w:p>
    <w:p>
      <w:r>
        <w:rPr>
          <w:b/>
        </w:rPr>
        <w:t>Câu 71: Đáp án đúng: C</w:t>
      </w:r>
    </w:p>
    <w:p>
      <w:r>
        <w:rPr>
          <w:b/>
        </w:rPr>
        <w:t>Câu 72: Đáp án đúng: C</w:t>
      </w:r>
    </w:p>
    <w:p>
      <w:r>
        <w:rPr>
          <w:b/>
        </w:rPr>
        <w:t>Câu 73: Đáp án đúng: C</w:t>
      </w:r>
    </w:p>
    <w:p>
      <w:r>
        <w:rPr>
          <w:b/>
        </w:rPr>
        <w:t>Câu 74: Đáp án đúng: B</w:t>
      </w:r>
    </w:p>
    <w:p>
      <w:r>
        <w:rPr>
          <w:b/>
        </w:rPr>
        <w:t>Câu 75: Đáp án đúng: C</w:t>
      </w:r>
    </w:p>
    <w:p>
      <w:r>
        <w:rPr>
          <w:b/>
        </w:rPr>
        <w:t>Câu 76: Đáp án đúng: D</w:t>
      </w:r>
    </w:p>
    <w:p>
      <w:r>
        <w:rPr>
          <w:b/>
        </w:rPr>
        <w:t>Câu 77: Đáp án đúng: B</w:t>
      </w:r>
    </w:p>
    <w:p>
      <w:r>
        <w:rPr>
          <w:b/>
        </w:rPr>
        <w:t>Câu 78: Đáp án đúng: D</w:t>
      </w:r>
    </w:p>
    <w:p>
      <w:r>
        <w:rPr>
          <w:b/>
        </w:rPr>
        <w:t>Câu 79: Đáp án đúng: D</w:t>
      </w:r>
    </w:p>
    <w:p>
      <w:r>
        <w:rPr>
          <w:b/>
        </w:rPr>
        <w:t>Câu 80: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