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UNIT 1: A LONG AND HEALTHY LIFE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A. treat B. great C. meat D. lead</w:t>
      </w:r>
    </w:p>
    <w:p>
      <w:pPr>
        <w:pStyle w:val="ListParagraph"/>
      </w:pPr>
      <w:r>
        <w:rPr>
          <w:sz w:val="22"/>
        </w:rPr>
        <w:t>A. treat</w:t>
      </w:r>
    </w:p>
    <w:p>
      <w:pPr>
        <w:pStyle w:val="ListParagraph"/>
      </w:pPr>
      <w:r>
        <w:rPr>
          <w:sz w:val="22"/>
        </w:rPr>
        <w:t>B. great</w:t>
      </w:r>
    </w:p>
    <w:p>
      <w:pPr>
        <w:pStyle w:val="ListParagraph"/>
      </w:pPr>
      <w:r>
        <w:rPr>
          <w:sz w:val="22"/>
        </w:rPr>
        <w:t>C. meat</w:t>
      </w:r>
    </w:p>
    <w:p>
      <w:pPr>
        <w:pStyle w:val="ListParagraph"/>
      </w:pPr>
      <w:r>
        <w:rPr>
          <w:sz w:val="22"/>
        </w:rPr>
        <w:t>D. lead</w:t>
      </w:r>
    </w:p>
    <w:p/>
    <w:p>
      <w:r>
        <w:rPr>
          <w:b/>
          <w:sz w:val="24"/>
        </w:rPr>
        <w:t>Câu 2: A. regular B. general C. vegetable D. energy</w:t>
      </w:r>
    </w:p>
    <w:p>
      <w:pPr>
        <w:pStyle w:val="ListParagraph"/>
      </w:pPr>
      <w:r>
        <w:rPr>
          <w:sz w:val="22"/>
        </w:rPr>
        <w:t>A. regular</w:t>
      </w:r>
    </w:p>
    <w:p>
      <w:pPr>
        <w:pStyle w:val="ListParagraph"/>
      </w:pPr>
      <w:r>
        <w:rPr>
          <w:sz w:val="22"/>
        </w:rPr>
        <w:t>B. general</w:t>
      </w:r>
    </w:p>
    <w:p>
      <w:pPr>
        <w:pStyle w:val="ListParagraph"/>
      </w:pPr>
      <w:r>
        <w:rPr>
          <w:sz w:val="22"/>
        </w:rPr>
        <w:t>C. vegetable</w:t>
      </w:r>
    </w:p>
    <w:p>
      <w:pPr>
        <w:pStyle w:val="ListParagraph"/>
      </w:pPr>
      <w:r>
        <w:rPr>
          <w:sz w:val="22"/>
        </w:rPr>
        <w:t>D. energy</w:t>
      </w:r>
    </w:p>
    <w:p/>
    <w:p>
      <w:r>
        <w:rPr>
          <w:b/>
          <w:sz w:val="24"/>
        </w:rPr>
        <w:t>Câu 3: A. virus B. habit C. fitness D. illness</w:t>
      </w:r>
    </w:p>
    <w:p>
      <w:pPr>
        <w:pStyle w:val="ListParagraph"/>
      </w:pPr>
      <w:r>
        <w:rPr>
          <w:sz w:val="22"/>
        </w:rPr>
        <w:t>A. virus</w:t>
      </w:r>
    </w:p>
    <w:p>
      <w:pPr>
        <w:pStyle w:val="ListParagraph"/>
      </w:pPr>
      <w:r>
        <w:rPr>
          <w:sz w:val="22"/>
        </w:rPr>
        <w:t>B. habit</w:t>
      </w:r>
    </w:p>
    <w:p>
      <w:pPr>
        <w:pStyle w:val="ListParagraph"/>
      </w:pPr>
      <w:r>
        <w:rPr>
          <w:sz w:val="22"/>
        </w:rPr>
        <w:t>C. fitness</w:t>
      </w:r>
    </w:p>
    <w:p>
      <w:pPr>
        <w:pStyle w:val="ListParagraph"/>
      </w:pPr>
      <w:r>
        <w:rPr>
          <w:sz w:val="22"/>
        </w:rPr>
        <w:t>D. illness</w:t>
      </w:r>
    </w:p>
    <w:p/>
    <w:p>
      <w:r>
        <w:rPr>
          <w:b/>
          <w:sz w:val="24"/>
        </w:rPr>
        <w:t>Câu 4: A. germ B. grow C. gone D. gap</w:t>
      </w:r>
    </w:p>
    <w:p>
      <w:pPr>
        <w:pStyle w:val="ListParagraph"/>
      </w:pPr>
      <w:r>
        <w:rPr>
          <w:sz w:val="22"/>
        </w:rPr>
        <w:t>A. germ</w:t>
      </w:r>
    </w:p>
    <w:p>
      <w:pPr>
        <w:pStyle w:val="ListParagraph"/>
      </w:pPr>
      <w:r>
        <w:rPr>
          <w:sz w:val="22"/>
        </w:rPr>
        <w:t>B. grow</w:t>
      </w:r>
    </w:p>
    <w:p>
      <w:pPr>
        <w:pStyle w:val="ListParagraph"/>
      </w:pPr>
      <w:r>
        <w:rPr>
          <w:sz w:val="22"/>
        </w:rPr>
        <w:t>C. gone</w:t>
      </w:r>
    </w:p>
    <w:p>
      <w:pPr>
        <w:pStyle w:val="ListParagraph"/>
      </w:pPr>
      <w:r>
        <w:rPr>
          <w:sz w:val="22"/>
        </w:rPr>
        <w:t>D. gap</w:t>
      </w:r>
    </w:p>
    <w:p/>
    <w:p>
      <w:r>
        <w:rPr>
          <w:b/>
          <w:sz w:val="24"/>
        </w:rPr>
        <w:t>Câu 5: A. tiny B. diameter C. nutrient D. antibiotic</w:t>
      </w:r>
    </w:p>
    <w:p>
      <w:pPr>
        <w:pStyle w:val="ListParagraph"/>
      </w:pPr>
      <w:r>
        <w:rPr>
          <w:sz w:val="22"/>
        </w:rPr>
        <w:t>A. tiny</w:t>
      </w:r>
    </w:p>
    <w:p>
      <w:pPr>
        <w:pStyle w:val="ListParagraph"/>
      </w:pPr>
      <w:r>
        <w:rPr>
          <w:sz w:val="22"/>
        </w:rPr>
        <w:t>B. diameter</w:t>
      </w:r>
    </w:p>
    <w:p>
      <w:pPr>
        <w:pStyle w:val="ListParagraph"/>
      </w:pPr>
      <w:r>
        <w:rPr>
          <w:sz w:val="22"/>
        </w:rPr>
        <w:t>C. nutrient</w:t>
      </w:r>
    </w:p>
    <w:p>
      <w:pPr>
        <w:pStyle w:val="ListParagraph"/>
      </w:pPr>
      <w:r>
        <w:rPr>
          <w:sz w:val="22"/>
        </w:rPr>
        <w:t>D. antibiotic</w:t>
      </w:r>
    </w:p>
    <w:p/>
    <w:p>
      <w:r>
        <w:rPr>
          <w:b/>
          <w:sz w:val="24"/>
        </w:rPr>
        <w:t>Câu 6: In the stressed short answer “Yes, we could”, the strong form of “could” is ______.</w:t>
      </w:r>
    </w:p>
    <w:p>
      <w:pPr>
        <w:pStyle w:val="ListParagraph"/>
      </w:pPr>
      <w:r>
        <w:rPr>
          <w:sz w:val="22"/>
        </w:rPr>
        <w:t>A. /kəd/</w:t>
      </w:r>
    </w:p>
    <w:p>
      <w:pPr>
        <w:pStyle w:val="ListParagraph"/>
      </w:pPr>
      <w:r>
        <w:rPr>
          <w:sz w:val="22"/>
        </w:rPr>
        <w:t>B. /kʊ:d/</w:t>
      </w:r>
    </w:p>
    <w:p>
      <w:pPr>
        <w:pStyle w:val="ListParagraph"/>
      </w:pPr>
      <w:r>
        <w:rPr>
          <w:sz w:val="22"/>
        </w:rPr>
        <w:t>C. /kʊd/</w:t>
      </w:r>
    </w:p>
    <w:p>
      <w:pPr>
        <w:pStyle w:val="ListParagraph"/>
      </w:pPr>
      <w:r>
        <w:rPr>
          <w:sz w:val="22"/>
        </w:rPr>
        <w:t>D. /kəd/</w:t>
      </w:r>
    </w:p>
    <w:p/>
    <w:p>
      <w:r>
        <w:rPr>
          <w:b/>
          <w:sz w:val="24"/>
        </w:rPr>
        <w:t>Câu 7: When “does” is unstressed in “Does she exercise?”, its usual weak form is ______.</w:t>
      </w:r>
    </w:p>
    <w:p>
      <w:pPr>
        <w:pStyle w:val="ListParagraph"/>
      </w:pPr>
      <w:r>
        <w:rPr>
          <w:sz w:val="22"/>
        </w:rPr>
        <w:t>A. /dɪs/</w:t>
      </w:r>
    </w:p>
    <w:p>
      <w:pPr>
        <w:pStyle w:val="ListParagraph"/>
      </w:pPr>
      <w:r>
        <w:rPr>
          <w:sz w:val="22"/>
        </w:rPr>
        <w:t>B. /du:z/</w:t>
      </w:r>
    </w:p>
    <w:p>
      <w:pPr>
        <w:pStyle w:val="ListParagraph"/>
      </w:pPr>
      <w:r>
        <w:rPr>
          <w:sz w:val="22"/>
        </w:rPr>
        <w:t>C. /dʌz/</w:t>
      </w:r>
    </w:p>
    <w:p>
      <w:pPr>
        <w:pStyle w:val="ListParagraph"/>
      </w:pPr>
      <w:r>
        <w:rPr>
          <w:sz w:val="22"/>
        </w:rPr>
        <w:t>D. /dəz/</w:t>
      </w:r>
    </w:p>
    <w:p/>
    <w:p>
      <w:r>
        <w:rPr>
          <w:b/>
          <w:sz w:val="24"/>
        </w:rPr>
        <w:t>Câu 8: When “can” is unstressed in “Can you swim?”, what is its usual weak form?</w:t>
      </w:r>
    </w:p>
    <w:p>
      <w:pPr>
        <w:pStyle w:val="ListParagraph"/>
      </w:pPr>
      <w:r>
        <w:rPr>
          <w:sz w:val="22"/>
        </w:rPr>
        <w:t>A. /si:n/</w:t>
      </w:r>
    </w:p>
    <w:p>
      <w:pPr>
        <w:pStyle w:val="ListParagraph"/>
      </w:pPr>
      <w:r>
        <w:rPr>
          <w:sz w:val="22"/>
        </w:rPr>
        <w:t>B. /kən/</w:t>
      </w:r>
    </w:p>
    <w:p>
      <w:pPr>
        <w:pStyle w:val="ListParagraph"/>
      </w:pPr>
      <w:r>
        <w:rPr>
          <w:sz w:val="22"/>
        </w:rPr>
        <w:t>C. /kʌn/</w:t>
      </w:r>
    </w:p>
    <w:p>
      <w:pPr>
        <w:pStyle w:val="ListParagraph"/>
      </w:pPr>
      <w:r>
        <w:rPr>
          <w:sz w:val="22"/>
        </w:rPr>
        <w:t>D. /kæn/</w:t>
      </w:r>
    </w:p>
    <w:p/>
    <w:p>
      <w:r>
        <w:rPr>
          <w:b/>
          <w:sz w:val="24"/>
        </w:rPr>
        <w:t>Câu 9: A. balanced B. active C. healthy D. mature</w:t>
      </w:r>
    </w:p>
    <w:p>
      <w:pPr>
        <w:pStyle w:val="ListParagraph"/>
      </w:pPr>
      <w:r>
        <w:rPr>
          <w:sz w:val="22"/>
        </w:rPr>
        <w:t>A. balanced</w:t>
      </w:r>
    </w:p>
    <w:p>
      <w:pPr>
        <w:pStyle w:val="ListParagraph"/>
      </w:pPr>
      <w:r>
        <w:rPr>
          <w:sz w:val="22"/>
        </w:rPr>
        <w:t>B. active</w:t>
      </w:r>
    </w:p>
    <w:p>
      <w:pPr>
        <w:pStyle w:val="ListParagraph"/>
      </w:pPr>
      <w:r>
        <w:rPr>
          <w:sz w:val="22"/>
        </w:rPr>
        <w:t>C. healthy</w:t>
      </w:r>
    </w:p>
    <w:p>
      <w:pPr>
        <w:pStyle w:val="ListParagraph"/>
      </w:pPr>
      <w:r>
        <w:rPr>
          <w:sz w:val="22"/>
        </w:rPr>
        <w:t>D. mature</w:t>
      </w:r>
    </w:p>
    <w:p/>
    <w:p>
      <w:r>
        <w:rPr>
          <w:b/>
          <w:sz w:val="24"/>
        </w:rPr>
        <w:t>Câu 10: A. important B. wonderful C. suitable D. serious</w:t>
      </w:r>
    </w:p>
    <w:p>
      <w:pPr>
        <w:pStyle w:val="ListParagraph"/>
      </w:pPr>
      <w:r>
        <w:rPr>
          <w:sz w:val="22"/>
        </w:rPr>
        <w:t>A. important</w:t>
      </w:r>
    </w:p>
    <w:p>
      <w:pPr>
        <w:pStyle w:val="ListParagraph"/>
      </w:pPr>
      <w:r>
        <w:rPr>
          <w:sz w:val="22"/>
        </w:rPr>
        <w:t>B. wonderful</w:t>
      </w:r>
    </w:p>
    <w:p>
      <w:pPr>
        <w:pStyle w:val="ListParagraph"/>
      </w:pPr>
      <w:r>
        <w:rPr>
          <w:sz w:val="22"/>
        </w:rPr>
        <w:t>C. suitable</w:t>
      </w:r>
    </w:p>
    <w:p>
      <w:pPr>
        <w:pStyle w:val="ListParagraph"/>
      </w:pPr>
      <w:r>
        <w:rPr>
          <w:sz w:val="22"/>
        </w:rPr>
        <w:t>D. serious</w:t>
      </w:r>
    </w:p>
    <w:p/>
    <w:p>
      <w:r>
        <w:rPr>
          <w:b/>
          <w:sz w:val="24"/>
        </w:rPr>
        <w:t>Câu 11: A. disease B. homework C. muscle D. treatment</w:t>
      </w:r>
    </w:p>
    <w:p>
      <w:pPr>
        <w:pStyle w:val="ListParagraph"/>
      </w:pPr>
      <w:r>
        <w:rPr>
          <w:sz w:val="22"/>
        </w:rPr>
        <w:t>A. disease</w:t>
      </w:r>
    </w:p>
    <w:p>
      <w:pPr>
        <w:pStyle w:val="ListParagraph"/>
      </w:pPr>
      <w:r>
        <w:rPr>
          <w:sz w:val="22"/>
        </w:rPr>
        <w:t>B. homework</w:t>
      </w:r>
    </w:p>
    <w:p>
      <w:pPr>
        <w:pStyle w:val="ListParagraph"/>
      </w:pPr>
      <w:r>
        <w:rPr>
          <w:sz w:val="22"/>
        </w:rPr>
        <w:t>C. muscle</w:t>
      </w:r>
    </w:p>
    <w:p>
      <w:pPr>
        <w:pStyle w:val="ListParagraph"/>
      </w:pPr>
      <w:r>
        <w:rPr>
          <w:sz w:val="22"/>
        </w:rPr>
        <w:t>D. treatment</w:t>
      </w:r>
    </w:p>
    <w:p/>
    <w:p>
      <w:r>
        <w:rPr>
          <w:b/>
          <w:sz w:val="24"/>
        </w:rPr>
        <w:t>Câu 12: A. recipe B. energy C. poisoning D. infection</w:t>
      </w:r>
    </w:p>
    <w:p>
      <w:pPr>
        <w:pStyle w:val="ListParagraph"/>
      </w:pPr>
      <w:r>
        <w:rPr>
          <w:sz w:val="22"/>
        </w:rPr>
        <w:t>A. recipe</w:t>
      </w:r>
    </w:p>
    <w:p>
      <w:pPr>
        <w:pStyle w:val="ListParagraph"/>
      </w:pPr>
      <w:r>
        <w:rPr>
          <w:sz w:val="22"/>
        </w:rPr>
        <w:t>B. energy</w:t>
      </w:r>
    </w:p>
    <w:p>
      <w:pPr>
        <w:pStyle w:val="ListParagraph"/>
      </w:pPr>
      <w:r>
        <w:rPr>
          <w:sz w:val="22"/>
        </w:rPr>
        <w:t>C. poisoning</w:t>
      </w:r>
    </w:p>
    <w:p>
      <w:pPr>
        <w:pStyle w:val="ListParagraph"/>
      </w:pPr>
      <w:r>
        <w:rPr>
          <w:sz w:val="22"/>
        </w:rPr>
        <w:t>D. infection</w:t>
      </w:r>
    </w:p>
    <w:p/>
    <w:p>
      <w:r>
        <w:rPr>
          <w:b/>
          <w:sz w:val="24"/>
        </w:rPr>
        <w:t>Câu 13: A. regular B. infectious C. positive D. interesting</w:t>
      </w:r>
    </w:p>
    <w:p>
      <w:pPr>
        <w:pStyle w:val="ListParagraph"/>
      </w:pPr>
      <w:r>
        <w:rPr>
          <w:sz w:val="22"/>
        </w:rPr>
        <w:t>A. regular</w:t>
      </w:r>
    </w:p>
    <w:p>
      <w:pPr>
        <w:pStyle w:val="ListParagraph"/>
      </w:pPr>
      <w:r>
        <w:rPr>
          <w:sz w:val="22"/>
        </w:rPr>
        <w:t>B. infectious</w:t>
      </w:r>
    </w:p>
    <w:p>
      <w:pPr>
        <w:pStyle w:val="ListParagraph"/>
      </w:pPr>
      <w:r>
        <w:rPr>
          <w:sz w:val="22"/>
        </w:rPr>
        <w:t>C. positive</w:t>
      </w:r>
    </w:p>
    <w:p>
      <w:pPr>
        <w:pStyle w:val="ListParagraph"/>
      </w:pPr>
      <w:r>
        <w:rPr>
          <w:sz w:val="22"/>
        </w:rPr>
        <w:t>D. interesting</w:t>
      </w:r>
    </w:p>
    <w:p/>
    <w:p>
      <w:r>
        <w:rPr>
          <w:b/>
          <w:sz w:val="24"/>
        </w:rPr>
        <w:t>Câu 14: The doctor will ______ the patient thoroughly to determine the cause of the symptoms.</w:t>
      </w:r>
    </w:p>
    <w:p>
      <w:pPr>
        <w:pStyle w:val="ListParagraph"/>
      </w:pPr>
      <w:r>
        <w:rPr>
          <w:sz w:val="22"/>
        </w:rPr>
        <w:t>A. spread</w:t>
      </w:r>
    </w:p>
    <w:p>
      <w:pPr>
        <w:pStyle w:val="ListParagraph"/>
      </w:pPr>
      <w:r>
        <w:rPr>
          <w:sz w:val="22"/>
        </w:rPr>
        <w:t>B. examine</w:t>
      </w:r>
    </w:p>
    <w:p>
      <w:pPr>
        <w:pStyle w:val="ListParagraph"/>
      </w:pPr>
      <w:r>
        <w:rPr>
          <w:sz w:val="22"/>
        </w:rPr>
        <w:t>C. suffer</w:t>
      </w:r>
    </w:p>
    <w:p>
      <w:pPr>
        <w:pStyle w:val="ListParagraph"/>
      </w:pPr>
      <w:r>
        <w:rPr>
          <w:sz w:val="22"/>
        </w:rPr>
        <w:t>D. cure</w:t>
      </w:r>
    </w:p>
    <w:p/>
    <w:p>
      <w:r>
        <w:rPr>
          <w:b/>
          <w:sz w:val="24"/>
        </w:rPr>
        <w:t>Câu 15: Advances in medical science have significantly increased the average life ______ in many countries.</w:t>
      </w:r>
    </w:p>
    <w:p>
      <w:pPr>
        <w:pStyle w:val="ListParagraph"/>
      </w:pPr>
      <w:r>
        <w:rPr>
          <w:sz w:val="22"/>
        </w:rPr>
        <w:t>A. expectancy</w:t>
      </w:r>
    </w:p>
    <w:p>
      <w:pPr>
        <w:pStyle w:val="ListParagraph"/>
      </w:pPr>
      <w:r>
        <w:rPr>
          <w:sz w:val="22"/>
        </w:rPr>
        <w:t>B. expectation</w:t>
      </w:r>
    </w:p>
    <w:p>
      <w:pPr>
        <w:pStyle w:val="ListParagraph"/>
      </w:pPr>
      <w:r>
        <w:rPr>
          <w:sz w:val="22"/>
        </w:rPr>
        <w:t>C. expect</w:t>
      </w:r>
    </w:p>
    <w:p>
      <w:pPr>
        <w:pStyle w:val="ListParagraph"/>
      </w:pPr>
      <w:r>
        <w:rPr>
          <w:sz w:val="22"/>
        </w:rPr>
        <w:t>D. expectant</w:t>
      </w:r>
    </w:p>
    <w:p/>
    <w:p>
      <w:r>
        <w:rPr>
          <w:b/>
          <w:sz w:val="24"/>
        </w:rPr>
        <w:t>Câu 16: To achieve a long and healthy life, it’s important to ______ attention to your diet and nutrition.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put</w:t>
      </w:r>
    </w:p>
    <w:p>
      <w:pPr>
        <w:pStyle w:val="ListParagraph"/>
      </w:pPr>
      <w:r>
        <w:rPr>
          <w:sz w:val="22"/>
        </w:rPr>
        <w:t>C. pay</w:t>
      </w:r>
    </w:p>
    <w:p>
      <w:pPr>
        <w:pStyle w:val="ListParagraph"/>
      </w:pPr>
      <w:r>
        <w:rPr>
          <w:sz w:val="22"/>
        </w:rPr>
        <w:t>D. make</w:t>
      </w:r>
    </w:p>
    <w:p/>
    <w:p>
      <w:r>
        <w:rPr>
          <w:b/>
          <w:sz w:val="24"/>
        </w:rPr>
        <w:t>Câu 17: Electronic devices such as smartphones and computers ______ blue light, which can disrupt your sleep.</w:t>
      </w:r>
    </w:p>
    <w:p>
      <w:pPr>
        <w:pStyle w:val="ListParagraph"/>
      </w:pPr>
      <w:r>
        <w:rPr>
          <w:sz w:val="22"/>
        </w:rPr>
        <w:t>A. give off</w:t>
      </w:r>
    </w:p>
    <w:p>
      <w:pPr>
        <w:pStyle w:val="ListParagraph"/>
      </w:pPr>
      <w:r>
        <w:rPr>
          <w:sz w:val="22"/>
        </w:rPr>
        <w:t>B. take in</w:t>
      </w:r>
    </w:p>
    <w:p>
      <w:pPr>
        <w:pStyle w:val="ListParagraph"/>
      </w:pPr>
      <w:r>
        <w:rPr>
          <w:sz w:val="22"/>
        </w:rPr>
        <w:t>C. use up</w:t>
      </w:r>
    </w:p>
    <w:p>
      <w:pPr>
        <w:pStyle w:val="ListParagraph"/>
      </w:pPr>
      <w:r>
        <w:rPr>
          <w:sz w:val="22"/>
        </w:rPr>
        <w:t>D. get over</w:t>
      </w:r>
    </w:p>
    <w:p/>
    <w:p>
      <w:r>
        <w:rPr>
          <w:b/>
          <w:sz w:val="24"/>
        </w:rPr>
        <w:t>Câu 18: In recent years, he ______ smoking to improve his lung health.</w:t>
      </w:r>
    </w:p>
    <w:p>
      <w:pPr>
        <w:pStyle w:val="ListParagraph"/>
      </w:pPr>
      <w:r>
        <w:rPr>
          <w:sz w:val="22"/>
        </w:rPr>
        <w:t>A. stopped</w:t>
      </w:r>
    </w:p>
    <w:p>
      <w:pPr>
        <w:pStyle w:val="ListParagraph"/>
      </w:pPr>
      <w:r>
        <w:rPr>
          <w:sz w:val="22"/>
        </w:rPr>
        <w:t>B. stops</w:t>
      </w:r>
    </w:p>
    <w:p>
      <w:pPr>
        <w:pStyle w:val="ListParagraph"/>
      </w:pPr>
      <w:r>
        <w:rPr>
          <w:sz w:val="22"/>
        </w:rPr>
        <w:t>C. has stopped</w:t>
      </w:r>
    </w:p>
    <w:p>
      <w:pPr>
        <w:pStyle w:val="ListParagraph"/>
      </w:pPr>
      <w:r>
        <w:rPr>
          <w:sz w:val="22"/>
        </w:rPr>
        <w:t>D. had stopped</w:t>
      </w:r>
    </w:p>
    <w:p/>
    <w:p>
      <w:r>
        <w:rPr>
          <w:b/>
          <w:sz w:val="24"/>
        </w:rPr>
        <w:t>Câu 19: Many people find that they need to ______ sugary drinks and sodas to better manage their weight.</w:t>
      </w:r>
    </w:p>
    <w:p>
      <w:pPr>
        <w:pStyle w:val="ListParagraph"/>
      </w:pPr>
      <w:r>
        <w:rPr>
          <w:sz w:val="22"/>
        </w:rPr>
        <w:t>A. turn down</w:t>
      </w:r>
    </w:p>
    <w:p>
      <w:pPr>
        <w:pStyle w:val="ListParagraph"/>
      </w:pPr>
      <w:r>
        <w:rPr>
          <w:sz w:val="22"/>
        </w:rPr>
        <w:t>B. get over</w:t>
      </w:r>
    </w:p>
    <w:p>
      <w:pPr>
        <w:pStyle w:val="ListParagraph"/>
      </w:pPr>
      <w:r>
        <w:rPr>
          <w:sz w:val="22"/>
        </w:rPr>
        <w:t>C. work out</w:t>
      </w:r>
    </w:p>
    <w:p>
      <w:pPr>
        <w:pStyle w:val="ListParagraph"/>
      </w:pPr>
      <w:r>
        <w:rPr>
          <w:sz w:val="22"/>
        </w:rPr>
        <w:t>D. give up</w:t>
      </w:r>
    </w:p>
    <w:p/>
    <w:p>
      <w:r>
        <w:rPr>
          <w:b/>
          <w:sz w:val="24"/>
        </w:rPr>
        <w:t>Câu 20: People who ______ from high levels of stress are more likely to experience mental health issues.</w:t>
      </w:r>
    </w:p>
    <w:p>
      <w:pPr>
        <w:pStyle w:val="ListParagraph"/>
      </w:pPr>
      <w:r>
        <w:rPr>
          <w:sz w:val="22"/>
        </w:rPr>
        <w:t>A. prevent</w:t>
      </w:r>
    </w:p>
    <w:p>
      <w:pPr>
        <w:pStyle w:val="ListParagraph"/>
      </w:pPr>
      <w:r>
        <w:rPr>
          <w:sz w:val="22"/>
        </w:rPr>
        <w:t>B. suffer</w:t>
      </w:r>
    </w:p>
    <w:p>
      <w:pPr>
        <w:pStyle w:val="ListParagraph"/>
      </w:pPr>
      <w:r>
        <w:rPr>
          <w:sz w:val="22"/>
        </w:rPr>
        <w:t>C. expect</w:t>
      </w:r>
    </w:p>
    <w:p>
      <w:pPr>
        <w:pStyle w:val="ListParagraph"/>
      </w:pPr>
      <w:r>
        <w:rPr>
          <w:sz w:val="22"/>
        </w:rPr>
        <w:t>D. deny</w:t>
      </w:r>
    </w:p>
    <w:p/>
    <w:p>
      <w:r>
        <w:rPr>
          <w:b/>
          <w:sz w:val="24"/>
        </w:rPr>
        <w:t>Câu 21: A balanced diet rich in essential ______ is key to maintaining a long and healthy life.</w:t>
      </w:r>
    </w:p>
    <w:p>
      <w:pPr>
        <w:pStyle w:val="ListParagraph"/>
      </w:pPr>
      <w:r>
        <w:rPr>
          <w:sz w:val="22"/>
        </w:rPr>
        <w:t>A. labels</w:t>
      </w:r>
    </w:p>
    <w:p>
      <w:pPr>
        <w:pStyle w:val="ListParagraph"/>
      </w:pPr>
      <w:r>
        <w:rPr>
          <w:sz w:val="22"/>
        </w:rPr>
        <w:t>B. tools</w:t>
      </w:r>
    </w:p>
    <w:p>
      <w:pPr>
        <w:pStyle w:val="ListParagraph"/>
      </w:pPr>
      <w:r>
        <w:rPr>
          <w:sz w:val="22"/>
        </w:rPr>
        <w:t>C. nutrients</w:t>
      </w:r>
    </w:p>
    <w:p>
      <w:pPr>
        <w:pStyle w:val="ListParagraph"/>
      </w:pPr>
      <w:r>
        <w:rPr>
          <w:sz w:val="22"/>
        </w:rPr>
        <w:t>D. organisms</w:t>
      </w:r>
    </w:p>
    <w:p/>
    <w:p>
      <w:r>
        <w:rPr>
          <w:b/>
          <w:sz w:val="24"/>
        </w:rPr>
        <w:t>Câu 22: She ______ a variety of fruits and vegetables in her diet for five years.</w:t>
      </w:r>
    </w:p>
    <w:p>
      <w:pPr>
        <w:pStyle w:val="ListParagraph"/>
      </w:pPr>
      <w:r>
        <w:rPr>
          <w:sz w:val="22"/>
        </w:rPr>
        <w:t>A. includes</w:t>
      </w:r>
    </w:p>
    <w:p>
      <w:pPr>
        <w:pStyle w:val="ListParagraph"/>
      </w:pPr>
      <w:r>
        <w:rPr>
          <w:sz w:val="22"/>
        </w:rPr>
        <w:t>B. has included</w:t>
      </w:r>
    </w:p>
    <w:p>
      <w:pPr>
        <w:pStyle w:val="ListParagraph"/>
      </w:pPr>
      <w:r>
        <w:rPr>
          <w:sz w:val="22"/>
        </w:rPr>
        <w:t>C. will include</w:t>
      </w:r>
    </w:p>
    <w:p>
      <w:pPr>
        <w:pStyle w:val="ListParagraph"/>
      </w:pPr>
      <w:r>
        <w:rPr>
          <w:sz w:val="22"/>
        </w:rPr>
        <w:t>D. had included</w:t>
      </w:r>
    </w:p>
    <w:p/>
    <w:p>
      <w:r>
        <w:rPr>
          <w:b/>
          <w:sz w:val="24"/>
        </w:rPr>
        <w:t>Câu 23: Consuming fresh and clean ingredients is essential to avoid food ______ and maintain good health.</w:t>
      </w:r>
    </w:p>
    <w:p>
      <w:pPr>
        <w:pStyle w:val="ListParagraph"/>
      </w:pPr>
      <w:r>
        <w:rPr>
          <w:sz w:val="22"/>
        </w:rPr>
        <w:t>A. poisonously</w:t>
      </w:r>
    </w:p>
    <w:p>
      <w:pPr>
        <w:pStyle w:val="ListParagraph"/>
      </w:pPr>
      <w:r>
        <w:rPr>
          <w:sz w:val="22"/>
        </w:rPr>
        <w:t>B. poisonous</w:t>
      </w:r>
    </w:p>
    <w:p>
      <w:pPr>
        <w:pStyle w:val="ListParagraph"/>
      </w:pPr>
      <w:r>
        <w:rPr>
          <w:sz w:val="22"/>
        </w:rPr>
        <w:t>C. poison</w:t>
      </w:r>
    </w:p>
    <w:p>
      <w:pPr>
        <w:pStyle w:val="ListParagraph"/>
      </w:pPr>
      <w:r>
        <w:rPr>
          <w:sz w:val="22"/>
        </w:rPr>
        <w:t>D. poisoning</w:t>
      </w:r>
    </w:p>
    <w:p/>
    <w:p>
      <w:r>
        <w:rPr>
          <w:b/>
          <w:sz w:val="24"/>
        </w:rPr>
        <w:t>Câu 24: ______ regularly can improve your sleep quality.</w:t>
      </w:r>
    </w:p>
    <w:p>
      <w:pPr>
        <w:pStyle w:val="ListParagraph"/>
      </w:pPr>
      <w:r>
        <w:rPr>
          <w:sz w:val="22"/>
        </w:rPr>
        <w:t>A. Giving up</w:t>
      </w:r>
    </w:p>
    <w:p>
      <w:pPr>
        <w:pStyle w:val="ListParagraph"/>
      </w:pPr>
      <w:r>
        <w:rPr>
          <w:sz w:val="22"/>
        </w:rPr>
        <w:t>B. Working out</w:t>
      </w:r>
    </w:p>
    <w:p>
      <w:pPr>
        <w:pStyle w:val="ListParagraph"/>
      </w:pPr>
      <w:r>
        <w:rPr>
          <w:sz w:val="22"/>
        </w:rPr>
        <w:t>C. Taking up</w:t>
      </w:r>
    </w:p>
    <w:p>
      <w:pPr>
        <w:pStyle w:val="ListParagraph"/>
      </w:pPr>
      <w:r>
        <w:rPr>
          <w:sz w:val="22"/>
        </w:rPr>
        <w:t>D. Standing out</w:t>
      </w:r>
    </w:p>
    <w:p/>
    <w:p>
      <w:r>
        <w:rPr>
          <w:b/>
          <w:sz w:val="24"/>
        </w:rPr>
        <w:t>Câu 25: In 2018, the government ______ a national campaign to encourage citizens to adopt healthier lifestyles.</w:t>
      </w:r>
    </w:p>
    <w:p>
      <w:pPr>
        <w:pStyle w:val="ListParagraph"/>
      </w:pPr>
      <w:r>
        <w:rPr>
          <w:sz w:val="22"/>
        </w:rPr>
        <w:t>A. launched</w:t>
      </w:r>
    </w:p>
    <w:p>
      <w:pPr>
        <w:pStyle w:val="ListParagraph"/>
      </w:pPr>
      <w:r>
        <w:rPr>
          <w:sz w:val="22"/>
        </w:rPr>
        <w:t>B. has launched</w:t>
      </w:r>
    </w:p>
    <w:p>
      <w:pPr>
        <w:pStyle w:val="ListParagraph"/>
      </w:pPr>
      <w:r>
        <w:rPr>
          <w:sz w:val="22"/>
        </w:rPr>
        <w:t>C. had launched</w:t>
      </w:r>
    </w:p>
    <w:p>
      <w:pPr>
        <w:pStyle w:val="ListParagraph"/>
      </w:pPr>
      <w:r>
        <w:rPr>
          <w:sz w:val="22"/>
        </w:rPr>
        <w:t>D. launches</w:t>
      </w:r>
    </w:p>
    <w:p/>
    <w:p>
      <w:r>
        <w:rPr>
          <w:b/>
          <w:sz w:val="24"/>
        </w:rPr>
        <w:t>Câu 26: Vaccination is a key strategy in preventing the ______ of infectious diseases.</w:t>
      </w:r>
    </w:p>
    <w:p>
      <w:pPr>
        <w:pStyle w:val="ListParagraph"/>
      </w:pPr>
      <w:r>
        <w:rPr>
          <w:sz w:val="22"/>
        </w:rPr>
        <w:t>A. treatment</w:t>
      </w:r>
    </w:p>
    <w:p>
      <w:pPr>
        <w:pStyle w:val="ListParagraph"/>
      </w:pPr>
      <w:r>
        <w:rPr>
          <w:sz w:val="22"/>
        </w:rPr>
        <w:t>B. spread</w:t>
      </w:r>
    </w:p>
    <w:p>
      <w:pPr>
        <w:pStyle w:val="ListParagraph"/>
      </w:pPr>
      <w:r>
        <w:rPr>
          <w:sz w:val="22"/>
        </w:rPr>
        <w:t>C. recipe</w:t>
      </w:r>
    </w:p>
    <w:p>
      <w:pPr>
        <w:pStyle w:val="ListParagraph"/>
      </w:pPr>
      <w:r>
        <w:rPr>
          <w:sz w:val="22"/>
        </w:rPr>
        <w:t>D. illness</w:t>
      </w:r>
    </w:p>
    <w:p/>
    <w:p>
      <w:r>
        <w:rPr>
          <w:b/>
          <w:sz w:val="24"/>
        </w:rPr>
        <w:t>Câu 27: You should eat a ______ diet if you want to stay healthy and avoid illness.</w:t>
      </w:r>
    </w:p>
    <w:p>
      <w:pPr>
        <w:pStyle w:val="ListParagraph"/>
      </w:pPr>
      <w:r>
        <w:rPr>
          <w:sz w:val="22"/>
        </w:rPr>
        <w:t>A. balanced</w:t>
      </w:r>
    </w:p>
    <w:p>
      <w:pPr>
        <w:pStyle w:val="ListParagraph"/>
      </w:pPr>
      <w:r>
        <w:rPr>
          <w:sz w:val="22"/>
        </w:rPr>
        <w:t>B. balance</w:t>
      </w:r>
    </w:p>
    <w:p>
      <w:pPr>
        <w:pStyle w:val="ListParagraph"/>
      </w:pPr>
      <w:r>
        <w:rPr>
          <w:sz w:val="22"/>
        </w:rPr>
        <w:t>C. to balance</w:t>
      </w:r>
    </w:p>
    <w:p>
      <w:pPr>
        <w:pStyle w:val="ListParagraph"/>
      </w:pPr>
      <w:r>
        <w:rPr>
          <w:sz w:val="22"/>
        </w:rPr>
        <w:t>D. balancing</w:t>
      </w:r>
    </w:p>
    <w:p/>
    <w:p>
      <w:r>
        <w:rPr>
          <w:b/>
          <w:sz w:val="24"/>
        </w:rPr>
        <w:t>Câu 28: I started eating more vegetables last week, but I ______ down on sugary drinks yet.</w:t>
      </w:r>
    </w:p>
    <w:p>
      <w:pPr>
        <w:pStyle w:val="ListParagraph"/>
      </w:pPr>
      <w:r>
        <w:rPr>
          <w:sz w:val="22"/>
        </w:rPr>
        <w:t>A. haven’t cut</w:t>
      </w:r>
    </w:p>
    <w:p>
      <w:pPr>
        <w:pStyle w:val="ListParagraph"/>
      </w:pPr>
      <w:r>
        <w:rPr>
          <w:sz w:val="22"/>
        </w:rPr>
        <w:t>B. cut</w:t>
      </w:r>
    </w:p>
    <w:p>
      <w:pPr>
        <w:pStyle w:val="ListParagraph"/>
      </w:pPr>
      <w:r>
        <w:rPr>
          <w:sz w:val="22"/>
        </w:rPr>
        <w:t>C. don’t cut</w:t>
      </w:r>
    </w:p>
    <w:p>
      <w:pPr>
        <w:pStyle w:val="ListParagraph"/>
      </w:pPr>
      <w:r>
        <w:rPr>
          <w:sz w:val="22"/>
        </w:rPr>
        <w:t>D. didn’t cut</w:t>
      </w:r>
    </w:p>
    <w:p/>
    <w:p>
      <w:r>
        <w:rPr>
          <w:b/>
          <w:sz w:val="24"/>
        </w:rPr>
        <w:t>Câu 29: She ______ a healthy routine last year, but this year, she has been making healthier choices every day.</w:t>
      </w:r>
    </w:p>
    <w:p>
      <w:pPr>
        <w:pStyle w:val="ListParagraph"/>
      </w:pPr>
      <w:r>
        <w:rPr>
          <w:sz w:val="22"/>
        </w:rPr>
        <w:t>A. doesn’t follow</w:t>
      </w:r>
    </w:p>
    <w:p>
      <w:pPr>
        <w:pStyle w:val="ListParagraph"/>
      </w:pPr>
      <w:r>
        <w:rPr>
          <w:sz w:val="22"/>
        </w:rPr>
        <w:t>B. has followed</w:t>
      </w:r>
    </w:p>
    <w:p>
      <w:pPr>
        <w:pStyle w:val="ListParagraph"/>
      </w:pPr>
      <w:r>
        <w:rPr>
          <w:sz w:val="22"/>
        </w:rPr>
        <w:t>C. hasn’t followed</w:t>
      </w:r>
    </w:p>
    <w:p>
      <w:pPr>
        <w:pStyle w:val="ListParagraph"/>
      </w:pPr>
      <w:r>
        <w:rPr>
          <w:sz w:val="22"/>
        </w:rPr>
        <w:t>D. didn’t follow</w:t>
      </w:r>
    </w:p>
    <w:p/>
    <w:p>
      <w:r>
        <w:rPr>
          <w:b/>
          <w:sz w:val="24"/>
        </w:rPr>
        <w:t>Câu 30: To stay fit, you ______ soft drinks and eat more vegetables.</w:t>
      </w:r>
    </w:p>
    <w:p>
      <w:pPr>
        <w:pStyle w:val="ListParagraph"/>
      </w:pPr>
      <w:r>
        <w:rPr>
          <w:sz w:val="22"/>
        </w:rPr>
        <w:t>A. turned down</w:t>
      </w:r>
    </w:p>
    <w:p>
      <w:pPr>
        <w:pStyle w:val="ListParagraph"/>
      </w:pPr>
      <w:r>
        <w:rPr>
          <w:sz w:val="22"/>
        </w:rPr>
        <w:t>B. cut down on</w:t>
      </w:r>
    </w:p>
    <w:p>
      <w:pPr>
        <w:pStyle w:val="ListParagraph"/>
      </w:pPr>
      <w:r>
        <w:rPr>
          <w:sz w:val="22"/>
        </w:rPr>
        <w:t>C. took over</w:t>
      </w:r>
    </w:p>
    <w:p>
      <w:pPr>
        <w:pStyle w:val="ListParagraph"/>
      </w:pPr>
      <w:r>
        <w:rPr>
          <w:sz w:val="22"/>
        </w:rPr>
        <w:t>D. gave back</w:t>
      </w:r>
    </w:p>
    <w:p/>
    <w:p>
      <w:r>
        <w:rPr>
          <w:b/>
          <w:sz w:val="24"/>
        </w:rPr>
        <w:t>Câu 31: Ella felt full of ______ after eating a big breakfast and getting enough sleep.</w:t>
      </w:r>
    </w:p>
    <w:p>
      <w:pPr>
        <w:pStyle w:val="ListParagraph"/>
      </w:pPr>
      <w:r>
        <w:rPr>
          <w:sz w:val="22"/>
        </w:rPr>
        <w:t>A. food</w:t>
      </w:r>
    </w:p>
    <w:p>
      <w:pPr>
        <w:pStyle w:val="ListParagraph"/>
      </w:pPr>
      <w:r>
        <w:rPr>
          <w:sz w:val="22"/>
        </w:rPr>
        <w:t>B. life</w:t>
      </w:r>
    </w:p>
    <w:p>
      <w:pPr>
        <w:pStyle w:val="ListParagraph"/>
      </w:pPr>
      <w:r>
        <w:rPr>
          <w:sz w:val="22"/>
        </w:rPr>
        <w:t>C. strength</w:t>
      </w:r>
    </w:p>
    <w:p>
      <w:pPr>
        <w:pStyle w:val="ListParagraph"/>
      </w:pPr>
      <w:r>
        <w:rPr>
          <w:sz w:val="22"/>
        </w:rPr>
        <w:t>D. energy</w:t>
      </w:r>
    </w:p>
    <w:p/>
    <w:p>
      <w:r>
        <w:rPr>
          <w:b/>
          <w:sz w:val="24"/>
        </w:rPr>
        <w:t>Câu 32: A healthy ______ helps you focus better at school and feel happier every day.</w:t>
      </w:r>
    </w:p>
    <w:p>
      <w:pPr>
        <w:pStyle w:val="ListParagraph"/>
      </w:pPr>
      <w:r>
        <w:rPr>
          <w:sz w:val="22"/>
        </w:rPr>
        <w:t>A. sleep</w:t>
      </w:r>
    </w:p>
    <w:p>
      <w:pPr>
        <w:pStyle w:val="ListParagraph"/>
      </w:pPr>
      <w:r>
        <w:rPr>
          <w:sz w:val="22"/>
        </w:rPr>
        <w:t>B. value</w:t>
      </w:r>
    </w:p>
    <w:p>
      <w:pPr>
        <w:pStyle w:val="ListParagraph"/>
      </w:pPr>
      <w:r>
        <w:rPr>
          <w:sz w:val="22"/>
        </w:rPr>
        <w:t>C. lesson</w:t>
      </w:r>
    </w:p>
    <w:p>
      <w:pPr>
        <w:pStyle w:val="ListParagraph"/>
      </w:pPr>
      <w:r>
        <w:rPr>
          <w:sz w:val="22"/>
        </w:rPr>
        <w:t>D. lifestyle</w:t>
      </w:r>
    </w:p>
    <w:p/>
    <w:p>
      <w:r>
        <w:rPr>
          <w:b/>
          <w:sz w:val="24"/>
        </w:rPr>
        <w:t>Câu 33: They ______ out regularly since last January, which has helped them to improve their fitness.</w:t>
      </w:r>
    </w:p>
    <w:p>
      <w:pPr>
        <w:pStyle w:val="ListParagraph"/>
      </w:pPr>
      <w:r>
        <w:rPr>
          <w:sz w:val="22"/>
        </w:rPr>
        <w:t>A. has been working</w:t>
      </w:r>
    </w:p>
    <w:p>
      <w:pPr>
        <w:pStyle w:val="ListParagraph"/>
      </w:pPr>
      <w:r>
        <w:rPr>
          <w:sz w:val="22"/>
        </w:rPr>
        <w:t>B. had worked</w:t>
      </w:r>
    </w:p>
    <w:p>
      <w:pPr>
        <w:pStyle w:val="ListParagraph"/>
      </w:pPr>
      <w:r>
        <w:rPr>
          <w:sz w:val="22"/>
        </w:rPr>
        <w:t>C. have worked</w:t>
      </w:r>
    </w:p>
    <w:p>
      <w:pPr>
        <w:pStyle w:val="ListParagraph"/>
      </w:pPr>
      <w:r>
        <w:rPr>
          <w:sz w:val="22"/>
        </w:rPr>
        <w:t>D. worked</w:t>
      </w:r>
    </w:p>
    <w:p/>
    <w:p>
      <w:r>
        <w:rPr>
          <w:b/>
          <w:sz w:val="24"/>
        </w:rPr>
        <w:t>Câu 34: Some bacteria in our bodies are helpful, but some can cause infectious diseases such as ______ or food poisoning.</w:t>
      </w:r>
    </w:p>
    <w:p>
      <w:pPr>
        <w:pStyle w:val="ListParagraph"/>
      </w:pPr>
      <w:r>
        <w:rPr>
          <w:sz w:val="22"/>
        </w:rPr>
        <w:t>A. cancer</w:t>
      </w:r>
    </w:p>
    <w:p>
      <w:pPr>
        <w:pStyle w:val="ListParagraph"/>
      </w:pPr>
      <w:r>
        <w:rPr>
          <w:sz w:val="22"/>
        </w:rPr>
        <w:t>B. tuberculosis</w:t>
      </w:r>
    </w:p>
    <w:p>
      <w:pPr>
        <w:pStyle w:val="ListParagraph"/>
      </w:pPr>
      <w:r>
        <w:rPr>
          <w:sz w:val="22"/>
        </w:rPr>
        <w:t>C. asthma</w:t>
      </w:r>
    </w:p>
    <w:p>
      <w:pPr>
        <w:pStyle w:val="ListParagraph"/>
      </w:pPr>
      <w:r>
        <w:rPr>
          <w:sz w:val="22"/>
        </w:rPr>
        <w:t>D. diabetes</w:t>
      </w:r>
    </w:p>
    <w:p/>
    <w:p>
      <w:r>
        <w:rPr>
          <w:b/>
          <w:sz w:val="24"/>
        </w:rPr>
        <w:t>Câu 35: a. Ethan: Try cutting down on sugary snacks and soda. They cause cavities.</w:t>
        <w:br/>
        <w:t>b. Sophie: Ethan, I’m trying to take better care of my teeth. Any advice?</w:t>
        <w:br/>
        <w:t>c. Sophie: Good idea! I’ll eat more fruits and drink water instead.</w:t>
      </w:r>
    </w:p>
    <w:p>
      <w:pPr>
        <w:pStyle w:val="ListParagraph"/>
      </w:pPr>
      <w:r>
        <w:rPr>
          <w:sz w:val="22"/>
        </w:rPr>
        <w:t>A. a-b-c</w:t>
      </w:r>
    </w:p>
    <w:p>
      <w:pPr>
        <w:pStyle w:val="ListParagraph"/>
      </w:pPr>
      <w:r>
        <w:rPr>
          <w:sz w:val="22"/>
        </w:rPr>
        <w:t>B. a-c-b</w:t>
      </w:r>
    </w:p>
    <w:p>
      <w:pPr>
        <w:pStyle w:val="ListParagraph"/>
      </w:pPr>
      <w:r>
        <w:rPr>
          <w:sz w:val="22"/>
        </w:rPr>
        <w:t>C. b-c-a</w:t>
      </w:r>
    </w:p>
    <w:p>
      <w:pPr>
        <w:pStyle w:val="ListParagraph"/>
      </w:pPr>
      <w:r>
        <w:rPr>
          <w:sz w:val="22"/>
        </w:rPr>
        <w:t>D. b-a-c</w:t>
      </w:r>
    </w:p>
    <w:p/>
    <w:p>
      <w:r>
        <w:rPr>
          <w:b/>
          <w:sz w:val="24"/>
        </w:rPr>
        <w:t>Câu 36: a. Oliver: I should start doing that too. I always forget!</w:t>
        <w:br/>
        <w:t>b. Oliver: Mia, do you go to the dentist regularly?</w:t>
        <w:br/>
        <w:t>c. Mia: Yes, I have a dental check-up every six months. It helps prevent problems.</w:t>
      </w:r>
    </w:p>
    <w:p>
      <w:pPr>
        <w:pStyle w:val="ListParagraph"/>
      </w:pPr>
      <w:r>
        <w:rPr>
          <w:sz w:val="22"/>
        </w:rPr>
        <w:t>A. a-b-c</w:t>
      </w:r>
    </w:p>
    <w:p>
      <w:pPr>
        <w:pStyle w:val="ListParagraph"/>
      </w:pPr>
      <w:r>
        <w:rPr>
          <w:sz w:val="22"/>
        </w:rPr>
        <w:t>B. a-c-b</w:t>
      </w:r>
    </w:p>
    <w:p>
      <w:pPr>
        <w:pStyle w:val="ListParagraph"/>
      </w:pPr>
      <w:r>
        <w:rPr>
          <w:sz w:val="22"/>
        </w:rPr>
        <w:t>C. b-c-a</w:t>
      </w:r>
    </w:p>
    <w:p>
      <w:pPr>
        <w:pStyle w:val="ListParagraph"/>
      </w:pPr>
      <w:r>
        <w:rPr>
          <w:sz w:val="22"/>
        </w:rPr>
        <w:t>D. c-b-c</w:t>
      </w:r>
    </w:p>
    <w:p/>
    <w:p>
      <w:r>
        <w:rPr>
          <w:b/>
          <w:sz w:val="24"/>
        </w:rPr>
        <w:t>Câu 37: a. An: That’s fine. Let me know if you need a hand.</w:t>
        <w:br/>
        <w:t>b. Son: Not now, but I may need help later.</w:t>
        <w:br/>
        <w:t>c. An: Do you need help with your meal plan?</w:t>
      </w:r>
    </w:p>
    <w:p>
      <w:pPr>
        <w:pStyle w:val="ListParagraph"/>
      </w:pPr>
      <w:r>
        <w:rPr>
          <w:sz w:val="22"/>
        </w:rPr>
        <w:t>A. a-b-c</w:t>
      </w:r>
    </w:p>
    <w:p>
      <w:pPr>
        <w:pStyle w:val="ListParagraph"/>
      </w:pPr>
      <w:r>
        <w:rPr>
          <w:sz w:val="22"/>
        </w:rPr>
        <w:t>B. c-b-a</w:t>
      </w:r>
    </w:p>
    <w:p>
      <w:pPr>
        <w:pStyle w:val="ListParagraph"/>
      </w:pPr>
      <w:r>
        <w:rPr>
          <w:sz w:val="22"/>
        </w:rPr>
        <w:t>C. c-a-b</w:t>
      </w:r>
    </w:p>
    <w:p>
      <w:pPr>
        <w:pStyle w:val="ListParagraph"/>
      </w:pPr>
      <w:r>
        <w:rPr>
          <w:sz w:val="22"/>
        </w:rPr>
        <w:t>D. b-a-c</w:t>
      </w:r>
    </w:p>
    <w:p/>
    <w:p>
      <w:r>
        <w:rPr>
          <w:b/>
          <w:sz w:val="24"/>
        </w:rPr>
        <w:t>Câu 38: A: “Doctor, can you give me some suggestions on how to stay healthy?”</w:t>
        <w:br/>
        <w:t>B: “______.”</w:t>
      </w:r>
    </w:p>
    <w:p>
      <w:pPr>
        <w:pStyle w:val="ListParagraph"/>
      </w:pPr>
      <w:r>
        <w:rPr>
          <w:sz w:val="22"/>
        </w:rPr>
        <w:t>A. Well, first of all, you need to make sure that you eat the right foods.</w:t>
      </w:r>
    </w:p>
    <w:p>
      <w:pPr>
        <w:pStyle w:val="ListParagraph"/>
      </w:pPr>
      <w:r>
        <w:rPr>
          <w:sz w:val="22"/>
        </w:rPr>
        <w:t>B. It is very confusing to know what to eat.</w:t>
      </w:r>
    </w:p>
    <w:p>
      <w:pPr>
        <w:pStyle w:val="ListParagraph"/>
      </w:pPr>
      <w:r>
        <w:rPr>
          <w:sz w:val="22"/>
        </w:rPr>
        <w:t>C. As long as you don’t overdo it, a glass of wine a day should be OK.</w:t>
      </w:r>
    </w:p>
    <w:p>
      <w:pPr>
        <w:pStyle w:val="ListParagraph"/>
      </w:pPr>
      <w:r>
        <w:rPr>
          <w:sz w:val="22"/>
        </w:rPr>
        <w:t>D. If you smoke, you need to stop.</w:t>
      </w:r>
    </w:p>
    <w:p/>
    <w:p>
      <w:r>
        <w:rPr>
          <w:b/>
          <w:sz w:val="24"/>
        </w:rPr>
        <w:t>Câu 39: Nam: Do you want me to help with your homework?</w:t>
        <w:br/>
        <w:t>Lan: ______</w:t>
      </w:r>
    </w:p>
    <w:p>
      <w:pPr>
        <w:pStyle w:val="ListParagraph"/>
      </w:pPr>
      <w:r>
        <w:rPr>
          <w:sz w:val="22"/>
        </w:rPr>
        <w:t>A. Homework? I don’t like homework.</w:t>
      </w:r>
    </w:p>
    <w:p>
      <w:pPr>
        <w:pStyle w:val="ListParagraph"/>
      </w:pPr>
      <w:r>
        <w:rPr>
          <w:sz w:val="22"/>
        </w:rPr>
        <w:t>B. Thank you. It’s very kind of you!</w:t>
      </w:r>
    </w:p>
    <w:p>
      <w:pPr>
        <w:pStyle w:val="ListParagraph"/>
      </w:pPr>
      <w:r>
        <w:rPr>
          <w:sz w:val="22"/>
        </w:rPr>
        <w:t>C. Why do we need homework?</w:t>
      </w:r>
    </w:p>
    <w:p>
      <w:pPr>
        <w:pStyle w:val="ListParagraph"/>
      </w:pPr>
      <w:r>
        <w:rPr>
          <w:sz w:val="22"/>
        </w:rPr>
        <w:t>D. If you like, you can do it every day.</w:t>
      </w:r>
    </w:p>
    <w:p/>
    <w:p>
      <w:r>
        <w:rPr>
          <w:b/>
          <w:sz w:val="24"/>
        </w:rPr>
        <w:t>Câu 40: Laura and Mitchell are talking about people’s health.</w:t>
        <w:br/>
        <w:t>Laura: “People should take better care of their health to avoid some fatal diseases.”</w:t>
        <w:br/>
        <w:t>Mitchell: “_______. Being in good health helps us enjoy life better.”</w:t>
      </w:r>
    </w:p>
    <w:p>
      <w:pPr>
        <w:pStyle w:val="ListParagraph"/>
      </w:pPr>
      <w:r>
        <w:rPr>
          <w:sz w:val="22"/>
        </w:rPr>
        <w:t>A. You are wrong</w:t>
      </w:r>
    </w:p>
    <w:p>
      <w:pPr>
        <w:pStyle w:val="ListParagraph"/>
      </w:pPr>
      <w:r>
        <w:rPr>
          <w:sz w:val="22"/>
        </w:rPr>
        <w:t>B. It doesn’t matter</w:t>
      </w:r>
    </w:p>
    <w:p>
      <w:pPr>
        <w:pStyle w:val="ListParagraph"/>
      </w:pPr>
      <w:r>
        <w:rPr>
          <w:sz w:val="22"/>
        </w:rPr>
        <w:t>C. I can’t agree with you more</w:t>
      </w:r>
    </w:p>
    <w:p>
      <w:pPr>
        <w:pStyle w:val="ListParagraph"/>
      </w:pPr>
      <w:r>
        <w:rPr>
          <w:sz w:val="22"/>
        </w:rPr>
        <w:t>D. That can’t be true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