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Đâu không phải là truyền thống tốt đẹp của dân tộc</w:t>
      </w:r>
    </w:p>
    <w:p>
      <w:pPr>
        <w:jc w:val="center"/>
      </w:pPr>
      <w:r>
        <w:rPr>
          <w:sz w:val="22"/>
        </w:rPr>
        <w:t>Số câu: 12    Thời gian: _____ phút    Họ và tên: _________________________</w:t>
      </w:r>
    </w:p>
    <w:p/>
    <w:p>
      <w:r>
        <w:rPr>
          <w:b/>
          <w:sz w:val="24"/>
        </w:rPr>
        <w:t>Câu 1: Đâu không phải là truyền thống tốt đẹp của dân tộc Việt Nam?</w:t>
      </w:r>
    </w:p>
    <w:p>
      <w:pPr>
        <w:pStyle w:val="ListParagraph"/>
      </w:pPr>
      <w:r>
        <w:rPr>
          <w:sz w:val="22"/>
        </w:rPr>
        <w:t>A. Bạo lực gia đình.</w:t>
      </w:r>
    </w:p>
    <w:p>
      <w:pPr>
        <w:pStyle w:val="ListParagraph"/>
      </w:pPr>
      <w:r>
        <w:rPr>
          <w:sz w:val="22"/>
        </w:rPr>
        <w:t>B. Tôn sư trọng đạo.</w:t>
      </w:r>
    </w:p>
    <w:p>
      <w:pPr>
        <w:pStyle w:val="ListParagraph"/>
      </w:pPr>
      <w:r>
        <w:rPr>
          <w:sz w:val="22"/>
        </w:rPr>
        <w:t>C. Hiếu học.</w:t>
      </w:r>
    </w:p>
    <w:p>
      <w:pPr>
        <w:pStyle w:val="ListParagraph"/>
      </w:pPr>
      <w:r>
        <w:rPr>
          <w:sz w:val="22"/>
        </w:rPr>
        <w:t>D. Hiếu thảo.</w:t>
      </w:r>
    </w:p>
    <w:p/>
    <w:p>
      <w:r>
        <w:rPr>
          <w:b/>
          <w:sz w:val="24"/>
        </w:rPr>
        <w:t>Câu 2: Hành vi nào dưới đây thể hiện sự giữ gìn và phát huy truyền thống tốt đẹp của gia đình, dòng họ?</w:t>
      </w:r>
    </w:p>
    <w:p>
      <w:pPr>
        <w:pStyle w:val="ListParagraph"/>
      </w:pPr>
      <w:r>
        <w:rPr>
          <w:sz w:val="22"/>
        </w:rPr>
        <w:t>A. Chỉ tập trung cho việc học, không cần quan tâm những việc khác của gia đình.</w:t>
      </w:r>
    </w:p>
    <w:p>
      <w:pPr>
        <w:pStyle w:val="ListParagraph"/>
      </w:pPr>
      <w:r>
        <w:rPr>
          <w:sz w:val="22"/>
        </w:rPr>
        <w:t>B. Trân trọng và tiếp nối những truyền thống tốt đẹp của gia đình.</w:t>
      </w:r>
    </w:p>
    <w:p>
      <w:pPr>
        <w:pStyle w:val="ListParagraph"/>
      </w:pPr>
      <w:r>
        <w:rPr>
          <w:sz w:val="22"/>
        </w:rPr>
        <w:t>C. Tổ chức cúng bái linh đình vào những ngày giỗ của ông bà, tổ tiên.</w:t>
      </w:r>
    </w:p>
    <w:p>
      <w:pPr>
        <w:pStyle w:val="ListParagraph"/>
      </w:pPr>
      <w:r>
        <w:rPr>
          <w:sz w:val="22"/>
        </w:rPr>
        <w:t>D. Dòng họ là những gì xa vời, thuộc về quá khứ không cần quan tâm lắm.</w:t>
      </w:r>
    </w:p>
    <w:p/>
    <w:p>
      <w:r>
        <w:rPr>
          <w:b/>
          <w:sz w:val="24"/>
        </w:rPr>
        <w:t>Câu 3: Câu tục ngữ nào sau đây thể hiện truyền thống hiếu học của dân tộc Việt Nam?</w:t>
      </w:r>
    </w:p>
    <w:p>
      <w:pPr>
        <w:pStyle w:val="ListParagraph"/>
      </w:pPr>
      <w:r>
        <w:rPr>
          <w:sz w:val="22"/>
        </w:rPr>
        <w:t>A. Đi một ngày đàng, học một sàng khôn.</w:t>
      </w:r>
    </w:p>
    <w:p>
      <w:pPr>
        <w:pStyle w:val="ListParagraph"/>
      </w:pPr>
      <w:r>
        <w:rPr>
          <w:sz w:val="22"/>
        </w:rPr>
        <w:t>B. Uống nước nhớ nguồn.</w:t>
      </w:r>
    </w:p>
    <w:p>
      <w:pPr>
        <w:pStyle w:val="ListParagraph"/>
      </w:pPr>
      <w:r>
        <w:rPr>
          <w:sz w:val="22"/>
        </w:rPr>
        <w:t>C. Lá lành đùm lá rách.</w:t>
      </w:r>
    </w:p>
    <w:p>
      <w:pPr>
        <w:pStyle w:val="ListParagraph"/>
      </w:pPr>
      <w:r>
        <w:rPr>
          <w:sz w:val="22"/>
        </w:rPr>
        <w:t>D. Một cây làm chẳng nên non.</w:t>
      </w:r>
    </w:p>
    <w:p/>
    <w:p>
      <w:r>
        <w:rPr>
          <w:b/>
          <w:sz w:val="24"/>
        </w:rPr>
        <w:t>Câu 4: Truyền thống tốt đẹp của dân tộc Việt Nam là những giá trị tinh thần hình thành trong quá trình lịch sử lâu dài của dân tộc, được truyền từ?</w:t>
      </w:r>
    </w:p>
    <w:p>
      <w:pPr>
        <w:pStyle w:val="ListParagraph"/>
      </w:pPr>
      <w:r>
        <w:rPr>
          <w:sz w:val="22"/>
        </w:rPr>
        <w:t>A. Vùng miền này sang vùng miền khác.</w:t>
      </w:r>
    </w:p>
    <w:p>
      <w:pPr>
        <w:pStyle w:val="ListParagraph"/>
      </w:pPr>
      <w:r>
        <w:rPr>
          <w:sz w:val="22"/>
        </w:rPr>
        <w:t>B. Địa phương này sang địa phương khác.</w:t>
      </w:r>
    </w:p>
    <w:p>
      <w:pPr>
        <w:pStyle w:val="ListParagraph"/>
      </w:pPr>
      <w:r>
        <w:rPr>
          <w:sz w:val="22"/>
        </w:rPr>
        <w:t>C. Đất nước này sang đất nước khác.</w:t>
      </w:r>
    </w:p>
    <w:p>
      <w:pPr>
        <w:pStyle w:val="ListParagraph"/>
      </w:pPr>
      <w:r>
        <w:rPr>
          <w:sz w:val="22"/>
        </w:rPr>
        <w:t>D. Thế hệ này sang thế hệ khác.</w:t>
      </w:r>
    </w:p>
    <w:p/>
    <w:p>
      <w:r>
        <w:rPr>
          <w:b/>
          <w:sz w:val="24"/>
        </w:rPr>
        <w:t>Câu 5: Hành vi nào dưới đây là biểu hiện tôn trọng sự đa dạng của các dân tộc và các nền văn hóa trên thế giới?</w:t>
      </w:r>
    </w:p>
    <w:p>
      <w:pPr>
        <w:pStyle w:val="ListParagraph"/>
      </w:pPr>
      <w:r>
        <w:rPr>
          <w:sz w:val="22"/>
        </w:rPr>
        <w:t>A. Tôn trọng tính cách, truyền thống… của các dân tộc.</w:t>
      </w:r>
    </w:p>
    <w:p>
      <w:pPr>
        <w:pStyle w:val="ListParagraph"/>
      </w:pPr>
      <w:r>
        <w:rPr>
          <w:sz w:val="22"/>
        </w:rPr>
        <w:t>B. Kì thị, phân biệt chủng tộc giữa người da trắng và da màu.</w:t>
      </w:r>
    </w:p>
    <w:p>
      <w:pPr>
        <w:pStyle w:val="ListParagraph"/>
      </w:pPr>
      <w:r>
        <w:rPr>
          <w:sz w:val="22"/>
        </w:rPr>
        <w:t>C. Kì thị, phân biệt giữa dân tộc đa số và dân tộc thiểu số.</w:t>
      </w:r>
    </w:p>
    <w:p>
      <w:pPr>
        <w:pStyle w:val="ListParagraph"/>
      </w:pPr>
      <w:r>
        <w:rPr>
          <w:sz w:val="22"/>
        </w:rPr>
        <w:t>D. Từ chối tìm hiểu những giá trị tốt đẹp của các dân tộc.</w:t>
      </w:r>
    </w:p>
    <w:p/>
    <w:p>
      <w:r>
        <w:rPr>
          <w:b/>
          <w:sz w:val="24"/>
        </w:rPr>
        <w:t>Câu 6: Việc làm nào dưới đây thể hiện lòng tự hào về truyền thống dân tộc Việt Nam?</w:t>
      </w:r>
    </w:p>
    <w:p>
      <w:pPr>
        <w:pStyle w:val="ListParagraph"/>
      </w:pPr>
      <w:r>
        <w:rPr>
          <w:sz w:val="22"/>
        </w:rPr>
        <w:t>A. Thiếu tích cực khi tham gia các hoạt động sinh hoạt văn hóa dân tộc.</w:t>
      </w:r>
    </w:p>
    <w:p>
      <w:pPr>
        <w:pStyle w:val="ListParagraph"/>
      </w:pPr>
      <w:r>
        <w:rPr>
          <w:sz w:val="22"/>
        </w:rPr>
        <w:t>B. Tìm hiểu về truyền thống, phong tục, tập quán của dân tộc,…</w:t>
      </w:r>
    </w:p>
    <w:p>
      <w:pPr>
        <w:pStyle w:val="ListParagraph"/>
      </w:pPr>
      <w:r>
        <w:rPr>
          <w:sz w:val="22"/>
        </w:rPr>
        <w:t>C. Có thái độ phân biệt, kì thị văn hóa giữa các vùng miền, dân tộc.</w:t>
      </w:r>
    </w:p>
    <w:p>
      <w:pPr>
        <w:pStyle w:val="ListParagraph"/>
      </w:pPr>
      <w:r>
        <w:rPr>
          <w:sz w:val="22"/>
        </w:rPr>
        <w:t>D. Xấu hổ, tự ti các di sản văn hóa vật chất và tinh thần của dân tộc.</w:t>
      </w:r>
    </w:p>
    <w:p/>
    <w:p>
      <w:r>
        <w:rPr>
          <w:b/>
          <w:sz w:val="24"/>
        </w:rPr>
        <w:t>Câu 7: Việc tôn trọng sự đa dạng và nền văn hóa của các dân tộc mang lại ý nghĩa gì đối với mỗi quốc gia, dân tộc?</w:t>
      </w:r>
    </w:p>
    <w:p>
      <w:pPr>
        <w:pStyle w:val="ListParagraph"/>
      </w:pPr>
      <w:r>
        <w:rPr>
          <w:sz w:val="22"/>
        </w:rPr>
        <w:t>A. Làm cho nền kinh tế kém phát triển.</w:t>
      </w:r>
    </w:p>
    <w:p>
      <w:pPr>
        <w:pStyle w:val="ListParagraph"/>
      </w:pPr>
      <w:r>
        <w:rPr>
          <w:sz w:val="22"/>
        </w:rPr>
        <w:t>B. Làm giảm ý chí tinh thần đoàn kết dân tộc.</w:t>
      </w:r>
    </w:p>
    <w:p>
      <w:pPr>
        <w:pStyle w:val="ListParagraph"/>
      </w:pPr>
      <w:r>
        <w:rPr>
          <w:sz w:val="22"/>
        </w:rPr>
        <w:t>C. Giúp củng cố tình hữu nghị quốc tế.</w:t>
      </w:r>
    </w:p>
    <w:p>
      <w:pPr>
        <w:pStyle w:val="ListParagraph"/>
      </w:pPr>
      <w:r>
        <w:rPr>
          <w:sz w:val="22"/>
        </w:rPr>
        <w:t>D. Làm bá chủ các dân tộc.</w:t>
      </w:r>
    </w:p>
    <w:p/>
    <w:p>
      <w:r>
        <w:rPr>
          <w:b/>
          <w:sz w:val="24"/>
        </w:rPr>
        <w:t>Câu 8: Việc làm nào dưới đây không kế thừa, phát huy truyền thống tốt đẹp của dân tộc?</w:t>
      </w:r>
    </w:p>
    <w:p>
      <w:pPr>
        <w:pStyle w:val="ListParagraph"/>
      </w:pPr>
      <w:r>
        <w:rPr>
          <w:sz w:val="22"/>
        </w:rPr>
        <w:t>A. Học tập, thực hành theo những giá trị truyền thống.</w:t>
      </w:r>
    </w:p>
    <w:p>
      <w:pPr>
        <w:pStyle w:val="ListParagraph"/>
      </w:pPr>
      <w:r>
        <w:rPr>
          <w:sz w:val="22"/>
        </w:rPr>
        <w:t>B. Tự hào về những giá trị truyền thống tốt đẹp của dân tộc.</w:t>
      </w:r>
    </w:p>
    <w:p>
      <w:pPr>
        <w:pStyle w:val="ListParagraph"/>
      </w:pPr>
      <w:r>
        <w:rPr>
          <w:sz w:val="22"/>
        </w:rPr>
        <w:t>C. Trân trọng những giá trị truyền thống tốt đẹp của dân tộc.</w:t>
      </w:r>
    </w:p>
    <w:p>
      <w:pPr>
        <w:pStyle w:val="ListParagraph"/>
      </w:pPr>
      <w:r>
        <w:rPr>
          <w:sz w:val="22"/>
        </w:rPr>
        <w:t>D. Gìn giữ truyền thống tốt đẹp cùng những hủ tục lạc hậu.</w:t>
      </w:r>
    </w:p>
    <w:p/>
    <w:p>
      <w:r>
        <w:rPr>
          <w:b/>
          <w:sz w:val="24"/>
        </w:rPr>
        <w:t>Câu 9: Người tiêu dùng sẽ được hưởng lợi như thế nào khi các tiến bộ khoa học được áp dụng vào sản xuất hàng tiêu dùng?</w:t>
      </w:r>
    </w:p>
    <w:p>
      <w:pPr>
        <w:pStyle w:val="ListParagraph"/>
      </w:pPr>
      <w:r>
        <w:rPr>
          <w:sz w:val="22"/>
        </w:rPr>
        <w:t>A. Đa dạng các mặt hàng, sản phẩm, giá cả phải chăng.</w:t>
      </w:r>
    </w:p>
    <w:p>
      <w:pPr>
        <w:pStyle w:val="ListParagraph"/>
      </w:pPr>
      <w:r>
        <w:rPr>
          <w:sz w:val="22"/>
        </w:rPr>
        <w:t>B. Chịu nhiều khó khăn vì nền kinh tế bất ổn.</w:t>
      </w:r>
    </w:p>
    <w:p>
      <w:pPr>
        <w:pStyle w:val="ListParagraph"/>
      </w:pPr>
      <w:r>
        <w:rPr>
          <w:sz w:val="22"/>
        </w:rPr>
        <w:t>C. Hàng thực phẩm, sản phẩm trở nên khan hiếm.</w:t>
      </w:r>
    </w:p>
    <w:p>
      <w:pPr>
        <w:pStyle w:val="ListParagraph"/>
      </w:pPr>
      <w:r>
        <w:rPr>
          <w:sz w:val="22"/>
        </w:rPr>
        <w:t>D. Giá cả tăng, chất lượng sản phẩm không tốt.</w:t>
      </w:r>
    </w:p>
    <w:p/>
    <w:p>
      <w:r>
        <w:rPr>
          <w:b/>
          <w:sz w:val="24"/>
        </w:rPr>
        <w:t>Câu 10: Một cá nhân lao động sáng tạo thì trong công việc họ luôn luôn có xu hướng</w:t>
      </w:r>
    </w:p>
    <w:p>
      <w:pPr>
        <w:pStyle w:val="ListParagraph"/>
      </w:pPr>
      <w:r>
        <w:rPr>
          <w:sz w:val="22"/>
        </w:rPr>
        <w:t>A. Chờ đợi kết quả người khác.</w:t>
      </w:r>
    </w:p>
    <w:p>
      <w:pPr>
        <w:pStyle w:val="ListParagraph"/>
      </w:pPr>
      <w:r>
        <w:rPr>
          <w:sz w:val="22"/>
        </w:rPr>
        <w:t>B. Tìm tòi, cải tiến phương pháp.</w:t>
      </w:r>
    </w:p>
    <w:p>
      <w:pPr>
        <w:pStyle w:val="ListParagraph"/>
      </w:pPr>
      <w:r>
        <w:rPr>
          <w:sz w:val="22"/>
        </w:rPr>
        <w:t>C. Sao chép kết quả người khác.</w:t>
      </w:r>
    </w:p>
    <w:p>
      <w:pPr>
        <w:pStyle w:val="ListParagraph"/>
      </w:pPr>
      <w:r>
        <w:rPr>
          <w:sz w:val="22"/>
        </w:rPr>
        <w:t>D. Hưởng lợi từ việc làm của bạn bè.</w:t>
      </w:r>
    </w:p>
    <w:p/>
    <w:p>
      <w:r>
        <w:rPr>
          <w:b/>
          <w:sz w:val="24"/>
        </w:rPr>
        <w:t>Câu 11: Người cần cù trong lao động được hiểu là?</w:t>
      </w:r>
    </w:p>
    <w:p>
      <w:pPr>
        <w:pStyle w:val="ListParagraph"/>
      </w:pPr>
      <w:r>
        <w:rPr>
          <w:sz w:val="22"/>
        </w:rPr>
        <w:t>A. Hay nghỉ phép vì các lí do không chính đáng.</w:t>
      </w:r>
    </w:p>
    <w:p>
      <w:pPr>
        <w:pStyle w:val="ListParagraph"/>
      </w:pPr>
      <w:r>
        <w:rPr>
          <w:sz w:val="22"/>
        </w:rPr>
        <w:t>B. Chỉ làm những việc mình được giao.</w:t>
      </w:r>
    </w:p>
    <w:p>
      <w:pPr>
        <w:pStyle w:val="ListParagraph"/>
      </w:pPr>
      <w:r>
        <w:rPr>
          <w:sz w:val="22"/>
        </w:rPr>
        <w:t>C. Làm việc một cách thường xuyên, phấn đấu hết mình vì công việc.</w:t>
      </w:r>
    </w:p>
    <w:p>
      <w:pPr>
        <w:pStyle w:val="ListParagraph"/>
      </w:pPr>
      <w:r>
        <w:rPr>
          <w:sz w:val="22"/>
        </w:rPr>
        <w:t>D. Khi có khó khăn thì nhanh chóng đổi sang việc khác.</w:t>
      </w:r>
    </w:p>
    <w:p/>
    <w:p>
      <w:r>
        <w:rPr>
          <w:b/>
          <w:sz w:val="24"/>
        </w:rPr>
        <w:t>Câu 12: Vì sao chúng ta cần quý trọng những người lao động cần cù, sáng tạo?</w:t>
      </w:r>
    </w:p>
    <w:p>
      <w:pPr>
        <w:pStyle w:val="ListParagraph"/>
      </w:pPr>
      <w:r>
        <w:rPr>
          <w:sz w:val="22"/>
        </w:rPr>
        <w:t>A. Vì họ luôn đạt được thành tích cao hơn người khác.</w:t>
      </w:r>
    </w:p>
    <w:p>
      <w:pPr>
        <w:pStyle w:val="ListParagraph"/>
      </w:pPr>
      <w:r>
        <w:rPr>
          <w:sz w:val="22"/>
        </w:rPr>
        <w:t>B. Vì lao động của họ tạo ra những giá trị có ích cho bản thân và xã hội.</w:t>
      </w:r>
    </w:p>
    <w:p>
      <w:pPr>
        <w:pStyle w:val="ListParagraph"/>
      </w:pPr>
      <w:r>
        <w:rPr>
          <w:sz w:val="22"/>
        </w:rPr>
        <w:t>C. Vì họ không bao giờ mắc sai lầm.</w:t>
      </w:r>
    </w:p>
    <w:p>
      <w:pPr>
        <w:pStyle w:val="ListParagraph"/>
      </w:pPr>
      <w:r>
        <w:rPr>
          <w:sz w:val="22"/>
        </w:rPr>
        <w:t>D. Vì họ luôn được mọi người khen thưởng.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D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D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