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lớp 2 phép nhân: 10 câu toán lớp 2 phép nhân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3 × 4 bằng bao nhiêu?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2: 5 × 2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3: 2 × 6 bằng bao nhiêu?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4: 4 × 3 bằng bao nhiêu?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5: 6 × 2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6: 3 × 5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7: 2 × 7 bằng bao nhiêu?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8: 5 × 3 bằng bao nhiêu?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9: 4 × 4 bằng bao nhiêu?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10: 2 × 9 bằng bao nhiêu?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20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3 nhân 4 bằng 12 (3 + 3 + 3 + 3 = 12).</w:t>
      </w:r>
    </w:p>
    <w:p>
      <w:r>
        <w:rPr>
          <w:b/>
        </w:rPr>
        <w:t>Câu 2: Đáp án đúng: A</w:t>
      </w:r>
    </w:p>
    <w:p>
      <w:r>
        <w:rPr>
          <w:i/>
        </w:rPr>
        <w:t>Giải thích: 5 nhân 2 bằng 10 (5 + 5 = 10).</w:t>
      </w:r>
    </w:p>
    <w:p>
      <w:r>
        <w:rPr>
          <w:b/>
        </w:rPr>
        <w:t>Câu 3: Đáp án đúng: B</w:t>
      </w:r>
    </w:p>
    <w:p>
      <w:r>
        <w:rPr>
          <w:i/>
        </w:rPr>
        <w:t>Giải thích: 2 nhân 6 bằng 12 (2 + 2 + 2 + 2 + 2 + 2 = 12).</w:t>
      </w:r>
    </w:p>
    <w:p>
      <w:r>
        <w:rPr>
          <w:b/>
        </w:rPr>
        <w:t>Câu 4: Đáp án đúng: D</w:t>
      </w:r>
    </w:p>
    <w:p>
      <w:r>
        <w:rPr>
          <w:i/>
        </w:rPr>
        <w:t>Giải thích: 4 nhân 3 bằng 12 (4 + 4 + 4 = 12).</w:t>
      </w:r>
    </w:p>
    <w:p>
      <w:r>
        <w:rPr>
          <w:b/>
        </w:rPr>
        <w:t>Câu 5: Đáp án đúng: D</w:t>
      </w:r>
    </w:p>
    <w:p>
      <w:r>
        <w:rPr>
          <w:i/>
        </w:rPr>
        <w:t>Giải thích: 6 nhân 2 bằng 12 (6 + 6 = 12).</w:t>
      </w:r>
    </w:p>
    <w:p>
      <w:r>
        <w:rPr>
          <w:b/>
        </w:rPr>
        <w:t>Câu 6: Đáp án đúng: C</w:t>
      </w:r>
    </w:p>
    <w:p>
      <w:r>
        <w:rPr>
          <w:i/>
        </w:rPr>
        <w:t>Giải thích: 3 nhân 5 bằng 15 (3 + 3 + 3 + 3 + 3 = 15).</w:t>
      </w:r>
    </w:p>
    <w:p>
      <w:r>
        <w:rPr>
          <w:b/>
        </w:rPr>
        <w:t>Câu 7: Đáp án đúng: B</w:t>
      </w:r>
    </w:p>
    <w:p>
      <w:r>
        <w:rPr>
          <w:i/>
        </w:rPr>
        <w:t>Giải thích: 2 nhân 7 bằng 14 (2 + 2 + 2 + 2 + 2 + 2 + 2 = 14).</w:t>
      </w:r>
    </w:p>
    <w:p>
      <w:r>
        <w:rPr>
          <w:b/>
        </w:rPr>
        <w:t>Câu 8: Đáp án đúng: B</w:t>
      </w:r>
    </w:p>
    <w:p>
      <w:r>
        <w:rPr>
          <w:i/>
        </w:rPr>
        <w:t>Giải thích: 5 nhân 3 bằng 15 (5 + 5 + 5 = 15).</w:t>
      </w:r>
    </w:p>
    <w:p>
      <w:r>
        <w:rPr>
          <w:b/>
        </w:rPr>
        <w:t>Câu 9: Đáp án đúng: D</w:t>
      </w:r>
    </w:p>
    <w:p>
      <w:r>
        <w:rPr>
          <w:i/>
        </w:rPr>
        <w:t>Giải thích: 4 nhân 4 bằng 16 (4 + 4 + 4 + 4 = 16).</w:t>
      </w:r>
    </w:p>
    <w:p>
      <w:r>
        <w:rPr>
          <w:b/>
        </w:rPr>
        <w:t>Câu 10: Đáp án đúng: C</w:t>
      </w:r>
    </w:p>
    <w:p>
      <w:r>
        <w:rPr>
          <w:i/>
        </w:rPr>
        <w:t>Giải thích: 2 nhân 9 bằng 18 (2 + 2 + 2 + 2 + 2 + 2 + 2 + 2 + 2 = 18).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