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Tin học - B)Phương án nào dưới đây nêu đúng về khả năng suy</w:t>
      </w:r>
    </w:p>
    <w:p>
      <w:pPr>
        <w:jc w:val="center"/>
      </w:pPr>
      <w:r>
        <w:rPr>
          <w:sz w:val="22"/>
        </w:rPr>
        <w:t>Số câu: 32    Thời gian: _____ phút    Họ và tên: _________________________</w:t>
      </w:r>
    </w:p>
    <w:p/>
    <w:p>
      <w:r>
        <w:rPr>
          <w:b/>
          <w:sz w:val="24"/>
        </w:rPr>
        <w:t>Câu 1: Phương án nào dưới đây nêu đúng về khả năng suy luận của AI?</w:t>
      </w:r>
    </w:p>
    <w:p>
      <w:pPr>
        <w:pStyle w:val="ListParagraph"/>
      </w:pPr>
      <w:r>
        <w:rPr>
          <w:sz w:val="22"/>
        </w:rPr>
        <w:t>A. Trích xuất thông tin từ dữ liệu để học và tích luỹ tri thức.</w:t>
      </w:r>
    </w:p>
    <w:p>
      <w:pPr>
        <w:pStyle w:val="ListParagraph"/>
      </w:pPr>
      <w:r>
        <w:rPr>
          <w:sz w:val="22"/>
        </w:rPr>
        <w:t>B. Cảm nhận và hiểu biết môi trường thông qua các cảm biến và thiết bị đầu vào.</w:t>
      </w:r>
    </w:p>
    <w:p>
      <w:pPr>
        <w:pStyle w:val="ListParagraph"/>
      </w:pPr>
      <w:r>
        <w:rPr>
          <w:sz w:val="22"/>
        </w:rPr>
        <w:t>C. Vận dụng logic và tri thức để đưa ra quyết định hoặc kết luận.</w:t>
      </w:r>
    </w:p>
    <w:p>
      <w:pPr>
        <w:pStyle w:val="ListParagraph"/>
      </w:pPr>
      <w:r>
        <w:rPr>
          <w:sz w:val="22"/>
        </w:rPr>
        <w:t>D. Tìm ra cách giải quyết các tình huống phức tạp dựa trên thông tin và tri thức.</w:t>
      </w:r>
    </w:p>
    <w:p/>
    <w:p>
      <w:r>
        <w:rPr>
          <w:b/>
          <w:sz w:val="24"/>
        </w:rPr>
        <w:t>Câu 2: Trong các ví dụ dưới đây, trường hợp nào thể hiện rõ nhất năng lực hiểu và xử lí ngôn ngữ tự nhiên của trí tuệ nhân tạo (AI)?</w:t>
      </w:r>
    </w:p>
    <w:p>
      <w:pPr>
        <w:pStyle w:val="ListParagraph"/>
      </w:pPr>
      <w:r>
        <w:rPr>
          <w:sz w:val="22"/>
        </w:rPr>
        <w:t>A. Ứng dụng Google Dịch tự động chuyển văn bản từ tiếng Việt sang tiếng Anh.</w:t>
      </w:r>
    </w:p>
    <w:p>
      <w:pPr>
        <w:pStyle w:val="ListParagraph"/>
      </w:pPr>
      <w:r>
        <w:rPr>
          <w:sz w:val="22"/>
        </w:rPr>
        <w:t>B. Phần mềm kiểm tra lỗi chính tả trong văn bản Word.</w:t>
      </w:r>
    </w:p>
    <w:p>
      <w:pPr>
        <w:pStyle w:val="ListParagraph"/>
      </w:pPr>
      <w:r>
        <w:rPr>
          <w:sz w:val="22"/>
        </w:rPr>
        <w:t>C. Trợ lí ảo Siri hiểu lệnh bằng giọng nói và phản hồi bằng lời nói.</w:t>
      </w:r>
    </w:p>
    <w:p>
      <w:pPr>
        <w:pStyle w:val="ListParagraph"/>
      </w:pPr>
      <w:r>
        <w:rPr>
          <w:sz w:val="22"/>
        </w:rPr>
        <w:t>D. Hệ thống tổng đài tự động nhận và trả lời cuộc gọi của khách hàng bằng giọng nói tự nhiên.</w:t>
      </w:r>
    </w:p>
    <w:p/>
    <w:p>
      <w:r>
        <w:rPr>
          <w:b/>
          <w:sz w:val="24"/>
        </w:rPr>
        <w:t>Câu 3: Switch là thiết bị kết nối cơ bản của loại mạng nào sau đây?</w:t>
      </w:r>
    </w:p>
    <w:p>
      <w:pPr>
        <w:pStyle w:val="ListParagraph"/>
      </w:pPr>
      <w:r>
        <w:rPr>
          <w:sz w:val="22"/>
        </w:rPr>
        <w:t>A. Mạng LAN có dây.</w:t>
      </w:r>
    </w:p>
    <w:p>
      <w:pPr>
        <w:pStyle w:val="ListParagraph"/>
      </w:pPr>
      <w:r>
        <w:rPr>
          <w:sz w:val="22"/>
        </w:rPr>
        <w:t>B. Mạng LAN không dây.</w:t>
      </w:r>
    </w:p>
    <w:p>
      <w:pPr>
        <w:pStyle w:val="ListParagraph"/>
      </w:pPr>
      <w:r>
        <w:rPr>
          <w:sz w:val="22"/>
        </w:rPr>
        <w:t>C. Mạng Wi-Fi.</w:t>
      </w:r>
    </w:p>
    <w:p>
      <w:pPr>
        <w:pStyle w:val="ListParagraph"/>
      </w:pPr>
      <w:r>
        <w:rPr>
          <w:sz w:val="22"/>
        </w:rPr>
        <w:t>D. Mạng Internet.</w:t>
      </w:r>
    </w:p>
    <w:p/>
    <w:p>
      <w:r>
        <w:rPr>
          <w:b/>
          <w:sz w:val="24"/>
        </w:rPr>
        <w:t>Câu 4: Thiết bị nào dưới đây chịu trách nhiệm kết nối mạng LAN của bạn với mạng Internet?</w:t>
      </w:r>
    </w:p>
    <w:p>
      <w:pPr>
        <w:pStyle w:val="ListParagraph"/>
      </w:pPr>
      <w:r>
        <w:rPr>
          <w:sz w:val="22"/>
        </w:rPr>
        <w:t>A. Modem.</w:t>
      </w:r>
    </w:p>
    <w:p>
      <w:pPr>
        <w:pStyle w:val="ListParagraph"/>
      </w:pPr>
      <w:r>
        <w:rPr>
          <w:sz w:val="22"/>
        </w:rPr>
        <w:t>B. Hub.</w:t>
      </w:r>
    </w:p>
    <w:p>
      <w:pPr>
        <w:pStyle w:val="ListParagraph"/>
      </w:pPr>
      <w:r>
        <w:rPr>
          <w:sz w:val="22"/>
        </w:rPr>
        <w:t>C. Router.</w:t>
      </w:r>
    </w:p>
    <w:p>
      <w:pPr>
        <w:pStyle w:val="ListParagraph"/>
      </w:pPr>
      <w:r>
        <w:rPr>
          <w:sz w:val="22"/>
        </w:rPr>
        <w:t>D. Switch.</w:t>
      </w:r>
    </w:p>
    <w:p/>
    <w:p>
      <w:r>
        <w:rPr>
          <w:b/>
          <w:sz w:val="24"/>
        </w:rPr>
        <w:t>Câu 5: Thiết bị nào dưới đây sử dụng để phủ sóng Wi-Fi trong một mạng LAN?</w:t>
      </w:r>
    </w:p>
    <w:p>
      <w:pPr>
        <w:pStyle w:val="ListParagraph"/>
      </w:pPr>
      <w:r>
        <w:rPr>
          <w:sz w:val="22"/>
        </w:rPr>
        <w:t>A. Switch</w:t>
      </w:r>
    </w:p>
    <w:p>
      <w:pPr>
        <w:pStyle w:val="ListParagraph"/>
      </w:pPr>
      <w:r>
        <w:rPr>
          <w:sz w:val="22"/>
        </w:rPr>
        <w:t>B. Hub</w:t>
      </w:r>
    </w:p>
    <w:p>
      <w:pPr>
        <w:pStyle w:val="ListParagraph"/>
      </w:pPr>
      <w:r>
        <w:rPr>
          <w:sz w:val="22"/>
        </w:rPr>
        <w:t>C. Access Point</w:t>
      </w:r>
    </w:p>
    <w:p>
      <w:pPr>
        <w:pStyle w:val="ListParagraph"/>
      </w:pPr>
      <w:r>
        <w:rPr>
          <w:sz w:val="22"/>
        </w:rPr>
        <w:t>D. Router</w:t>
      </w:r>
    </w:p>
    <w:p/>
    <w:p>
      <w:r>
        <w:rPr>
          <w:b/>
          <w:sz w:val="24"/>
        </w:rPr>
        <w:t>Câu 6: Giao thức nào dưới đây giúp định tuyến gói tin tới đích trên mạng?</w:t>
      </w:r>
    </w:p>
    <w:p>
      <w:pPr>
        <w:pStyle w:val="ListParagraph"/>
      </w:pPr>
      <w:r>
        <w:rPr>
          <w:sz w:val="22"/>
        </w:rPr>
        <w:t>A. TCP</w:t>
      </w:r>
    </w:p>
    <w:p>
      <w:pPr>
        <w:pStyle w:val="ListParagraph"/>
      </w:pPr>
      <w:r>
        <w:rPr>
          <w:sz w:val="22"/>
        </w:rPr>
        <w:t>B. HTTP</w:t>
      </w:r>
    </w:p>
    <w:p>
      <w:pPr>
        <w:pStyle w:val="ListParagraph"/>
      </w:pPr>
      <w:r>
        <w:rPr>
          <w:sz w:val="22"/>
        </w:rPr>
        <w:t>C. IP</w:t>
      </w:r>
    </w:p>
    <w:p>
      <w:pPr>
        <w:pStyle w:val="ListParagraph"/>
      </w:pPr>
      <w:r>
        <w:rPr>
          <w:sz w:val="22"/>
        </w:rPr>
        <w:t>D. SMTP</w:t>
      </w:r>
    </w:p>
    <w:p/>
    <w:p>
      <w:r>
        <w:rPr>
          <w:b/>
          <w:sz w:val="24"/>
        </w:rPr>
        <w:t>Câu 7: Trong một mạng cục bộ (LAN), để chia sẻ thư mục trên máy tính với các máy khác, cần đảm bảo điều kiện nào sau đây?</w:t>
      </w:r>
    </w:p>
    <w:p>
      <w:pPr>
        <w:pStyle w:val="ListParagraph"/>
      </w:pPr>
      <w:r>
        <w:rPr>
          <w:sz w:val="22"/>
        </w:rPr>
        <w:t>A. Máy tính của bạn phải kết nối với Internet tốc độ cao.</w:t>
      </w:r>
    </w:p>
    <w:p>
      <w:pPr>
        <w:pStyle w:val="ListParagraph"/>
      </w:pPr>
      <w:r>
        <w:rPr>
          <w:sz w:val="22"/>
        </w:rPr>
        <w:t>B. Máy tính của bạn phải bật và kết nối với cùng mạng cục bộ với các máy tính khác.</w:t>
      </w:r>
    </w:p>
    <w:p>
      <w:pPr>
        <w:pStyle w:val="ListParagraph"/>
      </w:pPr>
      <w:r>
        <w:rPr>
          <w:sz w:val="22"/>
        </w:rPr>
        <w:t>C. Máy tính phải có ổ cứng ngoài được kết nối.</w:t>
      </w:r>
    </w:p>
    <w:p>
      <w:pPr>
        <w:pStyle w:val="ListParagraph"/>
      </w:pPr>
      <w:r>
        <w:rPr>
          <w:sz w:val="22"/>
        </w:rPr>
        <w:t>D. Máy tính phải có mật khẩu bảo vệ thư mục chia sẻ.</w:t>
      </w:r>
    </w:p>
    <w:p/>
    <w:p>
      <w:r>
        <w:rPr>
          <w:b/>
          <w:sz w:val="24"/>
        </w:rPr>
        <w:t>Câu 8: Phương án nào sau đây liệt kê hai phân loại chính của Trí tuệ nhân tạo (AI)?</w:t>
      </w:r>
    </w:p>
    <w:p>
      <w:pPr>
        <w:pStyle w:val="ListParagraph"/>
      </w:pPr>
      <w:r>
        <w:rPr>
          <w:sz w:val="22"/>
        </w:rPr>
        <w:t>A. AI hẹp (ANI) và AI siêu thông minh (ASI)</w:t>
      </w:r>
    </w:p>
    <w:p>
      <w:pPr>
        <w:pStyle w:val="ListParagraph"/>
      </w:pPr>
      <w:r>
        <w:rPr>
          <w:sz w:val="22"/>
        </w:rPr>
        <w:t>B. AI hẹp (ANI) và AI tổng quát (AGI)</w:t>
      </w:r>
    </w:p>
    <w:p>
      <w:pPr>
        <w:pStyle w:val="ListParagraph"/>
      </w:pPr>
      <w:r>
        <w:rPr>
          <w:sz w:val="22"/>
        </w:rPr>
        <w:t>C. AI tổng quát (AGI) và AI Tự học (ALI)</w:t>
      </w:r>
    </w:p>
    <w:p>
      <w:pPr>
        <w:pStyle w:val="ListParagraph"/>
      </w:pPr>
      <w:r>
        <w:rPr>
          <w:sz w:val="22"/>
        </w:rPr>
        <w:t>D. AI tổng quát (AGI) và AI siêu thông minh (ASI)</w:t>
      </w:r>
    </w:p>
    <w:p/>
    <w:p>
      <w:r>
        <w:rPr>
          <w:b/>
          <w:sz w:val="24"/>
        </w:rPr>
        <w:t>Câu 9: Phương án nào dưới đây nêu đúng về khả năng suy luận của AI?</w:t>
      </w:r>
    </w:p>
    <w:p>
      <w:pPr>
        <w:pStyle w:val="ListParagraph"/>
      </w:pPr>
      <w:r>
        <w:rPr>
          <w:sz w:val="22"/>
        </w:rPr>
        <w:t>A. Trích xuất thông tin từ dữ liệu để học và tích lũy kiến thức</w:t>
      </w:r>
    </w:p>
    <w:p>
      <w:pPr>
        <w:pStyle w:val="ListParagraph"/>
      </w:pPr>
      <w:r>
        <w:rPr>
          <w:sz w:val="22"/>
        </w:rPr>
        <w:t>B. Cảm nhận và hiểu biết về môi trường thông qua các cảm biến và thiết bị đầu vào</w:t>
      </w:r>
    </w:p>
    <w:p>
      <w:pPr>
        <w:pStyle w:val="ListParagraph"/>
      </w:pPr>
      <w:r>
        <w:rPr>
          <w:sz w:val="22"/>
        </w:rPr>
        <w:t>C. Vận dụng logic và tri thức để đưa ra quyết định hoặc kết luận</w:t>
      </w:r>
    </w:p>
    <w:p>
      <w:pPr>
        <w:pStyle w:val="ListParagraph"/>
      </w:pPr>
      <w:r>
        <w:rPr>
          <w:sz w:val="22"/>
        </w:rPr>
        <w:t>D. Tìm ra cách giải quyết các tình huống phức tạp dựa trên thông tin và tri thức</w:t>
      </w:r>
    </w:p>
    <w:p/>
    <w:p>
      <w:r>
        <w:rPr>
          <w:b/>
          <w:sz w:val="24"/>
        </w:rPr>
        <w:t>Câu 10: Phát biểu nào sau đây phù hợp nhất khi nói về khả năng của Trí tuệ nhân tạo hẹp?</w:t>
      </w:r>
    </w:p>
    <w:p>
      <w:pPr>
        <w:pStyle w:val="ListParagraph"/>
      </w:pPr>
      <w:r>
        <w:rPr>
          <w:sz w:val="22"/>
        </w:rPr>
        <w:t>A. Tự chuyển đổi để giải quyết các nhiệm vụ khác nhau</w:t>
      </w:r>
    </w:p>
    <w:p>
      <w:pPr>
        <w:pStyle w:val="ListParagraph"/>
      </w:pPr>
      <w:r>
        <w:rPr>
          <w:sz w:val="22"/>
        </w:rPr>
        <w:t>B. Suy luận và giải quyết các vấn đề phức tạp như con người</w:t>
      </w:r>
    </w:p>
    <w:p>
      <w:pPr>
        <w:pStyle w:val="ListParagraph"/>
      </w:pPr>
      <w:r>
        <w:rPr>
          <w:sz w:val="22"/>
        </w:rPr>
        <w:t>C. Hiểu ngôn ngữ tự nhiên và tạo ra văn bản giống con người</w:t>
      </w:r>
    </w:p>
    <w:p>
      <w:pPr>
        <w:pStyle w:val="ListParagraph"/>
      </w:pPr>
      <w:r>
        <w:rPr>
          <w:sz w:val="22"/>
        </w:rPr>
        <w:t>D. Giải quyết nhiệm vụ cụ thể theo những gì đã được học.</w:t>
      </w:r>
    </w:p>
    <w:p/>
    <w:p>
      <w:r>
        <w:rPr>
          <w:b/>
          <w:sz w:val="24"/>
        </w:rPr>
        <w:t>Câu 11: Ví dụ nào sau đây là một ứng dụng của AI yếu?</w:t>
      </w:r>
    </w:p>
    <w:p>
      <w:pPr>
        <w:pStyle w:val="ListParagraph"/>
      </w:pPr>
      <w:r>
        <w:rPr>
          <w:sz w:val="22"/>
        </w:rPr>
        <w:t>A. Xe tự lái.</w:t>
      </w:r>
    </w:p>
    <w:p>
      <w:pPr>
        <w:pStyle w:val="ListParagraph"/>
      </w:pPr>
      <w:r>
        <w:rPr>
          <w:sz w:val="22"/>
        </w:rPr>
        <w:t>B. Hệ thống AlphaGo của Google.</w:t>
      </w:r>
    </w:p>
    <w:p>
      <w:pPr>
        <w:pStyle w:val="ListParagraph"/>
      </w:pPr>
      <w:r>
        <w:rPr>
          <w:sz w:val="22"/>
        </w:rPr>
        <w:t>C. MYCIN – hệ chuyên gia trong lĩnh vực y tế.</w:t>
      </w:r>
    </w:p>
    <w:p>
      <w:pPr>
        <w:pStyle w:val="ListParagraph"/>
      </w:pPr>
      <w:r>
        <w:rPr>
          <w:sz w:val="22"/>
        </w:rPr>
        <w:t>D. Chatbot ChatGPT.</w:t>
      </w:r>
    </w:p>
    <w:p/>
    <w:p>
      <w:r>
        <w:rPr>
          <w:b/>
          <w:sz w:val="24"/>
        </w:rPr>
        <w:t>Câu 12: Phương án nào là phương án ĐÚNG khi nói về sự khác nhau giữa Trí tuệ nhân tạo hẹp (AI hẹp) và Trí tuệ nhân tạo tổng quát (AI mạnh)?</w:t>
      </w:r>
    </w:p>
    <w:p>
      <w:pPr>
        <w:pStyle w:val="ListParagraph"/>
      </w:pPr>
      <w:r>
        <w:rPr>
          <w:sz w:val="22"/>
        </w:rPr>
        <w:t>A. AI hẹp chỉ thực hiện một nhiệm vụ cụ thể;</w:t>
      </w:r>
    </w:p>
    <w:p>
      <w:pPr>
        <w:pStyle w:val="ListParagraph"/>
      </w:pPr>
      <w:r>
        <w:rPr>
          <w:sz w:val="22"/>
        </w:rPr>
        <w:t>B. AI mạnh thực hiện được một công việc giống như con người;</w:t>
      </w:r>
    </w:p>
    <w:p>
      <w:pPr>
        <w:pStyle w:val="ListParagraph"/>
      </w:pPr>
      <w:r>
        <w:rPr>
          <w:sz w:val="22"/>
        </w:rPr>
        <w:t>C. AI hẹp có khả năng tự học;</w:t>
      </w:r>
    </w:p>
    <w:p>
      <w:pPr>
        <w:pStyle w:val="ListParagraph"/>
      </w:pPr>
      <w:r>
        <w:rPr>
          <w:sz w:val="22"/>
        </w:rPr>
        <w:t>D. AI hẹp không thể ra quyết định.</w:t>
      </w:r>
    </w:p>
    <w:p/>
    <w:p>
      <w:r>
        <w:rPr>
          <w:b/>
          <w:sz w:val="24"/>
        </w:rPr>
        <w:t>Câu 13: Thiết bị Switch không có khả năng nào sau đây?</w:t>
      </w:r>
    </w:p>
    <w:p>
      <w:pPr>
        <w:pStyle w:val="ListParagraph"/>
      </w:pPr>
      <w:r>
        <w:rPr>
          <w:sz w:val="22"/>
        </w:rPr>
        <w:t>A. Kết nối các thiết bị với nhau theo mô mạng hình sao.</w:t>
      </w:r>
    </w:p>
    <w:p>
      <w:pPr>
        <w:pStyle w:val="ListParagraph"/>
      </w:pPr>
      <w:r>
        <w:rPr>
          <w:sz w:val="22"/>
        </w:rPr>
        <w:t>B. Cho phép kết nối nhiều thiết bị vào mạng.</w:t>
      </w:r>
    </w:p>
    <w:p>
      <w:pPr>
        <w:pStyle w:val="ListParagraph"/>
      </w:pPr>
      <w:r>
        <w:rPr>
          <w:sz w:val="22"/>
        </w:rPr>
        <w:t>C. Kết nối các thiết bị không dây vào mạng.</w:t>
      </w:r>
    </w:p>
    <w:p>
      <w:pPr>
        <w:pStyle w:val="ListParagraph"/>
      </w:pPr>
      <w:r>
        <w:rPr>
          <w:sz w:val="22"/>
        </w:rPr>
        <w:t>D. Kết nối các máy tính trong cùng mạng LAN.</w:t>
      </w:r>
    </w:p>
    <w:p/>
    <w:p>
      <w:r>
        <w:rPr>
          <w:b/>
          <w:sz w:val="24"/>
        </w:rPr>
        <w:t>Câu 14: Thiết bị nào dưới đây có chức năng “Biến đổi dữ liệu số từ các thiết bị kết nối mạng thành tín hiệu tương tự để truyền đi và ngược lại”?</w:t>
      </w:r>
    </w:p>
    <w:p>
      <w:pPr>
        <w:pStyle w:val="ListParagraph"/>
      </w:pPr>
      <w:r>
        <w:rPr>
          <w:sz w:val="22"/>
        </w:rPr>
        <w:t>A. Laptop</w:t>
      </w:r>
    </w:p>
    <w:p>
      <w:pPr>
        <w:pStyle w:val="ListParagraph"/>
      </w:pPr>
      <w:r>
        <w:rPr>
          <w:sz w:val="22"/>
        </w:rPr>
        <w:t>B. Modem</w:t>
      </w:r>
    </w:p>
    <w:p>
      <w:pPr>
        <w:pStyle w:val="ListParagraph"/>
      </w:pPr>
      <w:r>
        <w:rPr>
          <w:sz w:val="22"/>
        </w:rPr>
        <w:t>C. Switch</w:t>
      </w:r>
    </w:p>
    <w:p>
      <w:pPr>
        <w:pStyle w:val="ListParagraph"/>
      </w:pPr>
      <w:r>
        <w:rPr>
          <w:sz w:val="22"/>
        </w:rPr>
        <w:t>D. Access point</w:t>
      </w:r>
    </w:p>
    <w:p/>
    <w:p>
      <w:r>
        <w:rPr>
          <w:b/>
          <w:sz w:val="24"/>
        </w:rPr>
        <w:t>Câu 15: Thiết bị nào sau đây có chức năng chính là kết nối không dây trong mạng cục bộ?</w:t>
      </w:r>
    </w:p>
    <w:p>
      <w:pPr>
        <w:pStyle w:val="ListParagraph"/>
      </w:pPr>
      <w:r>
        <w:rPr>
          <w:sz w:val="22"/>
        </w:rPr>
        <w:t>A. Router</w:t>
      </w:r>
    </w:p>
    <w:p>
      <w:pPr>
        <w:pStyle w:val="ListParagraph"/>
      </w:pPr>
      <w:r>
        <w:rPr>
          <w:sz w:val="22"/>
        </w:rPr>
        <w:t>B. Switch</w:t>
      </w:r>
    </w:p>
    <w:p>
      <w:pPr>
        <w:pStyle w:val="ListParagraph"/>
      </w:pPr>
      <w:r>
        <w:rPr>
          <w:sz w:val="22"/>
        </w:rPr>
        <w:t>C. Hub</w:t>
      </w:r>
    </w:p>
    <w:p>
      <w:pPr>
        <w:pStyle w:val="ListParagraph"/>
      </w:pPr>
      <w:r>
        <w:rPr>
          <w:sz w:val="22"/>
        </w:rPr>
        <w:t>D. Access Point</w:t>
      </w:r>
    </w:p>
    <w:p/>
    <w:p>
      <w:r>
        <w:rPr>
          <w:b/>
          <w:sz w:val="24"/>
        </w:rPr>
        <w:t>Câu 16: Điều nào sau đây SAI khi nói về lợi ích của việc chia sẻ thư mục và tệp?</w:t>
      </w:r>
    </w:p>
    <w:p>
      <w:pPr>
        <w:pStyle w:val="ListParagraph"/>
      </w:pPr>
      <w:r>
        <w:rPr>
          <w:sz w:val="22"/>
        </w:rPr>
        <w:t>A. Hỗ trợ hoạt động nhóm</w:t>
      </w:r>
    </w:p>
    <w:p>
      <w:pPr>
        <w:pStyle w:val="ListParagraph"/>
      </w:pPr>
      <w:r>
        <w:rPr>
          <w:sz w:val="22"/>
        </w:rPr>
        <w:t>B. Tiết kiệm không gian lưu trữ</w:t>
      </w:r>
    </w:p>
    <w:p>
      <w:pPr>
        <w:pStyle w:val="ListParagraph"/>
      </w:pPr>
      <w:r>
        <w:rPr>
          <w:sz w:val="22"/>
        </w:rPr>
        <w:t>C. Không phải quan tâm ai là người sở hữu dữ liệu, không ai phải chịu trách nhiệm về dữ liệu.</w:t>
      </w:r>
    </w:p>
    <w:p>
      <w:pPr>
        <w:pStyle w:val="ListParagraph"/>
      </w:pPr>
      <w:r>
        <w:rPr>
          <w:sz w:val="22"/>
        </w:rPr>
        <w:t>D. Không phải sao chép hay chuyển dữ liệu một cách thủ công</w:t>
      </w:r>
    </w:p>
    <w:p/>
    <w:p>
      <w:r>
        <w:rPr>
          <w:b/>
          <w:sz w:val="24"/>
        </w:rPr>
        <w:t>Câu 17: Hành vi nào sau đây thể hiện tính nhân văn trong giao tiếp trên không gian mạng?</w:t>
      </w:r>
    </w:p>
    <w:p>
      <w:pPr>
        <w:pStyle w:val="ListParagraph"/>
      </w:pPr>
      <w:r>
        <w:rPr>
          <w:sz w:val="22"/>
        </w:rPr>
        <w:t>A. Sử dụng ngôn từ một cách tùy thích khi tham gia bình luận trực tuyến</w:t>
      </w:r>
    </w:p>
    <w:p>
      <w:pPr>
        <w:pStyle w:val="ListParagraph"/>
      </w:pPr>
      <w:r>
        <w:rPr>
          <w:sz w:val="22"/>
        </w:rPr>
        <w:t>B. Tôn trọng quyền riêng tư của người khác khi chia sẻ thông tin cá nhân.</w:t>
      </w:r>
    </w:p>
    <w:p>
      <w:pPr>
        <w:pStyle w:val="ListParagraph"/>
      </w:pPr>
      <w:r>
        <w:rPr>
          <w:sz w:val="22"/>
        </w:rPr>
        <w:t>C. Chia sẻ thông tin chưa được kiểm chứng nhằm thu hút lượt tương tác</w:t>
      </w:r>
    </w:p>
    <w:p>
      <w:pPr>
        <w:pStyle w:val="ListParagraph"/>
      </w:pPr>
      <w:r>
        <w:rPr>
          <w:sz w:val="22"/>
        </w:rPr>
        <w:t>D. Sử dụng không gian mạng để chỉ trích người khác một cách gay gắt.</w:t>
      </w:r>
    </w:p>
    <w:p/>
    <w:p>
      <w:r>
        <w:rPr>
          <w:b/>
          <w:sz w:val="24"/>
        </w:rPr>
        <w:t>Câu 18: Cách nào sau đây có thể giúp bạn xử lý tình huống khó xử trong không gian mạng?</w:t>
      </w:r>
    </w:p>
    <w:p>
      <w:pPr>
        <w:pStyle w:val="ListParagraph"/>
      </w:pPr>
      <w:r>
        <w:rPr>
          <w:sz w:val="22"/>
        </w:rPr>
        <w:t>A. Tránh mọi tình huống khó xử</w:t>
      </w:r>
    </w:p>
    <w:p>
      <w:pPr>
        <w:pStyle w:val="ListParagraph"/>
      </w:pPr>
      <w:r>
        <w:rPr>
          <w:sz w:val="22"/>
        </w:rPr>
        <w:t>B. Bỏ qua vấn đề và không giải quyết</w:t>
      </w:r>
    </w:p>
    <w:p>
      <w:pPr>
        <w:pStyle w:val="ListParagraph"/>
      </w:pPr>
      <w:r>
        <w:rPr>
          <w:sz w:val="22"/>
        </w:rPr>
        <w:t>C. Học cách xử lý một cách đúng mực</w:t>
      </w:r>
    </w:p>
    <w:p>
      <w:pPr>
        <w:pStyle w:val="ListParagraph"/>
      </w:pPr>
      <w:r>
        <w:rPr>
          <w:sz w:val="22"/>
        </w:rPr>
        <w:t>D. Gửi tin nhắn tức giận mỗi khi gặp khó khăn</w:t>
      </w:r>
    </w:p>
    <w:p/>
    <w:p>
      <w:r>
        <w:rPr>
          <w:b/>
          <w:sz w:val="24"/>
        </w:rPr>
        <w:t>Câu 19: Khi tham gia vào một diễn đàn trực tuyến và gặp phải ý kiến khác biệt, em nên làm gì?</w:t>
      </w:r>
    </w:p>
    <w:p>
      <w:pPr>
        <w:pStyle w:val="ListParagraph"/>
      </w:pPr>
      <w:r>
        <w:rPr>
          <w:sz w:val="22"/>
        </w:rPr>
        <w:t>A. Chỉ trích người nêu ý kiến một cách công khai</w:t>
      </w:r>
    </w:p>
    <w:p>
      <w:pPr>
        <w:pStyle w:val="ListParagraph"/>
      </w:pPr>
      <w:r>
        <w:rPr>
          <w:sz w:val="22"/>
        </w:rPr>
        <w:t>B. Thể hiện sự tôn trọng và lắng nghe ý kiến của người khác, thảo luận một cách lịch sự và xây dựng.</w:t>
      </w:r>
    </w:p>
    <w:p>
      <w:pPr>
        <w:pStyle w:val="ListParagraph"/>
      </w:pPr>
      <w:r>
        <w:rPr>
          <w:sz w:val="22"/>
        </w:rPr>
        <w:t>C. Bỏ qua ý kiến của người khác và tiếp tục đề xuất quan điểm cá nhân mà không cần giải thích.</w:t>
      </w:r>
    </w:p>
    <w:p>
      <w:pPr>
        <w:pStyle w:val="ListParagraph"/>
      </w:pPr>
      <w:r>
        <w:rPr>
          <w:sz w:val="22"/>
        </w:rPr>
        <w:t>D. Yêu cầu người nêu ý kiến rời khỏi diễn đàn.</w:t>
      </w:r>
    </w:p>
    <w:p/>
    <w:p>
      <w:r>
        <w:rPr>
          <w:b/>
          <w:sz w:val="24"/>
        </w:rPr>
        <w:t>Câu 20: Trong giờ thực hành về chia sẻ tài nguyên trong mạng LAN, em muốn chia sẻ một tệp tin với các máy tính khác trong cùng một mạng cục bộ, em phải thực hiện thao tác nào sau đây?</w:t>
      </w:r>
    </w:p>
    <w:p>
      <w:pPr>
        <w:pStyle w:val="ListParagraph"/>
      </w:pPr>
      <w:r>
        <w:rPr>
          <w:sz w:val="22"/>
        </w:rPr>
        <w:t>A. Tắt tường lửa của máy tính.</w:t>
      </w:r>
    </w:p>
    <w:p>
      <w:pPr>
        <w:pStyle w:val="ListParagraph"/>
      </w:pPr>
      <w:r>
        <w:rPr>
          <w:sz w:val="22"/>
        </w:rPr>
        <w:t>B. Thiết lập chia sẻ tệp tin và đảm bảo các máy tính khác có quyền truy cập.</w:t>
      </w:r>
    </w:p>
    <w:p>
      <w:pPr>
        <w:pStyle w:val="ListParagraph"/>
      </w:pPr>
      <w:r>
        <w:rPr>
          <w:sz w:val="22"/>
        </w:rPr>
        <w:t>C. Đổi tên tệp tin sang định dạng phù hợp.</w:t>
      </w:r>
    </w:p>
    <w:p>
      <w:pPr>
        <w:pStyle w:val="ListParagraph"/>
      </w:pPr>
      <w:r>
        <w:rPr>
          <w:sz w:val="22"/>
        </w:rPr>
        <w:t>D. Di chuyển tệp tin vào một ổ đĩa cứng ngoài.</w:t>
      </w:r>
    </w:p>
    <w:p/>
    <w:p>
      <w:r>
        <w:rPr>
          <w:b/>
          <w:sz w:val="24"/>
        </w:rPr>
        <w:t>Câu 21: Trường hợp nào dưới đây KHÔNG phải là ứng xử nhân văn trong không gian mạng?</w:t>
      </w:r>
    </w:p>
    <w:p>
      <w:pPr>
        <w:pStyle w:val="ListParagraph"/>
      </w:pPr>
      <w:r>
        <w:rPr>
          <w:sz w:val="22"/>
        </w:rPr>
        <w:t>A. Tôn trọng ý kiến của người khác trong diễn đàn.</w:t>
      </w:r>
    </w:p>
    <w:p>
      <w:pPr>
        <w:pStyle w:val="ListParagraph"/>
      </w:pPr>
      <w:r>
        <w:rPr>
          <w:sz w:val="22"/>
        </w:rPr>
        <w:t>B. Sử dụng từ ngữ thiếu văn hoá để phản bác một bình luận.</w:t>
      </w:r>
    </w:p>
    <w:p>
      <w:pPr>
        <w:pStyle w:val="ListParagraph"/>
      </w:pPr>
      <w:r>
        <w:rPr>
          <w:sz w:val="22"/>
        </w:rPr>
        <w:t>C. Chia sẻ bài viết hữu ích nhằm hỗ trợ cộng đồng.</w:t>
      </w:r>
    </w:p>
    <w:p>
      <w:pPr>
        <w:pStyle w:val="ListParagraph"/>
      </w:pPr>
      <w:r>
        <w:rPr>
          <w:sz w:val="22"/>
        </w:rPr>
        <w:t>D. Thể hiện sự đồng cảm khi bạn bè gặp khó khăn.</w:t>
      </w:r>
    </w:p>
    <w:p/>
    <w:p>
      <w:r>
        <w:rPr>
          <w:b/>
          <w:sz w:val="24"/>
        </w:rPr>
        <w:t>Câu 22: Qua các phương tiện truyền thông, em biết được tin tức đồng bào mình ở phía bắc tỉnh Tuyên Quang chịu thiên tai nặng nề. Là người biết ứng xử nhân văn trong không gian mạng, Điều nào dưới đây em nên làm để thể hiện hành động cao đẹp?</w:t>
      </w:r>
    </w:p>
    <w:p>
      <w:pPr>
        <w:pStyle w:val="ListParagraph"/>
      </w:pPr>
      <w:r>
        <w:rPr>
          <w:sz w:val="22"/>
        </w:rPr>
        <w:t>A. Tham gia và vận động mọi người ủng hộ vùng bị thiên tai với mặt trận tổ quốc Việt Nam.</w:t>
      </w:r>
    </w:p>
    <w:p>
      <w:pPr>
        <w:pStyle w:val="ListParagraph"/>
      </w:pPr>
      <w:r>
        <w:rPr>
          <w:sz w:val="22"/>
        </w:rPr>
        <w:t>B. Đăng thông tin như bài viết, hình ảnh về vùng bị thiên tai để mong mọi người cùng đồng cảm.</w:t>
      </w:r>
    </w:p>
    <w:p>
      <w:pPr>
        <w:pStyle w:val="ListParagraph"/>
      </w:pPr>
      <w:r>
        <w:rPr>
          <w:sz w:val="22"/>
        </w:rPr>
        <w:t>C. Chia sẻ chân thành sự đồng cảm của mình đối với đồng bào bị thiên tai</w:t>
      </w:r>
    </w:p>
    <w:p>
      <w:pPr>
        <w:pStyle w:val="ListParagraph"/>
      </w:pPr>
      <w:r>
        <w:rPr>
          <w:sz w:val="22"/>
        </w:rPr>
        <w:t>D. Tự lập một tố chức từ thiện, vận động mọi người và trực tiếp quyên góp cho vùng bị thiên tai.</w:t>
      </w:r>
    </w:p>
    <w:p/>
    <w:p>
      <w:r>
        <w:rPr>
          <w:b/>
          <w:sz w:val="24"/>
        </w:rPr>
        <w:t>Câu 23: Thẻ HTML được viết trong cặp dấu nào dưới đây?</w:t>
      </w:r>
    </w:p>
    <w:p>
      <w:pPr>
        <w:pStyle w:val="ListParagraph"/>
      </w:pPr>
      <w:r>
        <w:rPr>
          <w:sz w:val="22"/>
        </w:rPr>
        <w:t>A. [ ]</w:t>
      </w:r>
    </w:p>
    <w:p>
      <w:pPr>
        <w:pStyle w:val="ListParagraph"/>
      </w:pPr>
      <w:r>
        <w:rPr>
          <w:sz w:val="22"/>
        </w:rPr>
        <w:t>B. { }</w:t>
      </w:r>
    </w:p>
    <w:p>
      <w:pPr>
        <w:pStyle w:val="ListParagraph"/>
      </w:pPr>
      <w:r>
        <w:rPr>
          <w:sz w:val="22"/>
        </w:rPr>
        <w:t>C. &lt; &gt;</w:t>
      </w:r>
    </w:p>
    <w:p>
      <w:pPr>
        <w:pStyle w:val="ListParagraph"/>
      </w:pPr>
      <w:r>
        <w:rPr>
          <w:sz w:val="22"/>
        </w:rPr>
        <w:t>D. ( )</w:t>
      </w:r>
    </w:p>
    <w:p/>
    <w:p>
      <w:r>
        <w:rPr>
          <w:b/>
          <w:sz w:val="24"/>
        </w:rPr>
        <w:t>Câu 24: Phương án nào sau đây nêu đúng khi giải thích về dòng đầu tiên trong tệp HTML là &lt;!DOCTYPE html&gt;?</w:t>
      </w:r>
    </w:p>
    <w:p>
      <w:pPr>
        <w:pStyle w:val="ListParagraph"/>
      </w:pPr>
      <w:r>
        <w:rPr>
          <w:sz w:val="22"/>
        </w:rPr>
        <w:t>A. Thông báo cho trình duyệt biết rằng đây là một tệp HTML.</w:t>
      </w:r>
    </w:p>
    <w:p>
      <w:pPr>
        <w:pStyle w:val="ListParagraph"/>
      </w:pPr>
      <w:r>
        <w:rPr>
          <w:sz w:val="22"/>
        </w:rPr>
        <w:t>B. Tạo phần tiêu đề cho trang web.</w:t>
      </w:r>
    </w:p>
    <w:p>
      <w:pPr>
        <w:pStyle w:val="ListParagraph"/>
      </w:pPr>
      <w:r>
        <w:rPr>
          <w:sz w:val="22"/>
        </w:rPr>
        <w:t>C. Hiển thị các thẻ HTML chính xác trên trình duyệt.</w:t>
      </w:r>
    </w:p>
    <w:p>
      <w:pPr>
        <w:pStyle w:val="ListParagraph"/>
      </w:pPr>
      <w:r>
        <w:rPr>
          <w:sz w:val="22"/>
        </w:rPr>
        <w:t>D. Phân biệt trang web với các tệp khác như .css hay .js.</w:t>
      </w:r>
    </w:p>
    <w:p/>
    <w:p>
      <w:r>
        <w:rPr>
          <w:b/>
          <w:sz w:val="24"/>
        </w:rPr>
        <w:t>Câu 25: Trường THPT XYZ đã thiết lập một hệ thống mạng LAN để hỗ trợ kết nối Internet và chia sẻ tài nguyên giữa các phòng học, phòng máy tính, và văn phòng giáo viên. Hệ thống mạng này bao gồm các thiết bị như Router để định tuyến dữ liệu giữa mạng LAN và Internet, Modem để chuyển đổi tín hiệu giữa các mạng, Switch để chuyển tiếp dữ liệu giữa các máy tính trong mạng, và Access Point để mở rộng kết nối không dây cho các thiết bị di động. Một số học sinh đã đưa ra các nhận định về hệ thống mạng nêu trên như sau:</w:t>
        <w:br/>
        <w:t>a. Router trong hệ thống mạng có chức năng định tuyến dữ liệu giữa các mạng khác nhau, nhưng không giúp các thiết bị trong mạng LAN kết nối với Internet.</w:t>
        <w:br/>
        <w:t>b. Switch trong mạng LAN chịu trách nhiệm chuyển tiếp dữ liệu giữa các thiết bị và có thể giảm thiểu sự cố tắc nghẽn trong mạng.</w:t>
        <w:br/>
        <w:t>c. Để đảm bảo tốc độ và chất lượng kết nối khi truy cập Internet, giáo viên cần kiểm tra xem modem có hoạt động ổn định và được kết nối đúng cách với router hay không.</w:t>
        <w:br/>
        <w:t>d. Khi thực hành chia sẻ tài nguyên trong mạng LAN, nếu không thể truy cập vào thư mục được chia sẻ, học sinh cần kiểm tra quyền truy cập của thư mục được chia sẻ đó.</w:t>
      </w:r>
    </w:p>
    <w:p>
      <w:pPr>
        <w:pStyle w:val="ListParagraph"/>
      </w:pPr>
      <w:r>
        <w:rPr>
          <w:sz w:val="22"/>
        </w:rPr>
        <w:t>A. Đúng</w:t>
      </w:r>
    </w:p>
    <w:p>
      <w:pPr>
        <w:pStyle w:val="ListParagraph"/>
      </w:pPr>
      <w:r>
        <w:rPr>
          <w:sz w:val="22"/>
        </w:rPr>
        <w:t>B. Sai</w:t>
      </w:r>
    </w:p>
    <w:p/>
    <w:p>
      <w:r>
        <w:rPr>
          <w:b/>
          <w:sz w:val="24"/>
        </w:rPr>
        <w:t>Câu 26: Nhóm học sinh lớp 12 thực hiện dự án STEM. Minh tạo thư mục DUANSTEM trên máy tính của mình và chia sẻ thư mục này trong mạng LAN. Lan được cấp quyền Read, còn Hùng được cấp quyền Read/Write. Sau khi Hùng chỉnh sửa một tệp, Minh vẫn nhìn thấy phiên bản cũ của tài liệu.</w:t>
        <w:br/>
        <w:t>Hãy xác định tính đúng hoặc sai của các nhận định sau:</w:t>
        <w:br/>
        <w:t>a) Hệ điều hành cho phép chia sẻ tệp và thư mục để các máy tính khác trong mạng cục bộ có thể truy cập tài nguyên.</w:t>
        <w:br/>
        <w:t>b) Người dùng được cấp quyền Read có thể xem hoặc sao chép tệp nhưng không có quyền lưu trực tiếp thay đổi vào thư mục chia sẻ.</w:t>
        <w:br/>
        <w:t>c) Người dùng được cấp quyền Read/Write chỉ có thể đọc tài liệu trong thư mục chia sẻ mà không thể thay đổi nội dung của tệp.</w:t>
        <w:br/>
        <w:t>d) Nếu kiểm tra thấy Hùng đã sao chép tệp về máy cá nhân để chỉnh sửa rồi lưu tại đó, nhóm nên đưa phiên bản đã chỉnh sửa trở lại đúng thư mục chia sẻ để các thành viên tiếp tục sử dụng cùng một phiên bản tài liệu.</w:t>
      </w:r>
    </w:p>
    <w:p>
      <w:pPr>
        <w:pStyle w:val="ListParagraph"/>
      </w:pPr>
      <w:r>
        <w:rPr>
          <w:sz w:val="22"/>
        </w:rPr>
        <w:t>A. Đúng</w:t>
      </w:r>
    </w:p>
    <w:p>
      <w:pPr>
        <w:pStyle w:val="ListParagraph"/>
      </w:pPr>
      <w:r>
        <w:rPr>
          <w:sz w:val="22"/>
        </w:rPr>
        <w:t>B. Sai</w:t>
      </w:r>
    </w:p>
    <w:p/>
    <w:p>
      <w:r>
        <w:rPr>
          <w:b/>
          <w:sz w:val="24"/>
        </w:rPr>
        <w:t>Câu 27: Trí tuệ nhân tạo (AI) đang nâng cao chất lượng ngành y tế thông qua phân tích dữ liệu y tế lớn, phát hiện sớm bệnh tật và tối ưu hóa quy trình chăm sóc bệnh nhân.</w:t>
        <w:br/>
        <w:t>Sau đây là các phát biểu về những ứng dụng của AI đối với ngành y tế. Theo em phát biểu nào đúng, phát biểu nào sai?</w:t>
        <w:br/>
        <w:t>a. Hỗ trợ giao tiếp và thấu hiểu cảm xúc bệnh nhân</w:t>
        <w:br/>
        <w:t>b. Đưa ra chẩn đoán y tế cuối cùng</w:t>
        <w:br/>
        <w:t>c. Phân tích hình ảnh y tế và đưa ra chuẩn đoán bệnh</w:t>
        <w:br/>
        <w:t>d. Hỗ trợ bác sĩ thực hiện các thủ thuật y tế phức tạp</w:t>
      </w:r>
    </w:p>
    <w:p>
      <w:pPr>
        <w:pStyle w:val="ListParagraph"/>
      </w:pPr>
      <w:r>
        <w:rPr>
          <w:sz w:val="22"/>
        </w:rPr>
        <w:t>A. Đúng</w:t>
      </w:r>
    </w:p>
    <w:p>
      <w:pPr>
        <w:pStyle w:val="ListParagraph"/>
      </w:pPr>
      <w:r>
        <w:rPr>
          <w:sz w:val="22"/>
        </w:rPr>
        <w:t>B. Sai</w:t>
      </w:r>
    </w:p>
    <w:p/>
    <w:p>
      <w:r>
        <w:rPr>
          <w:b/>
          <w:sz w:val="24"/>
        </w:rPr>
        <w:t>Câu 28: Một trường học có 2 phòng máy tính cần được lắp đặt mạng LAN cho từng phòng. Nhà trường đăng ký sử dụng Internet với nhà cung cấp dịch vụ VNPT và được họ lắp đặt một Modem có tích hợp cả chức năng Router và Access Point.</w:t>
        <w:br/>
        <w:t>Trong giờ học thực hành, một số bạn đưa ra ý kiến sau:</w:t>
        <w:br/>
        <w:t>a. Để thiết lập mạng LAN cho mỗi phòng máy nên sử dụng thiết bị Switch</w:t>
        <w:br/>
        <w:t>b. Chức năng của Router được tích hợp trong Modem để đảm bảo việc định tuyến tối ưu giữa các mạng LAN của 2 phòng máy</w:t>
        <w:br/>
        <w:t>c. Hub và Switch chỉ dùng để kết nối các máy tính trong cùng LAN trực tiếp qua cáp mạng</w:t>
        <w:br/>
        <w:t>d. Nếu Modem không tích hợp chức năng của Router thì cần bổ sung thiết bị Router và thứ tự kết nối là: Máy tính -&gt;Switch -&gt; Modem -&gt; Router</w:t>
      </w:r>
    </w:p>
    <w:p>
      <w:pPr>
        <w:pStyle w:val="ListParagraph"/>
      </w:pPr>
      <w:r>
        <w:rPr>
          <w:sz w:val="22"/>
        </w:rPr>
        <w:t>A. Đúng</w:t>
      </w:r>
    </w:p>
    <w:p>
      <w:pPr>
        <w:pStyle w:val="ListParagraph"/>
      </w:pPr>
      <w:r>
        <w:rPr>
          <w:sz w:val="22"/>
        </w:rPr>
        <w:t>B. Sai</w:t>
      </w:r>
    </w:p>
    <w:p/>
    <w:p>
      <w:r>
        <w:rPr>
          <w:b/>
          <w:sz w:val="24"/>
        </w:rPr>
        <w:t>Câu 29: Trong giờ học giao thức về mạng trong phòng tin học. Một số em đưa ra ý kiến sau. Theo em ý kiến nào đúng, ý kiến nào sai?</w:t>
        <w:br/>
        <w:t>a. Giao thức TCP là có nội dung định tuyến dữ liệu trong LAN.</w:t>
        <w:br/>
        <w:t>b. Giao thức HTTP (Hypertext Transfer Protocol) giao thức truyền tải dữ liệu trên web.</w:t>
        <w:br/>
        <w:t>c. Giao thức IP quy định cách thiết lập địa chỉ cho các thiết bị tham gia trong mạng.</w:t>
        <w:br/>
        <w:t>d. Giao thức TCP đảm bảo việc truyền dữ liệu theo từng ứng dụng một cách chính xác, tin cậy và hiệu quả.</w:t>
      </w:r>
    </w:p>
    <w:p>
      <w:pPr>
        <w:pStyle w:val="ListParagraph"/>
      </w:pPr>
      <w:r>
        <w:rPr>
          <w:sz w:val="22"/>
        </w:rPr>
        <w:t>A. Đúng</w:t>
      </w:r>
    </w:p>
    <w:p>
      <w:pPr>
        <w:pStyle w:val="ListParagraph"/>
      </w:pPr>
      <w:r>
        <w:rPr>
          <w:sz w:val="22"/>
        </w:rPr>
        <w:t>B. Sai</w:t>
      </w:r>
    </w:p>
    <w:p/>
    <w:p>
      <w:r>
        <w:rPr>
          <w:b/>
          <w:sz w:val="24"/>
        </w:rPr>
        <w:t>Câu 30: Trong giờ học môn Tin học, cô giáo chia lớp thành các nhóm nhỏ để thảo luận về cách ứng xử nhân văn khi tham gia không gian mạng. Sau khi thảo luận và một số học sinh đưa ra ý kiến như sau:</w:t>
        <w:br/>
        <w:t>a. Giao tiếp trực tuyến có thể được thực hiện mọi nơi, mọi lúc, miễn là có kết nối mạng.</w:t>
        <w:br/>
        <w:t>b. Không gian mạng cho phép con người giao tiếp trực tuyến và trực tiếp với nhau thông qua các phần mềm và dịch vụ như mạng xã hội, thư giấy, ứng dụng nhắn tin, gọi điện thoại video,…</w:t>
        <w:br/>
        <w:t>c. Khi tham gia giao tiếp trực tuyến, người dùng nên lựa chọn ngôn từ cẩn thận và sử dụng biểu tượng cảm xúc phù hợp để tránh hiểu lầm và thể hiện cảm xúc rõ ràng, đặc biệt trong các tình huống nhạy cảm.</w:t>
        <w:br/>
        <w:t>d. Người dùng nên tránh gửi nội dung thư rác hoặc quảng cáo không liên quan đến nội dung chính của cuộc trò chuyện, nhằm duy trì sự tôn trọng và chất lượng trong giao tiếp trực tuyến.</w:t>
      </w:r>
    </w:p>
    <w:p>
      <w:pPr>
        <w:pStyle w:val="ListParagraph"/>
      </w:pPr>
      <w:r>
        <w:rPr>
          <w:sz w:val="22"/>
        </w:rPr>
        <w:t>A. Đúng</w:t>
      </w:r>
    </w:p>
    <w:p>
      <w:pPr>
        <w:pStyle w:val="ListParagraph"/>
      </w:pPr>
      <w:r>
        <w:rPr>
          <w:sz w:val="22"/>
        </w:rPr>
        <w:t>B. Sai</w:t>
      </w:r>
    </w:p>
    <w:p/>
    <w:p>
      <w:r>
        <w:rPr>
          <w:b/>
          <w:sz w:val="24"/>
        </w:rPr>
        <w:t>Câu 31: Trường THPT Ánh Dương xây dựng một trang web nội bộ dành cho học sinh, giáo viên và phụ huynh. Trên trang web này, nhà trường đăng tải thông báo, tài liệu học tập, thư viện số, và có cả diễn đàn trao đổi giữa giáo viên – học sinh. Mỗi người dùng đều có tài khoản cá nhân, có thể tương tác bằng cách bình luận, gửi câu hỏi, hoặc chia sẻ ý kiến.</w:t>
        <w:br/>
        <w:t>Dưới đây là một số nhận định về cách ứng xử trong môi trường số qua trang web của trường:</w:t>
        <w:br/>
        <w:t>a) Một học sinh sử dụng tên giả để đăng bình luận xúc phạm bạn khác là hành vi thiếu tính nhân văn.</w:t>
        <w:br/>
        <w:t>b) Việc giáo viên đăng bài hướng dẫn học tập và nhận phản hồi trực tuyến giúp tăng cường giao tiếp tích cực trong không gian mạng.</w:t>
        <w:br/>
        <w:t>c) Một học sinh cho rằng vì là môi trường trực tuyến nên có thể tự do đăng tải nội dung theo ý thích mà không cần tuân theo nguyên tắc ứng xử.</w:t>
        <w:br/>
        <w:t>d) Học sinh cần biết chọn lọc từ ngữ và thể hiện thái độ phù hợp khi đăng bài trên diễn đàn của trường.</w:t>
      </w:r>
    </w:p>
    <w:p>
      <w:pPr>
        <w:pStyle w:val="ListParagraph"/>
      </w:pPr>
      <w:r>
        <w:rPr>
          <w:sz w:val="22"/>
        </w:rPr>
        <w:t>A. Đúng</w:t>
      </w:r>
    </w:p>
    <w:p>
      <w:pPr>
        <w:pStyle w:val="ListParagraph"/>
      </w:pPr>
      <w:r>
        <w:rPr>
          <w:sz w:val="22"/>
        </w:rPr>
        <w:t>B. Sai</w:t>
      </w:r>
    </w:p>
    <w:p/>
    <w:p>
      <w:r>
        <w:rPr>
          <w:b/>
          <w:sz w:val="24"/>
        </w:rPr>
        <w:t>Câu 32: Bạn Minh Hải soạn thảo văn bản “index.html” có nội dung dưới đây</w:t>
        <w:br/>
        <w:t>&lt;!DOCTYPE html&gt;</w:t>
        <w:br/>
        <w:t>&lt;html&gt;</w:t>
        <w:br/>
        <w:t>&lt;head&gt;</w:t>
        <w:br/>
        <w:t>&lt;title&gt;Trang web của Minh Hải&lt;/title&gt;</w:t>
        <w:br/>
        <w:t>&lt;/head&gt;</w:t>
        <w:br/>
        <w:t>&lt;body&gt;</w:t>
        <w:br/>
        <w:t>&lt;p&gt;Trang đầu tiên&lt;/p&gt;</w:t>
        <w:br/>
        <w:t>&lt;/body&gt;</w:t>
        <w:br/>
        <w:t>&lt;/html&gt;</w:t>
        <w:br/>
        <w:t>Các bạn trong lớp có một số ý kiến tệp văn bản HTML “index.html” như sau:</w:t>
        <w:br/>
        <w:t>a. Thẻ &lt;p&gt; là thẻ đơn, không cần có thẻ đóng.</w:t>
        <w:br/>
        <w:t>b. Trong sơ đồ hình cây HTML, phần tử &lt;head&gt; là phần tử gốc.</w:t>
        <w:br/>
        <w:t>c. Tệp văn bản có 4 phần tử HTML.</w:t>
        <w:br/>
        <w:t>d. Khi mở tệp “index.html” trên trình duyệt web, tiêu đề cửa sổ trình duyệt là “Trang web của Minh Hải”.</w:t>
      </w:r>
    </w:p>
    <w:p>
      <w:pPr>
        <w:pStyle w:val="ListParagraph"/>
      </w:pPr>
      <w:r>
        <w:rPr>
          <w:sz w:val="22"/>
        </w:rPr>
        <w:t>A. Đúng</w:t>
      </w:r>
    </w:p>
    <w:p>
      <w:pPr>
        <w:pStyle w:val="ListParagraph"/>
      </w:pPr>
      <w:r>
        <w:rPr>
          <w:sz w:val="22"/>
        </w:rPr>
        <w:t>B. Sai</w:t>
      </w:r>
    </w:p>
    <w:p/>
    <w:p>
      <w:r>
        <w:t>──────────────────────────────────────────────────</w:t>
      </w:r>
    </w:p>
    <w:p>
      <w:r>
        <w:rPr>
          <w:b/>
        </w:rPr>
        <w:t>BẢNG ĐÁP ÁN &amp; LỜI GIẢI CHI TIẾT</w:t>
      </w:r>
    </w:p>
    <w:p>
      <w:r>
        <w:rPr>
          <w:b/>
        </w:rPr>
        <w:t>Câu 1: Đáp án đúng: C</w:t>
      </w:r>
    </w:p>
    <w:p>
      <w:r>
        <w:rPr>
          <w:b/>
        </w:rPr>
        <w:t>Câu 2: Đáp án đúng: A</w:t>
      </w:r>
    </w:p>
    <w:p>
      <w:r>
        <w:rPr>
          <w:b/>
        </w:rPr>
        <w:t>Câu 3: Đáp án đúng: A</w:t>
      </w:r>
    </w:p>
    <w:p>
      <w:r>
        <w:rPr>
          <w:b/>
        </w:rPr>
        <w:t>Câu 4: Đáp án đúng: C</w:t>
      </w:r>
    </w:p>
    <w:p>
      <w:r>
        <w:rPr>
          <w:b/>
        </w:rPr>
        <w:t>Câu 5: Đáp án đúng: C</w:t>
      </w:r>
    </w:p>
    <w:p>
      <w:r>
        <w:rPr>
          <w:b/>
        </w:rPr>
        <w:t>Câu 6: Đáp án đúng: C</w:t>
      </w:r>
    </w:p>
    <w:p>
      <w:r>
        <w:rPr>
          <w:b/>
        </w:rPr>
        <w:t>Câu 7: Đáp án đúng: B</w:t>
      </w:r>
    </w:p>
    <w:p>
      <w:r>
        <w:rPr>
          <w:b/>
        </w:rPr>
        <w:t>Câu 8: Đáp án đúng: B</w:t>
      </w:r>
    </w:p>
    <w:p>
      <w:r>
        <w:rPr>
          <w:b/>
        </w:rPr>
        <w:t>Câu 9: Đáp án đúng: C</w:t>
      </w:r>
    </w:p>
    <w:p>
      <w:r>
        <w:rPr>
          <w:b/>
        </w:rPr>
        <w:t>Câu 10: Đáp án đúng: D</w:t>
      </w:r>
    </w:p>
    <w:p>
      <w:r>
        <w:rPr>
          <w:b/>
        </w:rPr>
        <w:t>Câu 11: Đáp án đúng: C</w:t>
      </w:r>
    </w:p>
    <w:p>
      <w:r>
        <w:rPr>
          <w:b/>
        </w:rPr>
        <w:t>Câu 12: Đáp án đúng: A</w:t>
      </w:r>
    </w:p>
    <w:p>
      <w:r>
        <w:rPr>
          <w:b/>
        </w:rPr>
        <w:t>Câu 13: Đáp án đúng: C</w:t>
      </w:r>
    </w:p>
    <w:p>
      <w:r>
        <w:rPr>
          <w:b/>
        </w:rPr>
        <w:t>Câu 14: Đáp án đúng: B</w:t>
      </w:r>
    </w:p>
    <w:p>
      <w:r>
        <w:rPr>
          <w:b/>
        </w:rPr>
        <w:t>Câu 15: Đáp án đúng: D</w:t>
      </w:r>
    </w:p>
    <w:p>
      <w:r>
        <w:rPr>
          <w:b/>
        </w:rPr>
        <w:t>Câu 16: Đáp án đúng: C</w:t>
      </w:r>
    </w:p>
    <w:p>
      <w:r>
        <w:rPr>
          <w:b/>
        </w:rPr>
        <w:t>Câu 17: Đáp án đúng: B</w:t>
      </w:r>
    </w:p>
    <w:p>
      <w:r>
        <w:rPr>
          <w:b/>
        </w:rPr>
        <w:t>Câu 18: Đáp án đúng: C</w:t>
      </w:r>
    </w:p>
    <w:p>
      <w:r>
        <w:rPr>
          <w:b/>
        </w:rPr>
        <w:t>Câu 19: Đáp án đúng: B</w:t>
      </w:r>
    </w:p>
    <w:p>
      <w:r>
        <w:rPr>
          <w:b/>
        </w:rPr>
        <w:t>Câu 20: Đáp án đúng: B</w:t>
      </w:r>
    </w:p>
    <w:p>
      <w:r>
        <w:rPr>
          <w:b/>
        </w:rPr>
        <w:t>Câu 21: Đáp án đúng: B</w:t>
      </w:r>
    </w:p>
    <w:p>
      <w:r>
        <w:rPr>
          <w:b/>
        </w:rPr>
        <w:t>Câu 22: Đáp án đúng: A</w:t>
      </w:r>
    </w:p>
    <w:p>
      <w:r>
        <w:rPr>
          <w:b/>
        </w:rPr>
        <w:t>Câu 23: Đáp án đúng: C</w:t>
      </w:r>
    </w:p>
    <w:p>
      <w:r>
        <w:rPr>
          <w:b/>
        </w:rPr>
        <w:t>Câu 24: Đáp án đúng: A</w:t>
      </w:r>
    </w:p>
    <w:p>
      <w:r>
        <w:rPr>
          <w:b/>
        </w:rPr>
        <w:t>Câu 25: Đáp án đúng: None</w:t>
      </w:r>
    </w:p>
    <w:p>
      <w:r>
        <w:rPr>
          <w:b/>
        </w:rPr>
        <w:t>Câu 26: Đáp án đúng: None</w:t>
      </w:r>
    </w:p>
    <w:p>
      <w:r>
        <w:rPr>
          <w:b/>
        </w:rPr>
        <w:t>Câu 27: Đáp án đúng: None</w:t>
      </w:r>
    </w:p>
    <w:p>
      <w:r>
        <w:rPr>
          <w:b/>
        </w:rPr>
        <w:t>Câu 28: Đáp án đúng: None</w:t>
      </w:r>
    </w:p>
    <w:p>
      <w:r>
        <w:rPr>
          <w:b/>
        </w:rPr>
        <w:t>Câu 29: Đáp án đúng: None</w:t>
      </w:r>
    </w:p>
    <w:p>
      <w:r>
        <w:rPr>
          <w:b/>
        </w:rPr>
        <w:t>Câu 30: Đáp án đúng: None</w:t>
      </w:r>
    </w:p>
    <w:p>
      <w:r>
        <w:rPr>
          <w:b/>
        </w:rPr>
        <w:t>Câu 31: Đáp án đúng: None</w:t>
      </w:r>
    </w:p>
    <w:p>
      <w:r>
        <w:rPr>
          <w:b/>
        </w:rPr>
        <w:t>Câu 32: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