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1 - Bài trắc nghiệm Toán - Hiện thực lịch sử là tất cả những</w:t>
      </w:r>
    </w:p>
    <w:p>
      <w:pPr>
        <w:jc w:val="center"/>
      </w:pPr>
      <w:r>
        <w:rPr>
          <w:sz w:val="22"/>
        </w:rPr>
        <w:t>Số câu: 38    Thời gian: _____ phút    Họ và tên: _________________________</w:t>
      </w:r>
    </w:p>
    <w:p/>
    <w:p>
      <w:r>
        <w:rPr>
          <w:b/>
          <w:sz w:val="24"/>
        </w:rPr>
        <w:t>Câu 1: Hiện thực lịch sử là tất cả những</w:t>
      </w:r>
    </w:p>
    <w:p>
      <w:pPr>
        <w:pStyle w:val="ListParagraph"/>
      </w:pPr>
      <w:r>
        <w:rPr>
          <w:sz w:val="22"/>
        </w:rPr>
        <w:t>A. điều đã diễn ra trong quá khứ, tồn tại theo ý muốn của con người.</w:t>
      </w:r>
    </w:p>
    <w:p>
      <w:pPr>
        <w:pStyle w:val="ListParagraph"/>
      </w:pPr>
      <w:r>
        <w:rPr>
          <w:sz w:val="22"/>
        </w:rPr>
        <w:t>B. điều đã diễn ra trong quá khứ, tồn tại một cách khách quan, độc lập.</w:t>
      </w:r>
    </w:p>
    <w:p>
      <w:pPr>
        <w:pStyle w:val="ListParagraph"/>
      </w:pPr>
      <w:r>
        <w:rPr>
          <w:sz w:val="22"/>
        </w:rPr>
        <w:t>C. hiện tượng siêu nhiên tác động đến tiến trình phát triển loài người.</w:t>
      </w:r>
    </w:p>
    <w:p>
      <w:pPr>
        <w:pStyle w:val="ListParagraph"/>
      </w:pPr>
      <w:r>
        <w:rPr>
          <w:sz w:val="22"/>
        </w:rPr>
        <w:t>D. nhân vật trong quá khứ có đóng góp cho sự phát triển của nhân loại.</w:t>
      </w:r>
    </w:p>
    <w:p/>
    <w:p>
      <w:r>
        <w:rPr>
          <w:b/>
          <w:sz w:val="24"/>
        </w:rPr>
        <w:t>Câu 2: Tất cả những gì đã diễn ra trong quá khứ, tồn tại một cách khách quan, không phụ thuộc vào ý muốn chủ quan của con người được gọi là</w:t>
      </w:r>
    </w:p>
    <w:p>
      <w:pPr>
        <w:pStyle w:val="ListParagraph"/>
      </w:pPr>
      <w:r>
        <w:rPr>
          <w:sz w:val="22"/>
        </w:rPr>
        <w:t>A. hiện thực lịch sử.</w:t>
      </w:r>
    </w:p>
    <w:p>
      <w:pPr>
        <w:pStyle w:val="ListParagraph"/>
      </w:pPr>
      <w:r>
        <w:rPr>
          <w:sz w:val="22"/>
        </w:rPr>
        <w:t>B. tư duy lịch sử.</w:t>
      </w:r>
    </w:p>
    <w:p>
      <w:pPr>
        <w:pStyle w:val="ListParagraph"/>
      </w:pPr>
      <w:r>
        <w:rPr>
          <w:sz w:val="22"/>
        </w:rPr>
        <w:t>C. nhận thức lịch sử.</w:t>
      </w:r>
    </w:p>
    <w:p>
      <w:pPr>
        <w:pStyle w:val="ListParagraph"/>
      </w:pPr>
      <w:r>
        <w:rPr>
          <w:sz w:val="22"/>
        </w:rPr>
        <w:t>D. khám phá lịch sử.</w:t>
      </w:r>
    </w:p>
    <w:p/>
    <w:p>
      <w:r>
        <w:rPr>
          <w:b/>
          <w:sz w:val="24"/>
        </w:rPr>
        <w:t>Câu 3: Nội dung nào sau đây không đúng về khái niệm lịch sử?</w:t>
      </w:r>
    </w:p>
    <w:p>
      <w:pPr>
        <w:pStyle w:val="ListParagraph"/>
      </w:pPr>
      <w:r>
        <w:rPr>
          <w:sz w:val="22"/>
        </w:rPr>
        <w:t>A. Những gì đã diễn ra trong quá khứ của xã hội loài người.</w:t>
      </w:r>
    </w:p>
    <w:p>
      <w:pPr>
        <w:pStyle w:val="ListParagraph"/>
      </w:pPr>
      <w:r>
        <w:rPr>
          <w:sz w:val="22"/>
        </w:rPr>
        <w:t>B. Những nhận thức, hiểu biết của con người về quá khứ.</w:t>
      </w:r>
    </w:p>
    <w:p>
      <w:pPr>
        <w:pStyle w:val="ListParagraph"/>
      </w:pPr>
      <w:r>
        <w:rPr>
          <w:sz w:val="22"/>
        </w:rPr>
        <w:t>C. Khoa học nghiên cứu về sự tương tác của con người với xã hội.</w:t>
      </w:r>
    </w:p>
    <w:p>
      <w:pPr>
        <w:pStyle w:val="ListParagraph"/>
      </w:pPr>
      <w:r>
        <w:rPr>
          <w:sz w:val="22"/>
        </w:rPr>
        <w:t>D. Sự tưởng tượng của con người về xã hội tương lai.</w:t>
      </w:r>
    </w:p>
    <w:p/>
    <w:p>
      <w:r>
        <w:rPr>
          <w:b/>
          <w:sz w:val="24"/>
        </w:rPr>
        <w:t>Câu 4: Nội dung nào sau đây phản ánh đúng hiện thực lịch sử?</w:t>
      </w:r>
    </w:p>
    <w:p>
      <w:pPr>
        <w:pStyle w:val="ListParagraph"/>
      </w:pPr>
      <w:r>
        <w:rPr>
          <w:sz w:val="22"/>
        </w:rPr>
        <w:t>A. Những nhận thức và hiểu biết của con người về quá khứ.</w:t>
      </w:r>
    </w:p>
    <w:p>
      <w:pPr>
        <w:pStyle w:val="ListParagraph"/>
      </w:pPr>
      <w:r>
        <w:rPr>
          <w:sz w:val="22"/>
        </w:rPr>
        <w:t>B. Những câu chuyện kể hoặc tác phẩm ghi chép về lịch sử.</w:t>
      </w:r>
    </w:p>
    <w:p>
      <w:pPr>
        <w:pStyle w:val="ListParagraph"/>
      </w:pPr>
      <w:r>
        <w:rPr>
          <w:sz w:val="22"/>
        </w:rPr>
        <w:t>C. Ngành khoa học nghiên cứu về quá khứ của con người.</w:t>
      </w:r>
    </w:p>
    <w:p>
      <w:pPr>
        <w:pStyle w:val="ListParagraph"/>
      </w:pPr>
      <w:r>
        <w:rPr>
          <w:sz w:val="22"/>
        </w:rPr>
        <w:t>D. Những sự kiện xảy ra trong quá khứ, tồn tại khách quan.</w:t>
      </w:r>
    </w:p>
    <w:p/>
    <w:p>
      <w:r>
        <w:rPr>
          <w:b/>
          <w:sz w:val="24"/>
        </w:rPr>
        <w:t>Câu 5: Nội dung nào sau đây không phản ánh đúng đặc điểm của hiện thực lịch sử?</w:t>
      </w:r>
    </w:p>
    <w:p>
      <w:pPr>
        <w:pStyle w:val="ListParagraph"/>
      </w:pPr>
      <w:r>
        <w:rPr>
          <w:sz w:val="22"/>
        </w:rPr>
        <w:t>A. Có trước lịch sử được con người nhận thức</w:t>
      </w:r>
    </w:p>
    <w:p>
      <w:pPr>
        <w:pStyle w:val="ListParagraph"/>
      </w:pPr>
      <w:r>
        <w:rPr>
          <w:sz w:val="22"/>
        </w:rPr>
        <w:t>B. Không phụ thuộc vào ý muốn của con người</w:t>
      </w:r>
    </w:p>
    <w:p>
      <w:pPr>
        <w:pStyle w:val="ListParagraph"/>
      </w:pPr>
      <w:r>
        <w:rPr>
          <w:sz w:val="22"/>
        </w:rPr>
        <w:t>C. Có tính duy nhất và không thể thay đổi được.</w:t>
      </w:r>
    </w:p>
    <w:p>
      <w:pPr>
        <w:pStyle w:val="ListParagraph"/>
      </w:pPr>
      <w:r>
        <w:rPr>
          <w:sz w:val="22"/>
        </w:rPr>
        <w:t>D. Được trình bày theo nhiều cách khác nhau.</w:t>
      </w:r>
    </w:p>
    <w:p/>
    <w:p>
      <w:r>
        <w:rPr>
          <w:b/>
          <w:sz w:val="24"/>
        </w:rPr>
        <w:t>Câu 6: Nội dung nào sau đây phản ánh đúng lịch sử được con người nhận thức?</w:t>
      </w:r>
    </w:p>
    <w:p>
      <w:pPr>
        <w:pStyle w:val="ListParagraph"/>
      </w:pPr>
      <w:r>
        <w:rPr>
          <w:sz w:val="22"/>
        </w:rPr>
        <w:t>A. Những suy nghĩ và hiểu biết của con người về quá khứ.</w:t>
      </w:r>
    </w:p>
    <w:p>
      <w:pPr>
        <w:pStyle w:val="ListParagraph"/>
      </w:pPr>
      <w:r>
        <w:rPr>
          <w:sz w:val="22"/>
        </w:rPr>
        <w:t>B. Những tưởng tượng của con người về xã hội tương lai</w:t>
      </w:r>
    </w:p>
    <w:p>
      <w:pPr>
        <w:pStyle w:val="ListParagraph"/>
      </w:pPr>
      <w:r>
        <w:rPr>
          <w:sz w:val="22"/>
        </w:rPr>
        <w:t>C. Những hiện vật, di tích lịch sử được con người phát hiện</w:t>
      </w:r>
    </w:p>
    <w:p>
      <w:pPr>
        <w:pStyle w:val="ListParagraph"/>
      </w:pPr>
      <w:r>
        <w:rPr>
          <w:sz w:val="22"/>
        </w:rPr>
        <w:t>D. Những sự kiện xảy ra trong quá khứ, tồn tại khách quan.</w:t>
      </w:r>
    </w:p>
    <w:p/>
    <w:p>
      <w:r>
        <w:rPr>
          <w:b/>
          <w:sz w:val="24"/>
        </w:rPr>
        <w:t>Câu 7: Nội dung nào sau đây phản ánh đúng đặc điểm của nhận thức lịch sử?</w:t>
      </w:r>
    </w:p>
    <w:p>
      <w:pPr>
        <w:pStyle w:val="ListParagraph"/>
      </w:pPr>
      <w:r>
        <w:rPr>
          <w:sz w:val="22"/>
        </w:rPr>
        <w:t>A. Nhận thức lịch sử luôn phản ánh đúng hiện thực lịch sử.</w:t>
      </w:r>
    </w:p>
    <w:p>
      <w:pPr>
        <w:pStyle w:val="ListParagraph"/>
      </w:pPr>
      <w:r>
        <w:rPr>
          <w:sz w:val="22"/>
        </w:rPr>
        <w:t>B. Nhận thức lịch sử không thể tái hiện đầy đủ hiện thực lịch sử.</w:t>
      </w:r>
    </w:p>
    <w:p>
      <w:pPr>
        <w:pStyle w:val="ListParagraph"/>
      </w:pPr>
      <w:r>
        <w:rPr>
          <w:sz w:val="22"/>
        </w:rPr>
        <w:t>C. Nhận thức lịch sử thường lạc hậu hơn hiện thực lịch sử.</w:t>
      </w:r>
    </w:p>
    <w:p>
      <w:pPr>
        <w:pStyle w:val="ListParagraph"/>
      </w:pPr>
      <w:r>
        <w:rPr>
          <w:sz w:val="22"/>
        </w:rPr>
        <w:t>D. Nhận thức lịch sử độc lập, khách quan với hiện thực lịch sử.</w:t>
      </w:r>
    </w:p>
    <w:p/>
    <w:p>
      <w:r>
        <w:rPr>
          <w:b/>
          <w:sz w:val="24"/>
        </w:rPr>
        <w:t>Câu 8: Nội dung nào sau đây phản ánh đúng điểm khác biệt của lịch sử được con người nhận thức so với hiện thực lịch sử?</w:t>
      </w:r>
    </w:p>
    <w:p>
      <w:pPr>
        <w:pStyle w:val="ListParagraph"/>
      </w:pPr>
      <w:r>
        <w:rPr>
          <w:sz w:val="22"/>
        </w:rPr>
        <w:t>A. Có tính đa dạng và có thể thay đổi theo thời gian</w:t>
      </w:r>
    </w:p>
    <w:p>
      <w:pPr>
        <w:pStyle w:val="ListParagraph"/>
      </w:pPr>
      <w:r>
        <w:rPr>
          <w:sz w:val="22"/>
        </w:rPr>
        <w:t>B. Được tái hiện duy nhất thông qua các bản ghi chép</w:t>
      </w:r>
    </w:p>
    <w:p>
      <w:pPr>
        <w:pStyle w:val="ListParagraph"/>
      </w:pPr>
      <w:r>
        <w:rPr>
          <w:sz w:val="22"/>
        </w:rPr>
        <w:t>C. Không phụ thuộc vào ý muốn chủ quan con người</w:t>
      </w:r>
    </w:p>
    <w:p>
      <w:pPr>
        <w:pStyle w:val="ListParagraph"/>
      </w:pPr>
      <w:r>
        <w:rPr>
          <w:sz w:val="22"/>
        </w:rPr>
        <w:t>D. Không chịu sự chi phối của mục đích nghiên cứu</w:t>
      </w:r>
    </w:p>
    <w:p/>
    <w:p>
      <w:r>
        <w:rPr>
          <w:b/>
          <w:sz w:val="24"/>
        </w:rPr>
        <w:t>Câu 9: Nội dung nào sau đây không phải là nguyên nhân khiến lịch sử được con người nhận thức có sự khác nhau?</w:t>
      </w:r>
    </w:p>
    <w:p>
      <w:pPr>
        <w:pStyle w:val="ListParagraph"/>
      </w:pPr>
      <w:r>
        <w:rPr>
          <w:sz w:val="22"/>
        </w:rPr>
        <w:t>A. Mục đích nghiên cứu</w:t>
      </w:r>
    </w:p>
    <w:p>
      <w:pPr>
        <w:pStyle w:val="ListParagraph"/>
      </w:pPr>
      <w:r>
        <w:rPr>
          <w:sz w:val="22"/>
        </w:rPr>
        <w:t>B. Phương pháp nghiên cứu</w:t>
      </w:r>
    </w:p>
    <w:p>
      <w:pPr>
        <w:pStyle w:val="ListParagraph"/>
      </w:pPr>
      <w:r>
        <w:rPr>
          <w:sz w:val="22"/>
        </w:rPr>
        <w:t>C. Hiện thực lịch sử</w:t>
      </w:r>
    </w:p>
    <w:p>
      <w:pPr>
        <w:pStyle w:val="ListParagraph"/>
      </w:pPr>
      <w:r>
        <w:rPr>
          <w:sz w:val="22"/>
        </w:rPr>
        <w:t>D. Nguồn sử liệu</w:t>
      </w:r>
    </w:p>
    <w:p/>
    <w:p>
      <w:r>
        <w:rPr>
          <w:b/>
          <w:sz w:val="24"/>
        </w:rPr>
        <w:t>Câu 10: Ngày 2 – 9 – 1945 , tại Quảng trường Ba Đình (Hà Nội), Chủ tịch Hồ Chí Minh đọc bản Tuyên ngôn Độc lập, khai sinh ra nước Việt Nam Dân chủ Cộng hòa. Sự kiện này là kết quả của Cách mạng tháng Tám năm 1945, cuộc cách mạng giải phóng dân tộc điển hình. Đoạn tư liệu phản ảnh nội dung nào của khái niệm lịch sử?</w:t>
      </w:r>
    </w:p>
    <w:p>
      <w:pPr>
        <w:pStyle w:val="ListParagraph"/>
      </w:pPr>
      <w:r>
        <w:rPr>
          <w:sz w:val="22"/>
        </w:rPr>
        <w:t>A. Tư liệu gốc phục vụ việc nghiên cứu và học tập lịch sử.</w:t>
      </w:r>
    </w:p>
    <w:p>
      <w:pPr>
        <w:pStyle w:val="ListParagraph"/>
      </w:pPr>
      <w:r>
        <w:rPr>
          <w:sz w:val="22"/>
        </w:rPr>
        <w:t>B. Tất cả những tri thức về lịch sử đã được nhận thức lại.</w:t>
      </w:r>
    </w:p>
    <w:p>
      <w:pPr>
        <w:pStyle w:val="ListParagraph"/>
      </w:pPr>
      <w:r>
        <w:rPr>
          <w:sz w:val="22"/>
        </w:rPr>
        <w:t>C. Tất cả những trí thức về quy luật lịch sử được đúc kết lại.</w:t>
      </w:r>
    </w:p>
    <w:p>
      <w:pPr>
        <w:pStyle w:val="ListParagraph"/>
      </w:pPr>
      <w:r>
        <w:rPr>
          <w:sz w:val="22"/>
        </w:rPr>
        <w:t>D. Hiện thực lịch sử và lịch sử được con người nhận thức.</w:t>
      </w:r>
    </w:p>
    <w:p/>
    <w:p>
      <w:r>
        <w:rPr>
          <w:b/>
          <w:sz w:val="24"/>
        </w:rPr>
        <w:t>Câu 11: Nội dung nào sau đây phản ánh đúng khái niệm Sử học?</w:t>
      </w:r>
    </w:p>
    <w:p>
      <w:pPr>
        <w:pStyle w:val="ListParagraph"/>
      </w:pPr>
      <w:r>
        <w:rPr>
          <w:sz w:val="22"/>
        </w:rPr>
        <w:t>A. Là những câu chuyện kể về nguồn gốc loài người</w:t>
      </w:r>
    </w:p>
    <w:p>
      <w:pPr>
        <w:pStyle w:val="ListParagraph"/>
      </w:pPr>
      <w:r>
        <w:rPr>
          <w:sz w:val="22"/>
        </w:rPr>
        <w:t>B. Là khoa học nghiên cứu về quá khứ loài người</w:t>
      </w:r>
    </w:p>
    <w:p>
      <w:pPr>
        <w:pStyle w:val="ListParagraph"/>
      </w:pPr>
      <w:r>
        <w:rPr>
          <w:sz w:val="22"/>
        </w:rPr>
        <w:t>C. Là những tưởng tượng của con người về tương lai</w:t>
      </w:r>
    </w:p>
    <w:p>
      <w:pPr>
        <w:pStyle w:val="ListParagraph"/>
      </w:pPr>
      <w:r>
        <w:rPr>
          <w:sz w:val="22"/>
        </w:rPr>
        <w:t>D. Là nghiên cứu về sự hình thành và phát triển của vũ trụ</w:t>
      </w:r>
    </w:p>
    <w:p/>
    <w:p>
      <w:r>
        <w:rPr>
          <w:b/>
          <w:sz w:val="24"/>
        </w:rPr>
        <w:t>Câu 12: Nội dung nào sau đây phản ánh đúng đối tượng nghiên cứu của Sử học?</w:t>
      </w:r>
    </w:p>
    <w:p>
      <w:pPr>
        <w:pStyle w:val="ListParagraph"/>
      </w:pPr>
      <w:r>
        <w:rPr>
          <w:sz w:val="22"/>
        </w:rPr>
        <w:t>A. Những hoạt động của con người trong quá khứ.</w:t>
      </w:r>
    </w:p>
    <w:p>
      <w:pPr>
        <w:pStyle w:val="ListParagraph"/>
      </w:pPr>
      <w:r>
        <w:rPr>
          <w:sz w:val="22"/>
        </w:rPr>
        <w:t>B. Quá trình hình thành và phát triển của vũ trụ.</w:t>
      </w:r>
    </w:p>
    <w:p>
      <w:pPr>
        <w:pStyle w:val="ListParagraph"/>
      </w:pPr>
      <w:r>
        <w:rPr>
          <w:sz w:val="22"/>
        </w:rPr>
        <w:t>C. Những hoạt động của con người trong tương lai.</w:t>
      </w:r>
    </w:p>
    <w:p>
      <w:pPr>
        <w:pStyle w:val="ListParagraph"/>
      </w:pPr>
      <w:r>
        <w:rPr>
          <w:sz w:val="22"/>
        </w:rPr>
        <w:t>D. Quá trình tiến hóa của các sinh vật trên Trái Đất.</w:t>
      </w:r>
    </w:p>
    <w:p/>
    <w:p>
      <w:r>
        <w:rPr>
          <w:b/>
          <w:sz w:val="24"/>
        </w:rPr>
        <w:t>Câu 13: Nội dung nào sau đây không phải là đối tượng nghiên cứu của Sử học?</w:t>
      </w:r>
    </w:p>
    <w:p>
      <w:pPr>
        <w:pStyle w:val="ListParagraph"/>
      </w:pPr>
      <w:r>
        <w:rPr>
          <w:sz w:val="22"/>
        </w:rPr>
        <w:t>A. Quá trình hình thành, phát triển, suy vong của một dân tộc.</w:t>
      </w:r>
    </w:p>
    <w:p>
      <w:pPr>
        <w:pStyle w:val="ListParagraph"/>
      </w:pPr>
      <w:r>
        <w:rPr>
          <w:sz w:val="22"/>
        </w:rPr>
        <w:t>B. Quá trình hoạt động, đóng góp của một cá nhân trong quá khứ</w:t>
      </w:r>
    </w:p>
    <w:p>
      <w:pPr>
        <w:pStyle w:val="ListParagraph"/>
      </w:pPr>
      <w:r>
        <w:rPr>
          <w:sz w:val="22"/>
        </w:rPr>
        <w:t>C. Hoạt động ngoại giao của một quốc gia trong quá khứ</w:t>
      </w:r>
    </w:p>
    <w:p>
      <w:pPr>
        <w:pStyle w:val="ListParagraph"/>
      </w:pPr>
      <w:r>
        <w:rPr>
          <w:sz w:val="22"/>
        </w:rPr>
        <w:t>D. Những hiện tượng tự nhiên xảy ra trong quá khứ.</w:t>
      </w:r>
    </w:p>
    <w:p/>
    <w:p>
      <w:r>
        <w:rPr>
          <w:b/>
          <w:sz w:val="24"/>
        </w:rPr>
        <w:t>Câu 14: Một trong những nhiệm vụ quan trọng của Sử học là</w:t>
      </w:r>
    </w:p>
    <w:p>
      <w:pPr>
        <w:pStyle w:val="ListParagraph"/>
      </w:pPr>
      <w:r>
        <w:rPr>
          <w:sz w:val="22"/>
        </w:rPr>
        <w:t>A. khám phá đại dương.</w:t>
      </w:r>
    </w:p>
    <w:p>
      <w:pPr>
        <w:pStyle w:val="ListParagraph"/>
      </w:pPr>
      <w:r>
        <w:rPr>
          <w:sz w:val="22"/>
        </w:rPr>
        <w:t>B. hội nhập quốc tế.</w:t>
      </w:r>
    </w:p>
    <w:p>
      <w:pPr>
        <w:pStyle w:val="ListParagraph"/>
      </w:pPr>
      <w:r>
        <w:rPr>
          <w:sz w:val="22"/>
        </w:rPr>
        <w:t>C. giáo dục, nêu gương.</w:t>
      </w:r>
    </w:p>
    <w:p>
      <w:pPr>
        <w:pStyle w:val="ListParagraph"/>
      </w:pPr>
      <w:r>
        <w:rPr>
          <w:sz w:val="22"/>
        </w:rPr>
        <w:t>D. chinh phục vũ trụ.</w:t>
      </w:r>
    </w:p>
    <w:p/>
    <w:p>
      <w:r>
        <w:rPr>
          <w:b/>
          <w:sz w:val="24"/>
        </w:rPr>
        <w:t>Câu 15: Nội dung nào sau đây phản ánh đúng về đối tượng nghiên cứu của Sử học?</w:t>
      </w:r>
    </w:p>
    <w:p>
      <w:pPr>
        <w:pStyle w:val="ListParagraph"/>
      </w:pPr>
      <w:r>
        <w:rPr>
          <w:sz w:val="22"/>
        </w:rPr>
        <w:t>A. Những hoạt động của con người trên lĩnh vực chính trị, quân sự.</w:t>
      </w:r>
    </w:p>
    <w:p>
      <w:pPr>
        <w:pStyle w:val="ListParagraph"/>
      </w:pPr>
      <w:r>
        <w:rPr>
          <w:sz w:val="22"/>
        </w:rPr>
        <w:t>B. Toàn bộ những hoạt động của con người diễn ra trong quá khứ</w:t>
      </w:r>
    </w:p>
    <w:p>
      <w:pPr>
        <w:pStyle w:val="ListParagraph"/>
      </w:pPr>
      <w:r>
        <w:rPr>
          <w:sz w:val="22"/>
        </w:rPr>
        <w:t>C. Toàn bộ những hoạt động của con người từ thời cổ đại đến cận đại.</w:t>
      </w:r>
    </w:p>
    <w:p>
      <w:pPr>
        <w:pStyle w:val="ListParagraph"/>
      </w:pPr>
      <w:r>
        <w:rPr>
          <w:sz w:val="22"/>
        </w:rPr>
        <w:t>D. Những hoạt động của con người từ khi xuất hiện chữ viết đến nay.</w:t>
      </w:r>
    </w:p>
    <w:p/>
    <w:p>
      <w:r>
        <w:rPr>
          <w:b/>
          <w:sz w:val="24"/>
        </w:rPr>
        <w:t>Câu 16: Nội dung nào sau đây không phải là chức năng của Sử học?</w:t>
      </w:r>
    </w:p>
    <w:p>
      <w:pPr>
        <w:pStyle w:val="ListParagraph"/>
      </w:pPr>
      <w:r>
        <w:rPr>
          <w:sz w:val="22"/>
        </w:rPr>
        <w:t>A. Khôi phục các sự kiện lịch sử diễn ra trong quá khứ</w:t>
      </w:r>
    </w:p>
    <w:p>
      <w:pPr>
        <w:pStyle w:val="ListParagraph"/>
      </w:pPr>
      <w:r>
        <w:rPr>
          <w:sz w:val="22"/>
        </w:rPr>
        <w:t>B. Rút ra bản chất và các quy luật vận động của lịch sử</w:t>
      </w:r>
    </w:p>
    <w:p>
      <w:pPr>
        <w:pStyle w:val="ListParagraph"/>
      </w:pPr>
      <w:r>
        <w:rPr>
          <w:sz w:val="22"/>
        </w:rPr>
        <w:t>C. Giáo dục tình yêu thiên nhiên và bảo vệ môi trường</w:t>
      </w:r>
    </w:p>
    <w:p>
      <w:pPr>
        <w:pStyle w:val="ListParagraph"/>
      </w:pPr>
      <w:r>
        <w:rPr>
          <w:sz w:val="22"/>
        </w:rPr>
        <w:t>D. Rút ra những bài học kinh nghiệm cho cuộc sống hiện tại</w:t>
      </w:r>
    </w:p>
    <w:p/>
    <w:p>
      <w:r>
        <w:rPr>
          <w:b/>
          <w:sz w:val="24"/>
        </w:rPr>
        <w:t>Câu 17: Một trong những chức năng cơ bản của Sử học là</w:t>
      </w:r>
    </w:p>
    <w:p>
      <w:pPr>
        <w:pStyle w:val="ListParagraph"/>
      </w:pPr>
      <w:r>
        <w:rPr>
          <w:sz w:val="22"/>
        </w:rPr>
        <w:t>A. khôi phục hiện thực lịch sử thông qua tưởng tượng.</w:t>
      </w:r>
    </w:p>
    <w:p>
      <w:pPr>
        <w:pStyle w:val="ListParagraph"/>
      </w:pPr>
      <w:r>
        <w:rPr>
          <w:sz w:val="22"/>
        </w:rPr>
        <w:t>B. tái tạo lại các biến cố lịch sử thông qua thí nghiệm.</w:t>
      </w:r>
    </w:p>
    <w:p>
      <w:pPr>
        <w:pStyle w:val="ListParagraph"/>
      </w:pPr>
      <w:r>
        <w:rPr>
          <w:sz w:val="22"/>
        </w:rPr>
        <w:t>C. khôi phục hiện thực lịch sử một cách khách quan.</w:t>
      </w:r>
    </w:p>
    <w:p>
      <w:pPr>
        <w:pStyle w:val="ListParagraph"/>
      </w:pPr>
      <w:r>
        <w:rPr>
          <w:sz w:val="22"/>
        </w:rPr>
        <w:t>D. cung cấp tri thức cho các lĩnh vực khoa học tự nhiên.</w:t>
      </w:r>
    </w:p>
    <w:p/>
    <w:p>
      <w:r>
        <w:rPr>
          <w:b/>
          <w:sz w:val="24"/>
        </w:rPr>
        <w:t>Câu 18: “Khôi phục lại hiện thực lịch sử một cách chính xác, khách quan” là chức năng nào sau đây của Sử học?</w:t>
      </w:r>
    </w:p>
    <w:p>
      <w:pPr>
        <w:pStyle w:val="ListParagraph"/>
      </w:pPr>
      <w:r>
        <w:rPr>
          <w:sz w:val="22"/>
        </w:rPr>
        <w:t>A. Khoa học</w:t>
      </w:r>
    </w:p>
    <w:p>
      <w:pPr>
        <w:pStyle w:val="ListParagraph"/>
      </w:pPr>
      <w:r>
        <w:rPr>
          <w:sz w:val="22"/>
        </w:rPr>
        <w:t>B. Xã hội</w:t>
      </w:r>
    </w:p>
    <w:p>
      <w:pPr>
        <w:pStyle w:val="ListParagraph"/>
      </w:pPr>
      <w:r>
        <w:rPr>
          <w:sz w:val="22"/>
        </w:rPr>
        <w:t>C. Giáo dục</w:t>
      </w:r>
    </w:p>
    <w:p>
      <w:pPr>
        <w:pStyle w:val="ListParagraph"/>
      </w:pPr>
      <w:r>
        <w:rPr>
          <w:sz w:val="22"/>
        </w:rPr>
        <w:t>D. Dự báo</w:t>
      </w:r>
    </w:p>
    <w:p/>
    <w:p>
      <w:r>
        <w:rPr>
          <w:b/>
          <w:sz w:val="24"/>
        </w:rPr>
        <w:t>Câu 19: “Giúp con người hiểu được các quy luật phát triển của xã hội, rút ra những bài học kinh nghiệm cho cuộc sống hiện tại” là chức năng nào sau đây của Sử học?</w:t>
      </w:r>
    </w:p>
    <w:p>
      <w:pPr>
        <w:pStyle w:val="ListParagraph"/>
      </w:pPr>
      <w:r>
        <w:rPr>
          <w:sz w:val="22"/>
        </w:rPr>
        <w:t>A. Khoa học</w:t>
      </w:r>
    </w:p>
    <w:p>
      <w:pPr>
        <w:pStyle w:val="ListParagraph"/>
      </w:pPr>
      <w:r>
        <w:rPr>
          <w:sz w:val="22"/>
        </w:rPr>
        <w:t>B. Xã hội</w:t>
      </w:r>
    </w:p>
    <w:p>
      <w:pPr>
        <w:pStyle w:val="ListParagraph"/>
      </w:pPr>
      <w:r>
        <w:rPr>
          <w:sz w:val="22"/>
        </w:rPr>
        <w:t>C. Giáo dục</w:t>
      </w:r>
    </w:p>
    <w:p>
      <w:pPr>
        <w:pStyle w:val="ListParagraph"/>
      </w:pPr>
      <w:r>
        <w:rPr>
          <w:sz w:val="22"/>
        </w:rPr>
        <w:t>D. Dự báo</w:t>
      </w:r>
    </w:p>
    <w:p/>
    <w:p>
      <w:r>
        <w:rPr>
          <w:b/>
          <w:sz w:val="24"/>
        </w:rPr>
        <w:t>Câu 20: Nhiệm vụ nhận thức của Sử học được thể hiện ở nội dung nào sau đây?</w:t>
      </w:r>
    </w:p>
    <w:p>
      <w:pPr>
        <w:pStyle w:val="ListParagraph"/>
      </w:pPr>
      <w:r>
        <w:rPr>
          <w:sz w:val="22"/>
        </w:rPr>
        <w:t>A. Cung cấp các tri thức khoa học về lịch sử</w:t>
      </w:r>
    </w:p>
    <w:p>
      <w:pPr>
        <w:pStyle w:val="ListParagraph"/>
      </w:pPr>
      <w:r>
        <w:rPr>
          <w:sz w:val="22"/>
        </w:rPr>
        <w:t>B. Giáo dục tư tưởng, tình cảm cho con người</w:t>
      </w:r>
    </w:p>
    <w:p>
      <w:pPr>
        <w:pStyle w:val="ListParagraph"/>
      </w:pPr>
      <w:r>
        <w:rPr>
          <w:sz w:val="22"/>
        </w:rPr>
        <w:t>C. Dự báo về tương lai của đất nước, nhân loại</w:t>
      </w:r>
    </w:p>
    <w:p>
      <w:pPr>
        <w:pStyle w:val="ListParagraph"/>
      </w:pPr>
      <w:r>
        <w:rPr>
          <w:sz w:val="22"/>
        </w:rPr>
        <w:t>D. Bồi đắp lòng yêu nước, tinh thần tự tôn dân tộc</w:t>
      </w:r>
    </w:p>
    <w:p/>
    <w:p>
      <w:r>
        <w:rPr>
          <w:b/>
          <w:sz w:val="24"/>
        </w:rPr>
        <w:t>Câu 21: Một trong những chức năng quan trọng của Sử học là</w:t>
      </w:r>
    </w:p>
    <w:p>
      <w:pPr>
        <w:pStyle w:val="ListParagraph"/>
      </w:pPr>
      <w:r>
        <w:rPr>
          <w:sz w:val="22"/>
        </w:rPr>
        <w:t>A. thúc đẩy xu thế toàn cầu hóa.</w:t>
      </w:r>
    </w:p>
    <w:p>
      <w:pPr>
        <w:pStyle w:val="ListParagraph"/>
      </w:pPr>
      <w:r>
        <w:rPr>
          <w:sz w:val="22"/>
        </w:rPr>
        <w:t>B. thúc đẩy xu thế hội nhập quốc tế.</w:t>
      </w:r>
    </w:p>
    <w:p>
      <w:pPr>
        <w:pStyle w:val="ListParagraph"/>
      </w:pPr>
      <w:r>
        <w:rPr>
          <w:sz w:val="22"/>
        </w:rPr>
        <w:t>C. khôi phục hiện thực lịch sử.</w:t>
      </w:r>
    </w:p>
    <w:p>
      <w:pPr>
        <w:pStyle w:val="ListParagraph"/>
      </w:pPr>
      <w:r>
        <w:rPr>
          <w:sz w:val="22"/>
        </w:rPr>
        <w:t>D. tìm hiểu quá trình biến đổi tự nhiên.</w:t>
      </w:r>
    </w:p>
    <w:p/>
    <w:p>
      <w:r>
        <w:rPr>
          <w:b/>
          <w:sz w:val="24"/>
        </w:rPr>
        <w:t>Câu 22: Một trong những lí do cần khám phá lịch sử suốt đời là giúp mỗi người</w:t>
      </w:r>
    </w:p>
    <w:p>
      <w:pPr>
        <w:pStyle w:val="ListParagraph"/>
      </w:pPr>
      <w:r>
        <w:rPr>
          <w:sz w:val="22"/>
        </w:rPr>
        <w:t>A. bắt kịp những công nghệ mới.</w:t>
      </w:r>
    </w:p>
    <w:p>
      <w:pPr>
        <w:pStyle w:val="ListParagraph"/>
      </w:pPr>
      <w:r>
        <w:rPr>
          <w:sz w:val="22"/>
        </w:rPr>
        <w:t>B. làm giàu trí thức cho bản thân.</w:t>
      </w:r>
    </w:p>
    <w:p>
      <w:pPr>
        <w:pStyle w:val="ListParagraph"/>
      </w:pPr>
      <w:r>
        <w:rPr>
          <w:sz w:val="22"/>
        </w:rPr>
        <w:t>C. hoàn thiện năng lực thẩm mĩ.</w:t>
      </w:r>
    </w:p>
    <w:p>
      <w:pPr>
        <w:pStyle w:val="ListParagraph"/>
      </w:pPr>
      <w:r>
        <w:rPr>
          <w:sz w:val="22"/>
        </w:rPr>
        <w:t>D. hoàn thiện năng lực tính toán.</w:t>
      </w:r>
    </w:p>
    <w:p/>
    <w:p>
      <w:r>
        <w:rPr>
          <w:b/>
          <w:sz w:val="24"/>
        </w:rPr>
        <w:t>Câu 23: Nội dung nào sau đây không phản ánh đúng lý do cần thiết phải học tập, khám phá lịch sử suốt đời?</w:t>
      </w:r>
    </w:p>
    <w:p>
      <w:pPr>
        <w:pStyle w:val="ListParagraph"/>
      </w:pPr>
      <w:r>
        <w:rPr>
          <w:sz w:val="22"/>
        </w:rPr>
        <w:t>A. Tri thức lịch sử có sự biến đổi và phát triển không ngừng</w:t>
      </w:r>
    </w:p>
    <w:p>
      <w:pPr>
        <w:pStyle w:val="ListParagraph"/>
      </w:pPr>
      <w:r>
        <w:rPr>
          <w:sz w:val="22"/>
        </w:rPr>
        <w:t>B. Nhiều sự kiện lịch sử trong quá khứ chưa được làm sáng tỏ</w:t>
      </w:r>
    </w:p>
    <w:p>
      <w:pPr>
        <w:pStyle w:val="ListParagraph"/>
      </w:pPr>
      <w:r>
        <w:rPr>
          <w:sz w:val="22"/>
        </w:rPr>
        <w:t>C. Nhu cầu đúc rút kinh nghiệm quá khứ cho cuộc sống hiện tại</w:t>
      </w:r>
    </w:p>
    <w:p>
      <w:pPr>
        <w:pStyle w:val="ListParagraph"/>
      </w:pPr>
      <w:r>
        <w:rPr>
          <w:sz w:val="22"/>
        </w:rPr>
        <w:t>D. Học tập lịch sử là cách duy nhất để hội nhập quốc tế thành công</w:t>
      </w:r>
    </w:p>
    <w:p/>
    <w:p>
      <w:r>
        <w:rPr>
          <w:b/>
          <w:sz w:val="24"/>
        </w:rPr>
        <w:t>Câu 24: Học tập và tìm hiểu lịch sử giúp đưa lại những cơ hội nghề nghiệp mới trên lĩnh vực nào sau đây?</w:t>
      </w:r>
    </w:p>
    <w:p>
      <w:pPr>
        <w:pStyle w:val="ListParagraph"/>
      </w:pPr>
      <w:r>
        <w:rPr>
          <w:sz w:val="22"/>
        </w:rPr>
        <w:t>A. Công nghệ thông tin</w:t>
      </w:r>
    </w:p>
    <w:p>
      <w:pPr>
        <w:pStyle w:val="ListParagraph"/>
      </w:pPr>
      <w:r>
        <w:rPr>
          <w:sz w:val="22"/>
        </w:rPr>
        <w:t>B. Chế biến thủy sản</w:t>
      </w:r>
    </w:p>
    <w:p>
      <w:pPr>
        <w:pStyle w:val="ListParagraph"/>
      </w:pPr>
      <w:r>
        <w:rPr>
          <w:sz w:val="22"/>
        </w:rPr>
        <w:t>C. Công nghiệp văn hóa</w:t>
      </w:r>
    </w:p>
    <w:p>
      <w:pPr>
        <w:pStyle w:val="ListParagraph"/>
      </w:pPr>
      <w:r>
        <w:rPr>
          <w:sz w:val="22"/>
        </w:rPr>
        <w:t>D. Xuất khẩu dầu mỏ</w:t>
      </w:r>
    </w:p>
    <w:p/>
    <w:p>
      <w:r>
        <w:rPr>
          <w:b/>
          <w:sz w:val="24"/>
        </w:rPr>
        <w:t>Câu 25: Nội dung nào sau đây phản ánh đúng ý nghĩa của tri thức lịch sử đối với cuộc sống ?</w:t>
      </w:r>
    </w:p>
    <w:p>
      <w:pPr>
        <w:pStyle w:val="ListParagraph"/>
      </w:pPr>
      <w:r>
        <w:rPr>
          <w:sz w:val="22"/>
        </w:rPr>
        <w:t>A. Góp phần hình thành lòng yêu nước và tinh thần dân tộc.</w:t>
      </w:r>
    </w:p>
    <w:p>
      <w:pPr>
        <w:pStyle w:val="ListParagraph"/>
      </w:pPr>
      <w:r>
        <w:rPr>
          <w:sz w:val="22"/>
        </w:rPr>
        <w:t>B. Giúp những người hiểu về lịch sử đều trở thành nhà sử học</w:t>
      </w:r>
    </w:p>
    <w:p>
      <w:pPr>
        <w:pStyle w:val="ListParagraph"/>
      </w:pPr>
      <w:r>
        <w:rPr>
          <w:sz w:val="22"/>
        </w:rPr>
        <w:t>C. Đặt cơ sở cho sự ra đời của mọi ngành khoa học.</w:t>
      </w:r>
    </w:p>
    <w:p>
      <w:pPr>
        <w:pStyle w:val="ListParagraph"/>
      </w:pPr>
      <w:r>
        <w:rPr>
          <w:sz w:val="22"/>
        </w:rPr>
        <w:t>D. Giúp giải quyết được mọi mâu thuẫn trong xã hội.</w:t>
      </w:r>
    </w:p>
    <w:p/>
    <w:p>
      <w:r>
        <w:rPr>
          <w:b/>
          <w:sz w:val="24"/>
        </w:rPr>
        <w:t>Câu 26: Toàn bộ những tri thức, hiểu biết, suy nghĩ của con người về quá khứ được gọi là</w:t>
      </w:r>
    </w:p>
    <w:p>
      <w:pPr>
        <w:pStyle w:val="ListParagraph"/>
      </w:pPr>
      <w:r>
        <w:rPr>
          <w:sz w:val="22"/>
        </w:rPr>
        <w:t>A. hiện thực khách quan lịch sử.</w:t>
      </w:r>
    </w:p>
    <w:p>
      <w:pPr>
        <w:pStyle w:val="ListParagraph"/>
      </w:pPr>
      <w:r>
        <w:rPr>
          <w:sz w:val="22"/>
        </w:rPr>
        <w:t>B. lịch sử được con người nhận thức.</w:t>
      </w:r>
    </w:p>
    <w:p>
      <w:pPr>
        <w:pStyle w:val="ListParagraph"/>
      </w:pPr>
      <w:r>
        <w:rPr>
          <w:sz w:val="22"/>
        </w:rPr>
        <w:t>C. cách thức sưu tầm lịch sử.</w:t>
      </w:r>
    </w:p>
    <w:p>
      <w:pPr>
        <w:pStyle w:val="ListParagraph"/>
      </w:pPr>
      <w:r>
        <w:rPr>
          <w:sz w:val="22"/>
        </w:rPr>
        <w:t>D. phương pháp nghiên cứu lịch sử.</w:t>
      </w:r>
    </w:p>
    <w:p/>
    <w:p>
      <w:r>
        <w:rPr>
          <w:b/>
          <w:sz w:val="24"/>
        </w:rPr>
        <w:t>Câu 27: Đối tượng nghiên cứu của Sử học mang đặc điểm nào sau đây ?</w:t>
      </w:r>
    </w:p>
    <w:p>
      <w:pPr>
        <w:pStyle w:val="ListParagraph"/>
      </w:pPr>
      <w:r>
        <w:rPr>
          <w:sz w:val="22"/>
        </w:rPr>
        <w:t>A. Phổ cập.</w:t>
      </w:r>
    </w:p>
    <w:p>
      <w:pPr>
        <w:pStyle w:val="ListParagraph"/>
      </w:pPr>
      <w:r>
        <w:rPr>
          <w:sz w:val="22"/>
        </w:rPr>
        <w:t>B. Toàn diện.</w:t>
      </w:r>
    </w:p>
    <w:p>
      <w:pPr>
        <w:pStyle w:val="ListParagraph"/>
      </w:pPr>
      <w:r>
        <w:rPr>
          <w:sz w:val="22"/>
        </w:rPr>
        <w:t>C. Tâm linh.</w:t>
      </w:r>
    </w:p>
    <w:p>
      <w:pPr>
        <w:pStyle w:val="ListParagraph"/>
      </w:pPr>
      <w:r>
        <w:rPr>
          <w:sz w:val="22"/>
        </w:rPr>
        <w:t>D. Hiện đại.</w:t>
      </w:r>
    </w:p>
    <w:p/>
    <w:p>
      <w:r>
        <w:rPr>
          <w:b/>
          <w:sz w:val="24"/>
        </w:rPr>
        <w:t>Câu 28: Toàn bộ những hình thức khác nhau của tư liệu lịch sử, chứa đựng những thông tin về quá khứ loài người được gọi là</w:t>
      </w:r>
    </w:p>
    <w:p>
      <w:pPr>
        <w:pStyle w:val="ListParagraph"/>
      </w:pPr>
      <w:r>
        <w:rPr>
          <w:sz w:val="22"/>
        </w:rPr>
        <w:t>A. sử liệu</w:t>
      </w:r>
    </w:p>
    <w:p>
      <w:pPr>
        <w:pStyle w:val="ListParagraph"/>
      </w:pPr>
      <w:r>
        <w:rPr>
          <w:sz w:val="22"/>
        </w:rPr>
        <w:t>B. truyền thuyết</w:t>
      </w:r>
    </w:p>
    <w:p>
      <w:pPr>
        <w:pStyle w:val="ListParagraph"/>
      </w:pPr>
      <w:r>
        <w:rPr>
          <w:sz w:val="22"/>
        </w:rPr>
        <w:t>C. ngữ liệu</w:t>
      </w:r>
    </w:p>
    <w:p>
      <w:pPr>
        <w:pStyle w:val="ListParagraph"/>
      </w:pPr>
      <w:r>
        <w:rPr>
          <w:sz w:val="22"/>
        </w:rPr>
        <w:t>D. văn bản</w:t>
      </w:r>
    </w:p>
    <w:p/>
    <w:p>
      <w:r>
        <w:rPr>
          <w:b/>
          <w:sz w:val="24"/>
        </w:rPr>
        <w:t>Câu 29: Một trong những khâu quan trọng trong nghiên cứu, học tập, tìm hiểu lịch sử là</w:t>
      </w:r>
    </w:p>
    <w:p>
      <w:pPr>
        <w:pStyle w:val="ListParagraph"/>
      </w:pPr>
      <w:r>
        <w:rPr>
          <w:sz w:val="22"/>
        </w:rPr>
        <w:t>A. hạch toán kinh doanh.</w:t>
      </w:r>
    </w:p>
    <w:p>
      <w:pPr>
        <w:pStyle w:val="ListParagraph"/>
      </w:pPr>
      <w:r>
        <w:rPr>
          <w:sz w:val="22"/>
        </w:rPr>
        <w:t>B. thu thập nguồn sử liệu.</w:t>
      </w:r>
    </w:p>
    <w:p>
      <w:pPr>
        <w:pStyle w:val="ListParagraph"/>
      </w:pPr>
      <w:r>
        <w:rPr>
          <w:sz w:val="22"/>
        </w:rPr>
        <w:t>C. xây dựng phiếu điều tra.</w:t>
      </w:r>
    </w:p>
    <w:p>
      <w:pPr>
        <w:pStyle w:val="ListParagraph"/>
      </w:pPr>
      <w:r>
        <w:rPr>
          <w:sz w:val="22"/>
        </w:rPr>
        <w:t>D. tiến hành thí nghiệm</w:t>
      </w:r>
    </w:p>
    <w:p/>
    <w:p>
      <w:r>
        <w:rPr>
          <w:b/>
          <w:sz w:val="24"/>
        </w:rPr>
        <w:t>Câu 30: Lập danh mục sử liệu cần sưu tầm; tìm kiếm, thu thập thông tin liên quan đến đối tượng tìm hiểu là các bước cơ bản của quá trình</w:t>
      </w:r>
    </w:p>
    <w:p>
      <w:pPr>
        <w:pStyle w:val="ListParagraph"/>
      </w:pPr>
      <w:r>
        <w:rPr>
          <w:sz w:val="22"/>
        </w:rPr>
        <w:t>A. xử lý thông tin sử liệu</w:t>
      </w:r>
    </w:p>
    <w:p>
      <w:pPr>
        <w:pStyle w:val="ListParagraph"/>
      </w:pPr>
      <w:r>
        <w:rPr>
          <w:sz w:val="22"/>
        </w:rPr>
        <w:t>B. tiến hành thí nghiệm lịch sử</w:t>
      </w:r>
    </w:p>
    <w:p>
      <w:pPr>
        <w:pStyle w:val="ListParagraph"/>
      </w:pPr>
      <w:r>
        <w:rPr>
          <w:sz w:val="22"/>
        </w:rPr>
        <w:t>C. sưu tầm, thu thập sử liệu</w:t>
      </w:r>
    </w:p>
    <w:p>
      <w:pPr>
        <w:pStyle w:val="ListParagraph"/>
      </w:pPr>
      <w:r>
        <w:rPr>
          <w:sz w:val="22"/>
        </w:rPr>
        <w:t>D. xác minh, đánh giá sử liệu</w:t>
      </w:r>
    </w:p>
    <w:p/>
    <w:p>
      <w:r>
        <w:rPr>
          <w:b/>
          <w:sz w:val="24"/>
        </w:rPr>
        <w:t>Câu 31: Phân loại, đánh giá, thẩm định, so sánh nguồn sử liệu là các bước cơ bản của quá trình</w:t>
      </w:r>
    </w:p>
    <w:p>
      <w:pPr>
        <w:pStyle w:val="ListParagraph"/>
      </w:pPr>
      <w:r>
        <w:rPr>
          <w:sz w:val="22"/>
        </w:rPr>
        <w:t>A. xử lý thông tin sử liệu</w:t>
      </w:r>
    </w:p>
    <w:p>
      <w:pPr>
        <w:pStyle w:val="ListParagraph"/>
      </w:pPr>
      <w:r>
        <w:rPr>
          <w:sz w:val="22"/>
        </w:rPr>
        <w:t>B. tiến hành thí nghiệm lịch sử</w:t>
      </w:r>
    </w:p>
    <w:p>
      <w:pPr>
        <w:pStyle w:val="ListParagraph"/>
      </w:pPr>
      <w:r>
        <w:rPr>
          <w:sz w:val="22"/>
        </w:rPr>
        <w:t>C. sưu tầm, thu thập sử liệu</w:t>
      </w:r>
    </w:p>
    <w:p>
      <w:pPr>
        <w:pStyle w:val="ListParagraph"/>
      </w:pPr>
      <w:r>
        <w:rPr>
          <w:sz w:val="22"/>
        </w:rPr>
        <w:t>D. tìm hiểu các di chỉ khảo cổ</w:t>
      </w:r>
    </w:p>
    <w:p/>
    <w:p>
      <w:r>
        <w:rPr>
          <w:b/>
          <w:sz w:val="24"/>
        </w:rPr>
        <w:t>Câu 32: Nội dung nào sau đây phản ánh đúng quy trình thu thập và xử lí thông tin sử liệu trong quá trình nghiên cứu, tìm hiểu lịch sử?</w:t>
      </w:r>
    </w:p>
    <w:p>
      <w:pPr>
        <w:pStyle w:val="ListParagraph"/>
      </w:pPr>
      <w:r>
        <w:rPr>
          <w:sz w:val="22"/>
        </w:rPr>
        <w:t>A. Xác định vấn đề =&gt; Sưu tầm sử liệu =&gt; Chọn lọc, phân loại =&gt; Xác định, đánh giá.</w:t>
      </w:r>
    </w:p>
    <w:p>
      <w:pPr>
        <w:pStyle w:val="ListParagraph"/>
      </w:pPr>
      <w:r>
        <w:rPr>
          <w:sz w:val="22"/>
        </w:rPr>
        <w:t>B. Xác định vấn đề =&gt; Chọn lọc, phân loại =&gt; Xác định, đánh giá =&gt; Sưu tầm sử liệu.</w:t>
      </w:r>
    </w:p>
    <w:p>
      <w:pPr>
        <w:pStyle w:val="ListParagraph"/>
      </w:pPr>
      <w:r>
        <w:rPr>
          <w:sz w:val="22"/>
        </w:rPr>
        <w:t>C. Sưu tầm sử liệu =&gt; Chọn lọc, phân loại =&gt; Xác định, đánh giá =&gt; Xác định vấn đề.</w:t>
      </w:r>
    </w:p>
    <w:p>
      <w:pPr>
        <w:pStyle w:val="ListParagraph"/>
      </w:pPr>
      <w:r>
        <w:rPr>
          <w:sz w:val="22"/>
        </w:rPr>
        <w:t>D. Sưu tầm sử liệu =&gt; Chọn lọc, phân loại =&gt; Xác định vấn đề =&gt; Xác định, đánh giá.</w:t>
      </w:r>
    </w:p>
    <w:p/>
    <w:p>
      <w:r>
        <w:rPr>
          <w:b/>
          <w:sz w:val="24"/>
        </w:rPr>
        <w:t>Câu 33: Những bài học kinh nghiệm trong lịch sử có giá trị như thế nào đối với cuộc sống hiện tại và tương lai của con người?</w:t>
      </w:r>
    </w:p>
    <w:p>
      <w:pPr>
        <w:pStyle w:val="ListParagraph"/>
      </w:pPr>
      <w:r>
        <w:rPr>
          <w:sz w:val="22"/>
        </w:rPr>
        <w:t>A. Giúp con người kế thừa mọi yếu tố trong quá khứ.</w:t>
      </w:r>
    </w:p>
    <w:p>
      <w:pPr>
        <w:pStyle w:val="ListParagraph"/>
      </w:pPr>
      <w:r>
        <w:rPr>
          <w:sz w:val="22"/>
        </w:rPr>
        <w:t>B. Giúp con người làm chủ hoàn toàn cuộc sống tương lai.</w:t>
      </w:r>
    </w:p>
    <w:p>
      <w:pPr>
        <w:pStyle w:val="ListParagraph"/>
      </w:pPr>
      <w:r>
        <w:rPr>
          <w:sz w:val="22"/>
        </w:rPr>
        <w:t>C. Giúp con người tránh lặp lại sai lầm trong quá khứ.</w:t>
      </w:r>
    </w:p>
    <w:p>
      <w:pPr>
        <w:pStyle w:val="ListParagraph"/>
      </w:pPr>
      <w:r>
        <w:rPr>
          <w:sz w:val="22"/>
        </w:rPr>
        <w:t>D. Là yếu tố quyết định đến tương lai của con người.</w:t>
      </w:r>
    </w:p>
    <w:p/>
    <w:p>
      <w:r>
        <w:rPr>
          <w:b/>
          <w:sz w:val="24"/>
        </w:rPr>
        <w:t>Câu 34: Trong quá trình tìm hiểu, nghiên cứu lịch sử, việc xác minh, đánh giá nguồn sử liệu là một khâu quan trọng nhằm mục đích nào sau đây?</w:t>
      </w:r>
    </w:p>
    <w:p>
      <w:pPr>
        <w:pStyle w:val="ListParagraph"/>
      </w:pPr>
      <w:r>
        <w:rPr>
          <w:sz w:val="22"/>
        </w:rPr>
        <w:t>A. Xác định danh sách các nguồn sử liệu cần thu thập</w:t>
      </w:r>
    </w:p>
    <w:p>
      <w:pPr>
        <w:pStyle w:val="ListParagraph"/>
      </w:pPr>
      <w:r>
        <w:rPr>
          <w:sz w:val="22"/>
        </w:rPr>
        <w:t>B. Xác định độ tin cậy và giá trị của các nguồn sử liệu</w:t>
      </w:r>
    </w:p>
    <w:p>
      <w:pPr>
        <w:pStyle w:val="ListParagraph"/>
      </w:pPr>
      <w:r>
        <w:rPr>
          <w:sz w:val="22"/>
        </w:rPr>
        <w:t>C. Ghi chép thông tin liên quan đến vấn đề nghiên cứu</w:t>
      </w:r>
    </w:p>
    <w:p>
      <w:pPr>
        <w:pStyle w:val="ListParagraph"/>
      </w:pPr>
      <w:r>
        <w:rPr>
          <w:sz w:val="22"/>
        </w:rPr>
        <w:t>D. Chọn lọc và phân loại các nguồn sử liệu phù hợp</w:t>
      </w:r>
    </w:p>
    <w:p/>
    <w:p>
      <w:r>
        <w:rPr>
          <w:b/>
          <w:sz w:val="24"/>
        </w:rPr>
        <w:t>Câu 35: Nội dung nào sau đây không phải là hình thức để học tập, khám phá lịch sử?</w:t>
      </w:r>
    </w:p>
    <w:p>
      <w:pPr>
        <w:pStyle w:val="ListParagraph"/>
      </w:pPr>
      <w:r>
        <w:rPr>
          <w:sz w:val="22"/>
        </w:rPr>
        <w:t>A. Tham quan các bảo tàng</w:t>
      </w:r>
    </w:p>
    <w:p>
      <w:pPr>
        <w:pStyle w:val="ListParagraph"/>
      </w:pPr>
      <w:r>
        <w:rPr>
          <w:sz w:val="22"/>
        </w:rPr>
        <w:t>B. Xem các phim lịch sử</w:t>
      </w:r>
    </w:p>
    <w:p>
      <w:pPr>
        <w:pStyle w:val="ListParagraph"/>
      </w:pPr>
      <w:r>
        <w:rPr>
          <w:sz w:val="22"/>
        </w:rPr>
        <w:t>C. Khám phá các đại dương</w:t>
      </w:r>
    </w:p>
    <w:p>
      <w:pPr>
        <w:pStyle w:val="ListParagraph"/>
      </w:pPr>
      <w:r>
        <w:rPr>
          <w:sz w:val="22"/>
        </w:rPr>
        <w:t>D. Tham quan khu lưu niệm</w:t>
      </w:r>
    </w:p>
    <w:p/>
    <w:p>
      <w:r>
        <w:rPr>
          <w:b/>
          <w:sz w:val="24"/>
        </w:rPr>
        <w:t>Câu 36: Nội dung nào sau đây phản ánh đúng mối liên hệ giữa kiến thức lịch sử với cuộc sống hiện tại?</w:t>
      </w:r>
    </w:p>
    <w:p>
      <w:pPr>
        <w:pStyle w:val="ListParagraph"/>
      </w:pPr>
      <w:r>
        <w:rPr>
          <w:sz w:val="22"/>
        </w:rPr>
        <w:t>A. Lịch sử giúp con người hiểu rõ hơn những vấn đề thời sự trong nước và quốc tế</w:t>
      </w:r>
    </w:p>
    <w:p>
      <w:pPr>
        <w:pStyle w:val="ListParagraph"/>
      </w:pPr>
      <w:r>
        <w:rPr>
          <w:sz w:val="22"/>
        </w:rPr>
        <w:t>B. Kiến thức lịch sử giúp con người thay đổi được quá khứ để hướng tới tương lai</w:t>
      </w:r>
    </w:p>
    <w:p>
      <w:pPr>
        <w:pStyle w:val="ListParagraph"/>
      </w:pPr>
      <w:r>
        <w:rPr>
          <w:sz w:val="22"/>
        </w:rPr>
        <w:t>C. Kiến thức lịch sử là yếu tố quyết định thành công của con người trong công việc</w:t>
      </w:r>
    </w:p>
    <w:p>
      <w:pPr>
        <w:pStyle w:val="ListParagraph"/>
      </w:pPr>
      <w:r>
        <w:rPr>
          <w:sz w:val="22"/>
        </w:rPr>
        <w:t>D. Lịch sử là nhân tố quyết định sự phát triển khoa học kĩ thuật của một quốc gia</w:t>
      </w:r>
    </w:p>
    <w:p/>
    <w:p>
      <w:r>
        <w:rPr>
          <w:b/>
          <w:sz w:val="24"/>
        </w:rPr>
        <w:t>Câu 37: Nội dung nào sau đây phản ánh không đúng ý nghĩa của tri thức lịch sử đối với cuộc sống ?</w:t>
      </w:r>
    </w:p>
    <w:p>
      <w:pPr>
        <w:pStyle w:val="ListParagraph"/>
      </w:pPr>
      <w:r>
        <w:rPr>
          <w:sz w:val="22"/>
        </w:rPr>
        <w:t>A. Góp phần hình thành lòng yêu nước và tinh thần dân tộc.</w:t>
      </w:r>
    </w:p>
    <w:p>
      <w:pPr>
        <w:pStyle w:val="ListParagraph"/>
      </w:pPr>
      <w:r>
        <w:rPr>
          <w:sz w:val="22"/>
        </w:rPr>
        <w:t>B. Giúp con người tránh được những sai lầm trong quá khứ.</w:t>
      </w:r>
    </w:p>
    <w:p>
      <w:pPr>
        <w:pStyle w:val="ListParagraph"/>
      </w:pPr>
      <w:r>
        <w:rPr>
          <w:sz w:val="22"/>
        </w:rPr>
        <w:t>C. Giúp các dân tộc thu hẹp khoảng cách phân hóa giàu nghèo.</w:t>
      </w:r>
    </w:p>
    <w:p>
      <w:pPr>
        <w:pStyle w:val="ListParagraph"/>
      </w:pPr>
      <w:r>
        <w:rPr>
          <w:sz w:val="22"/>
        </w:rPr>
        <w:t>D. Giúp phát huy những di sản quý báu trong cuộc sống hiện tại.</w:t>
      </w:r>
    </w:p>
    <w:p/>
    <w:p>
      <w:r>
        <w:rPr>
          <w:b/>
          <w:sz w:val="24"/>
        </w:rPr>
        <w:t>Câu 38: Cần học tập lịch sử suốt đời vì tri thức lịch sử</w:t>
      </w:r>
    </w:p>
    <w:p>
      <w:pPr>
        <w:pStyle w:val="ListParagraph"/>
      </w:pPr>
      <w:r>
        <w:rPr>
          <w:sz w:val="22"/>
        </w:rPr>
        <w:t>A. liên quan và ảnh hưởng quyết định đến tất cả mọi sự vật, hiện tượng.</w:t>
      </w:r>
    </w:p>
    <w:p>
      <w:pPr>
        <w:pStyle w:val="ListParagraph"/>
      </w:pPr>
      <w:r>
        <w:rPr>
          <w:sz w:val="22"/>
        </w:rPr>
        <w:t>B. chưa hoàn toàn chính xác, cần sửa đổi và bổ sung thường xuyên.</w:t>
      </w:r>
    </w:p>
    <w:p>
      <w:pPr>
        <w:pStyle w:val="ListParagraph"/>
      </w:pPr>
      <w:r>
        <w:rPr>
          <w:sz w:val="22"/>
        </w:rPr>
        <w:t>C. rất rộng lớn và đa dạng, lại biến đổi và phát triển không ngừng</w:t>
      </w:r>
    </w:p>
    <w:p>
      <w:pPr>
        <w:pStyle w:val="ListParagraph"/>
      </w:pPr>
      <w:r>
        <w:rPr>
          <w:sz w:val="22"/>
        </w:rPr>
        <w:t>D. giúp cá nhân hội nhập nhanh chóng vào cuộc sống hiện đại</w:t>
      </w:r>
    </w:p>
    <w:p/>
    <w:p>
      <w:r>
        <w:t>──────────────────────────────────────────────────</w:t>
      </w:r>
    </w:p>
    <w:p>
      <w:r>
        <w:rPr>
          <w:b/>
        </w:rPr>
        <w:t>BẢNG ĐÁP ÁN &amp; LỜI GIẢI CHI TIẾT</w:t>
      </w:r>
    </w:p>
    <w:p>
      <w:r>
        <w:rPr>
          <w:b/>
        </w:rPr>
        <w:t>Câu 1: Đáp án đúng: B</w:t>
      </w:r>
    </w:p>
    <w:p>
      <w:r>
        <w:rPr>
          <w:b/>
        </w:rPr>
        <w:t>Câu 2: Đáp án đúng: A</w:t>
      </w:r>
    </w:p>
    <w:p>
      <w:r>
        <w:rPr>
          <w:b/>
        </w:rPr>
        <w:t>Câu 3: Đáp án đúng: D</w:t>
      </w:r>
    </w:p>
    <w:p>
      <w:r>
        <w:rPr>
          <w:b/>
        </w:rPr>
        <w:t>Câu 4: Đáp án đúng: D</w:t>
      </w:r>
    </w:p>
    <w:p>
      <w:r>
        <w:rPr>
          <w:b/>
        </w:rPr>
        <w:t>Câu 5: Đáp án đúng: D</w:t>
      </w:r>
    </w:p>
    <w:p>
      <w:r>
        <w:rPr>
          <w:b/>
        </w:rPr>
        <w:t>Câu 6: Đáp án đúng: A</w:t>
      </w:r>
    </w:p>
    <w:p>
      <w:r>
        <w:rPr>
          <w:b/>
        </w:rPr>
        <w:t>Câu 7: Đáp án đúng: B</w:t>
      </w:r>
    </w:p>
    <w:p>
      <w:r>
        <w:rPr>
          <w:b/>
        </w:rPr>
        <w:t>Câu 8: Đáp án đúng: A</w:t>
      </w:r>
    </w:p>
    <w:p>
      <w:r>
        <w:rPr>
          <w:b/>
        </w:rPr>
        <w:t>Câu 9: Đáp án đúng: C</w:t>
      </w:r>
    </w:p>
    <w:p>
      <w:r>
        <w:rPr>
          <w:b/>
        </w:rPr>
        <w:t>Câu 10: Đáp án đúng: D</w:t>
      </w:r>
    </w:p>
    <w:p>
      <w:r>
        <w:rPr>
          <w:b/>
        </w:rPr>
        <w:t>Câu 11: Đáp án đúng: B</w:t>
      </w:r>
    </w:p>
    <w:p>
      <w:r>
        <w:rPr>
          <w:b/>
        </w:rPr>
        <w:t>Câu 12: Đáp án đúng: A</w:t>
      </w:r>
    </w:p>
    <w:p>
      <w:r>
        <w:rPr>
          <w:b/>
        </w:rPr>
        <w:t>Câu 13: Đáp án đúng: D</w:t>
      </w:r>
    </w:p>
    <w:p>
      <w:r>
        <w:rPr>
          <w:b/>
        </w:rPr>
        <w:t>Câu 14: Đáp án đúng: C</w:t>
      </w:r>
    </w:p>
    <w:p>
      <w:r>
        <w:rPr>
          <w:b/>
        </w:rPr>
        <w:t>Câu 15: Đáp án đúng: B</w:t>
      </w:r>
    </w:p>
    <w:p>
      <w:r>
        <w:rPr>
          <w:b/>
        </w:rPr>
        <w:t>Câu 16: Đáp án đúng: C</w:t>
      </w:r>
    </w:p>
    <w:p>
      <w:r>
        <w:rPr>
          <w:b/>
        </w:rPr>
        <w:t>Câu 17: Đáp án đúng: C</w:t>
      </w:r>
    </w:p>
    <w:p>
      <w:r>
        <w:rPr>
          <w:b/>
        </w:rPr>
        <w:t>Câu 18: Đáp án đúng: A</w:t>
      </w:r>
    </w:p>
    <w:p>
      <w:r>
        <w:rPr>
          <w:b/>
        </w:rPr>
        <w:t>Câu 19: Đáp án đúng: B</w:t>
      </w:r>
    </w:p>
    <w:p>
      <w:r>
        <w:rPr>
          <w:b/>
        </w:rPr>
        <w:t>Câu 20: Đáp án đúng: A</w:t>
      </w:r>
    </w:p>
    <w:p>
      <w:r>
        <w:rPr>
          <w:b/>
        </w:rPr>
        <w:t>Câu 21: Đáp án đúng: C</w:t>
      </w:r>
    </w:p>
    <w:p>
      <w:r>
        <w:rPr>
          <w:b/>
        </w:rPr>
        <w:t>Câu 22: Đáp án đúng: B</w:t>
      </w:r>
    </w:p>
    <w:p>
      <w:r>
        <w:rPr>
          <w:b/>
        </w:rPr>
        <w:t>Câu 23: Đáp án đúng: D</w:t>
      </w:r>
    </w:p>
    <w:p>
      <w:r>
        <w:rPr>
          <w:b/>
        </w:rPr>
        <w:t>Câu 24: Đáp án đúng: C</w:t>
      </w:r>
    </w:p>
    <w:p>
      <w:r>
        <w:rPr>
          <w:b/>
        </w:rPr>
        <w:t>Câu 25: Đáp án đúng: A</w:t>
      </w:r>
    </w:p>
    <w:p>
      <w:r>
        <w:rPr>
          <w:b/>
        </w:rPr>
        <w:t>Câu 26: Đáp án đúng: B</w:t>
      </w:r>
    </w:p>
    <w:p>
      <w:r>
        <w:rPr>
          <w:b/>
        </w:rPr>
        <w:t>Câu 27: Đáp án đúng: B</w:t>
      </w:r>
    </w:p>
    <w:p>
      <w:r>
        <w:rPr>
          <w:b/>
        </w:rPr>
        <w:t>Câu 28: Đáp án đúng: A</w:t>
      </w:r>
    </w:p>
    <w:p>
      <w:r>
        <w:rPr>
          <w:b/>
        </w:rPr>
        <w:t>Câu 29: Đáp án đúng: B</w:t>
      </w:r>
    </w:p>
    <w:p>
      <w:r>
        <w:rPr>
          <w:b/>
        </w:rPr>
        <w:t>Câu 30: Đáp án đúng: C</w:t>
      </w:r>
    </w:p>
    <w:p>
      <w:r>
        <w:rPr>
          <w:b/>
        </w:rPr>
        <w:t>Câu 31: Đáp án đúng: A</w:t>
      </w:r>
    </w:p>
    <w:p>
      <w:r>
        <w:rPr>
          <w:b/>
        </w:rPr>
        <w:t>Câu 32: Đáp án đúng: A</w:t>
      </w:r>
    </w:p>
    <w:p>
      <w:r>
        <w:rPr>
          <w:b/>
        </w:rPr>
        <w:t>Câu 33: Đáp án đúng: C</w:t>
      </w:r>
    </w:p>
    <w:p>
      <w:r>
        <w:rPr>
          <w:b/>
        </w:rPr>
        <w:t>Câu 34: Đáp án đúng: B</w:t>
      </w:r>
    </w:p>
    <w:p>
      <w:r>
        <w:rPr>
          <w:b/>
        </w:rPr>
        <w:t>Câu 35: Đáp án đúng: C</w:t>
      </w:r>
    </w:p>
    <w:p>
      <w:r>
        <w:rPr>
          <w:b/>
        </w:rPr>
        <w:t>Câu 36: Đáp án đúng: A</w:t>
      </w:r>
    </w:p>
    <w:p>
      <w:r>
        <w:rPr>
          <w:b/>
        </w:rPr>
        <w:t>Câu 37: Đáp án đúng: C</w:t>
      </w:r>
    </w:p>
    <w:p>
      <w:r>
        <w:rPr>
          <w:b/>
        </w:rPr>
        <w:t>Câu 38: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