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🖼️ [IMAGE: /static/uploads/docx_img_17922499...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Choose the odd one out:</w:t>
      </w:r>
    </w:p>
    <w:p>
      <w:pPr>
        <w:pStyle w:val="ListParagraph"/>
      </w:pPr>
      <w:r>
        <w:rPr>
          <w:sz w:val="22"/>
        </w:rPr>
        <w:t>A. ruler</w:t>
      </w:r>
    </w:p>
    <w:p>
      <w:pPr>
        <w:pStyle w:val="ListParagraph"/>
      </w:pPr>
      <w:r>
        <w:rPr>
          <w:sz w:val="22"/>
        </w:rPr>
        <w:t>B. pencil</w:t>
      </w:r>
    </w:p>
    <w:p>
      <w:pPr>
        <w:pStyle w:val="ListParagraph"/>
      </w:pPr>
      <w:r>
        <w:rPr>
          <w:sz w:val="22"/>
        </w:rPr>
        <w:t>C. sister</w:t>
      </w:r>
    </w:p>
    <w:p>
      <w:pPr>
        <w:pStyle w:val="ListParagraph"/>
      </w:pPr>
      <w:r>
        <w:rPr>
          <w:sz w:val="22"/>
        </w:rPr>
        <w:t>D. eraser</w:t>
      </w:r>
    </w:p>
    <w:p/>
    <w:p>
      <w:r>
        <w:rPr>
          <w:b/>
          <w:sz w:val="24"/>
        </w:rPr>
        <w:t>Câu 2: Which word has a different sound for the underlined part?</w:t>
      </w:r>
    </w:p>
    <w:p>
      <w:pPr>
        <w:pStyle w:val="ListParagraph"/>
      </w:pPr>
      <w:r>
        <w:rPr>
          <w:sz w:val="22"/>
        </w:rPr>
        <w:t>A. ten</w:t>
      </w:r>
    </w:p>
    <w:p>
      <w:pPr>
        <w:pStyle w:val="ListParagraph"/>
      </w:pPr>
      <w:r>
        <w:rPr>
          <w:sz w:val="22"/>
        </w:rPr>
        <w:t>B. red</w:t>
      </w:r>
    </w:p>
    <w:p>
      <w:pPr>
        <w:pStyle w:val="ListParagraph"/>
      </w:pPr>
      <w:r>
        <w:rPr>
          <w:sz w:val="22"/>
        </w:rPr>
        <w:t>C. desk</w:t>
      </w:r>
    </w:p>
    <w:p>
      <w:pPr>
        <w:pStyle w:val="ListParagraph"/>
      </w:pPr>
      <w:r>
        <w:rPr>
          <w:sz w:val="22"/>
        </w:rPr>
        <w:t>D. me</w:t>
      </w:r>
    </w:p>
    <w:p/>
    <w:p>
      <w:r>
        <w:rPr>
          <w:b/>
          <w:sz w:val="24"/>
        </w:rPr>
        <w:t>Câu 3: Fill in the blank: My grandma ______ 70 years old.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4: Unscramble the word: KOBONETO → ______________</w:t>
      </w:r>
    </w:p>
    <w:p/>
    <w:p>
      <w:r>
        <w:rPr>
          <w:b/>
          <w:sz w:val="24"/>
        </w:rPr>
        <w:t>Câu 5: Which sentence is correct?</w:t>
      </w:r>
    </w:p>
    <w:p>
      <w:pPr>
        <w:pStyle w:val="ListParagraph"/>
      </w:pPr>
      <w:r>
        <w:rPr>
          <w:sz w:val="22"/>
        </w:rPr>
        <w:t>A. This is my cousins.</w:t>
      </w:r>
    </w:p>
    <w:p>
      <w:pPr>
        <w:pStyle w:val="ListParagraph"/>
      </w:pPr>
      <w:r>
        <w:rPr>
          <w:sz w:val="22"/>
        </w:rPr>
        <w:t>B. That is a monkey.</w:t>
      </w:r>
    </w:p>
    <w:p>
      <w:pPr>
        <w:pStyle w:val="ListParagraph"/>
      </w:pPr>
      <w:r>
        <w:rPr>
          <w:sz w:val="22"/>
        </w:rPr>
        <w:t>C. He are my teacher.</w:t>
      </w:r>
    </w:p>
    <w:p>
      <w:pPr>
        <w:pStyle w:val="ListParagraph"/>
      </w:pPr>
      <w:r>
        <w:rPr>
          <w:sz w:val="22"/>
        </w:rPr>
        <w:t>D. These is birds.</w:t>
      </w:r>
    </w:p>
    <w:p/>
    <w:p>
      <w:r>
        <w:rPr>
          <w:b/>
          <w:sz w:val="24"/>
        </w:rPr>
        <w:t>Câu 6: Rearrange the words: /funny/ /is/ /She/ /very/ → __________________________</w:t>
      </w:r>
    </w:p>
    <w:p/>
    <w:p>
      <w:r>
        <w:rPr>
          <w:b/>
          <w:sz w:val="24"/>
        </w:rPr>
        <w:t>Câu 7: What is the opposite of “ugly”?</w:t>
      </w:r>
    </w:p>
    <w:p>
      <w:pPr>
        <w:pStyle w:val="ListParagraph"/>
      </w:pPr>
      <w:r>
        <w:rPr>
          <w:sz w:val="22"/>
        </w:rPr>
        <w:t>A. big</w:t>
      </w:r>
    </w:p>
    <w:p>
      <w:pPr>
        <w:pStyle w:val="ListParagraph"/>
      </w:pPr>
      <w:r>
        <w:rPr>
          <w:sz w:val="22"/>
        </w:rPr>
        <w:t>B. small</w:t>
      </w:r>
    </w:p>
    <w:p>
      <w:pPr>
        <w:pStyle w:val="ListParagraph"/>
      </w:pPr>
      <w:r>
        <w:rPr>
          <w:sz w:val="22"/>
        </w:rPr>
        <w:t>C. pretty</w:t>
      </w:r>
    </w:p>
    <w:p>
      <w:pPr>
        <w:pStyle w:val="ListParagraph"/>
      </w:pPr>
      <w:r>
        <w:rPr>
          <w:sz w:val="22"/>
        </w:rPr>
        <w:t>D. tall</w:t>
      </w:r>
    </w:p>
    <w:p/>
    <w:p>
      <w:r>
        <w:rPr>
          <w:b/>
          <w:sz w:val="24"/>
        </w:rPr>
        <w:t>Câu 8: Choose the correct response: “What’s your name?”</w:t>
      </w:r>
    </w:p>
    <w:p>
      <w:pPr>
        <w:pStyle w:val="ListParagraph"/>
      </w:pPr>
      <w:r>
        <w:rPr>
          <w:sz w:val="22"/>
        </w:rPr>
        <w:t>A. I’m nine.</w:t>
      </w:r>
    </w:p>
    <w:p>
      <w:pPr>
        <w:pStyle w:val="ListParagraph"/>
      </w:pPr>
      <w:r>
        <w:rPr>
          <w:sz w:val="22"/>
        </w:rPr>
        <w:t>B. I’m Nam.</w:t>
      </w:r>
    </w:p>
    <w:p>
      <w:pPr>
        <w:pStyle w:val="ListParagraph"/>
      </w:pPr>
      <w:r>
        <w:rPr>
          <w:sz w:val="22"/>
        </w:rPr>
        <w:t>C. Good morning.</w:t>
      </w:r>
    </w:p>
    <w:p>
      <w:pPr>
        <w:pStyle w:val="ListParagraph"/>
      </w:pPr>
      <w:r>
        <w:rPr>
          <w:sz w:val="22"/>
        </w:rPr>
        <w:t>D. I have a pencil.</w:t>
      </w:r>
    </w:p>
    <w:p/>
    <w:p>
      <w:r>
        <w:rPr>
          <w:b/>
          <w:sz w:val="24"/>
        </w:rPr>
        <w:t>Câu 9: Find the mistake in the sentence: We has a new classroom.</w:t>
      </w:r>
    </w:p>
    <w:p>
      <w:pPr>
        <w:pStyle w:val="ListParagraph"/>
      </w:pPr>
      <w:r>
        <w:rPr>
          <w:sz w:val="22"/>
        </w:rPr>
        <w:t>A. We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new</w:t>
      </w:r>
    </w:p>
    <w:p>
      <w:pPr>
        <w:pStyle w:val="ListParagraph"/>
      </w:pPr>
      <w:r>
        <w:rPr>
          <w:sz w:val="22"/>
        </w:rPr>
        <w:t>D. classroom</w:t>
      </w:r>
    </w:p>
    <w:p/>
    <w:p>
      <w:r>
        <w:rPr>
          <w:b/>
          <w:sz w:val="24"/>
        </w:rPr>
        <w:t>Câu 10: Choose the correct verb form: He ______ got a red T-shirt and blue shorts.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having</w:t>
      </w:r>
    </w:p>
    <w:p>
      <w:pPr>
        <w:pStyle w:val="ListParagraph"/>
      </w:pPr>
      <w:r>
        <w:rPr>
          <w:sz w:val="22"/>
        </w:rPr>
        <w:t>D. haves</w:t>
      </w:r>
    </w:p>
    <w:p/>
    <w:p>
      <w:r>
        <w:rPr>
          <w:b/>
          <w:sz w:val="24"/>
        </w:rPr>
        <w:t>Câu 11: This ______ a shark.</w:t>
      </w:r>
    </w:p>
    <w:p>
      <w:pPr>
        <w:pStyle w:val="ListParagraph"/>
      </w:pPr>
      <w:r>
        <w:rPr>
          <w:sz w:val="22"/>
        </w:rPr>
        <w:t>A. are</w:t>
      </w:r>
    </w:p>
    <w:p>
      <w:pPr>
        <w:pStyle w:val="ListParagraph"/>
      </w:pPr>
      <w:r>
        <w:rPr>
          <w:sz w:val="22"/>
        </w:rPr>
        <w:t>B. am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12: Complete the sentence: There’s a __________ in the livingroom.</w:t>
      </w:r>
    </w:p>
    <w:p>
      <w:pPr>
        <w:pStyle w:val="ListParagraph"/>
      </w:pPr>
      <w:r>
        <w:rPr>
          <w:sz w:val="22"/>
        </w:rPr>
        <w:t>A. TV</w:t>
      </w:r>
    </w:p>
    <w:p>
      <w:pPr>
        <w:pStyle w:val="ListParagraph"/>
      </w:pPr>
      <w:r>
        <w:rPr>
          <w:sz w:val="22"/>
        </w:rPr>
        <w:t>B. bed</w:t>
      </w:r>
    </w:p>
    <w:p>
      <w:pPr>
        <w:pStyle w:val="ListParagraph"/>
      </w:pPr>
      <w:r>
        <w:rPr>
          <w:sz w:val="22"/>
        </w:rPr>
        <w:t>C. lamp</w:t>
      </w:r>
    </w:p>
    <w:p>
      <w:pPr>
        <w:pStyle w:val="ListParagraph"/>
      </w:pPr>
      <w:r>
        <w:rPr>
          <w:sz w:val="22"/>
        </w:rPr>
        <w:t>D. computer</w:t>
      </w:r>
    </w:p>
    <w:p/>
    <w:p>
      <w:r>
        <w:rPr>
          <w:b/>
          <w:sz w:val="24"/>
        </w:rPr>
        <w:t>Câu 13: Choose the correct Wh-question:</w:t>
      </w:r>
    </w:p>
    <w:p>
      <w:pPr>
        <w:pStyle w:val="ListParagraph"/>
      </w:pPr>
      <w:r>
        <w:rPr>
          <w:sz w:val="22"/>
        </w:rPr>
        <w:t>A. What colour is your pen?</w:t>
      </w:r>
    </w:p>
    <w:p>
      <w:pPr>
        <w:pStyle w:val="ListParagraph"/>
      </w:pPr>
      <w:r>
        <w:rPr>
          <w:sz w:val="22"/>
        </w:rPr>
        <w:t>B. Pen colour what is?</w:t>
      </w:r>
    </w:p>
    <w:p>
      <w:pPr>
        <w:pStyle w:val="ListParagraph"/>
      </w:pPr>
      <w:r>
        <w:rPr>
          <w:sz w:val="22"/>
        </w:rPr>
        <w:t>C. What is pen colour your?</w:t>
      </w:r>
    </w:p>
    <w:p>
      <w:pPr>
        <w:pStyle w:val="ListParagraph"/>
      </w:pPr>
      <w:r>
        <w:rPr>
          <w:sz w:val="22"/>
        </w:rPr>
        <w:t>D. Is pen your what colour?</w:t>
      </w:r>
    </w:p>
    <w:p/>
    <w:p>
      <w:r>
        <w:rPr>
          <w:b/>
          <w:sz w:val="24"/>
        </w:rPr>
        <w:t>Câu 14: Read the short paragraph and answer the question. "Hello! My name is Ben. I have a red ball and a blue car. My favourite toy is the robot. It is big and yellow. I play with my robot in my room every day." What colour is Ben's car?</w:t>
      </w:r>
    </w:p>
    <w:p>
      <w:pPr>
        <w:pStyle w:val="ListParagraph"/>
      </w:pPr>
      <w:r>
        <w:rPr>
          <w:sz w:val="22"/>
        </w:rPr>
        <w:t>A. Red</w:t>
      </w:r>
    </w:p>
    <w:p>
      <w:pPr>
        <w:pStyle w:val="ListParagraph"/>
      </w:pPr>
      <w:r>
        <w:rPr>
          <w:sz w:val="22"/>
        </w:rPr>
        <w:t>B. Blue</w:t>
      </w:r>
    </w:p>
    <w:p>
      <w:pPr>
        <w:pStyle w:val="ListParagraph"/>
      </w:pPr>
      <w:r>
        <w:rPr>
          <w:sz w:val="22"/>
        </w:rPr>
        <w:t>C. Yellow</w:t>
      </w:r>
    </w:p>
    <w:p>
      <w:pPr>
        <w:pStyle w:val="ListParagraph"/>
      </w:pPr>
      <w:r>
        <w:rPr>
          <w:sz w:val="22"/>
        </w:rPr>
        <w:t>D. Green</w:t>
      </w:r>
    </w:p>
    <w:p/>
    <w:p>
      <w:r>
        <w:rPr>
          <w:b/>
          <w:sz w:val="24"/>
        </w:rPr>
        <w:t>Câu 15: Which sentence is true about the paragraph in Question 14?</w:t>
      </w:r>
    </w:p>
    <w:p>
      <w:pPr>
        <w:pStyle w:val="ListParagraph"/>
      </w:pPr>
      <w:r>
        <w:rPr>
          <w:sz w:val="22"/>
        </w:rPr>
        <w:t>A. Ben has a green car.</w:t>
      </w:r>
    </w:p>
    <w:p>
      <w:pPr>
        <w:pStyle w:val="ListParagraph"/>
      </w:pPr>
      <w:r>
        <w:rPr>
          <w:sz w:val="22"/>
        </w:rPr>
        <w:t>B. Ben's robot is small.</w:t>
      </w:r>
    </w:p>
    <w:p>
      <w:pPr>
        <w:pStyle w:val="ListParagraph"/>
      </w:pPr>
      <w:r>
        <w:rPr>
          <w:sz w:val="22"/>
        </w:rPr>
        <w:t>C. Ben plays with his robot in the garden.</w:t>
      </w:r>
    </w:p>
    <w:p>
      <w:pPr>
        <w:pStyle w:val="ListParagraph"/>
      </w:pPr>
      <w:r>
        <w:rPr>
          <w:sz w:val="22"/>
        </w:rPr>
        <w:t>D. Ben's favourite toy is the robot.</w:t>
      </w:r>
    </w:p>
    <w:p/>
    <w:p>
      <w:r>
        <w:rPr>
          <w:b/>
          <w:sz w:val="24"/>
        </w:rPr>
        <w:t>Câu 16: Which word is CLOSEST in meaning to the underlined word? "My classroom is very large."</w:t>
      </w:r>
    </w:p>
    <w:p>
      <w:pPr>
        <w:pStyle w:val="ListParagraph"/>
      </w:pPr>
      <w:r>
        <w:rPr>
          <w:sz w:val="22"/>
        </w:rPr>
        <w:t>A. small</w:t>
      </w:r>
    </w:p>
    <w:p>
      <w:pPr>
        <w:pStyle w:val="ListParagraph"/>
      </w:pPr>
      <w:r>
        <w:rPr>
          <w:sz w:val="22"/>
        </w:rPr>
        <w:t>B. big</w:t>
      </w:r>
    </w:p>
    <w:p>
      <w:pPr>
        <w:pStyle w:val="ListParagraph"/>
      </w:pPr>
      <w:r>
        <w:rPr>
          <w:sz w:val="22"/>
        </w:rPr>
        <w:t>C. short</w:t>
      </w:r>
    </w:p>
    <w:p>
      <w:pPr>
        <w:pStyle w:val="ListParagraph"/>
      </w:pPr>
      <w:r>
        <w:rPr>
          <w:sz w:val="22"/>
        </w:rPr>
        <w:t>D. tiny</w:t>
      </w:r>
    </w:p>
    <w:p/>
    <w:p>
      <w:r>
        <w:rPr>
          <w:b/>
          <w:sz w:val="24"/>
        </w:rPr>
        <w:t>Câu 17: Which sentence is a question?</w:t>
      </w:r>
    </w:p>
    <w:p>
      <w:pPr>
        <w:pStyle w:val="ListParagraph"/>
      </w:pPr>
      <w:r>
        <w:rPr>
          <w:sz w:val="22"/>
        </w:rPr>
        <w:t>A. I like dogs.</w:t>
      </w:r>
    </w:p>
    <w:p>
      <w:pPr>
        <w:pStyle w:val="ListParagraph"/>
      </w:pPr>
      <w:r>
        <w:rPr>
          <w:sz w:val="22"/>
        </w:rPr>
        <w:t>B. She is my sister.</w:t>
      </w:r>
    </w:p>
    <w:p>
      <w:pPr>
        <w:pStyle w:val="ListParagraph"/>
      </w:pPr>
      <w:r>
        <w:rPr>
          <w:sz w:val="22"/>
        </w:rPr>
        <w:t>C. Are they your friends?</w:t>
      </w:r>
    </w:p>
    <w:p>
      <w:pPr>
        <w:pStyle w:val="ListParagraph"/>
      </w:pPr>
      <w:r>
        <w:rPr>
          <w:sz w:val="22"/>
        </w:rPr>
        <w:t>D. He has a cat.</w:t>
      </w:r>
    </w:p>
    <w:p/>
    <w:p>
      <w:r>
        <w:rPr>
          <w:b/>
          <w:sz w:val="24"/>
        </w:rPr>
        <w:t>Câu 18: My dad is a good ______ (SWIM).</w:t>
      </w:r>
    </w:p>
    <w:p>
      <w:pPr>
        <w:pStyle w:val="ListParagraph"/>
      </w:pPr>
      <w:r>
        <w:rPr>
          <w:sz w:val="22"/>
        </w:rPr>
        <w:t>A. swimming</w:t>
      </w:r>
    </w:p>
    <w:p>
      <w:pPr>
        <w:pStyle w:val="ListParagraph"/>
      </w:pPr>
      <w:r>
        <w:rPr>
          <w:sz w:val="22"/>
        </w:rPr>
        <w:t>B. swimmer</w:t>
      </w:r>
    </w:p>
    <w:p>
      <w:pPr>
        <w:pStyle w:val="ListParagraph"/>
      </w:pPr>
      <w:r>
        <w:rPr>
          <w:sz w:val="22"/>
        </w:rPr>
        <w:t>C. swims</w:t>
      </w:r>
    </w:p>
    <w:p>
      <w:pPr>
        <w:pStyle w:val="ListParagraph"/>
      </w:pPr>
      <w:r>
        <w:rPr>
          <w:sz w:val="22"/>
        </w:rPr>
        <w:t>D. swam</w:t>
      </w:r>
    </w:p>
    <w:p/>
    <w:p>
      <w:r>
        <w:rPr>
          <w:b/>
          <w:sz w:val="24"/>
        </w:rPr>
        <w:t>Câu 19: Are there two beds in the bedroom? – Yes, __________.</w:t>
      </w:r>
    </w:p>
    <w:p>
      <w:pPr>
        <w:pStyle w:val="ListParagraph"/>
      </w:pPr>
      <w:r>
        <w:rPr>
          <w:sz w:val="22"/>
        </w:rPr>
        <w:t>A. there is</w:t>
      </w:r>
    </w:p>
    <w:p>
      <w:pPr>
        <w:pStyle w:val="ListParagraph"/>
      </w:pPr>
      <w:r>
        <w:rPr>
          <w:sz w:val="22"/>
        </w:rPr>
        <w:t>B. there are</w:t>
      </w:r>
    </w:p>
    <w:p>
      <w:pPr>
        <w:pStyle w:val="ListParagraph"/>
      </w:pPr>
      <w:r>
        <w:rPr>
          <w:sz w:val="22"/>
        </w:rPr>
        <w:t>C. there isn’t</w:t>
      </w:r>
    </w:p>
    <w:p>
      <w:pPr>
        <w:pStyle w:val="ListParagraph"/>
      </w:pPr>
      <w:r>
        <w:rPr>
          <w:sz w:val="22"/>
        </w:rPr>
        <w:t>D. there aren’t</w:t>
      </w:r>
    </w:p>
    <w:p/>
    <w:p>
      <w:r>
        <w:rPr>
          <w:b/>
          <w:sz w:val="24"/>
        </w:rPr>
        <w:t>Câu 20: General knowledge: Which animal lives in water?</w:t>
      </w:r>
    </w:p>
    <w:p>
      <w:pPr>
        <w:pStyle w:val="ListParagraph"/>
      </w:pPr>
      <w:r>
        <w:rPr>
          <w:sz w:val="22"/>
        </w:rPr>
        <w:t>A. tiger</w:t>
      </w:r>
    </w:p>
    <w:p>
      <w:pPr>
        <w:pStyle w:val="ListParagraph"/>
      </w:pPr>
      <w:r>
        <w:rPr>
          <w:sz w:val="22"/>
        </w:rPr>
        <w:t>B. cat</w:t>
      </w:r>
    </w:p>
    <w:p>
      <w:pPr>
        <w:pStyle w:val="ListParagraph"/>
      </w:pPr>
      <w:r>
        <w:rPr>
          <w:sz w:val="22"/>
        </w:rPr>
        <w:t>C. duck</w:t>
      </w:r>
    </w:p>
    <w:p>
      <w:pPr>
        <w:pStyle w:val="ListParagraph"/>
      </w:pPr>
      <w:r>
        <w:rPr>
          <w:sz w:val="22"/>
        </w:rPr>
        <w:t>D. fish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