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TEST-vocabulary</w:t>
      </w:r>
    </w:p>
    <w:p>
      <w:pPr>
        <w:jc w:val="center"/>
      </w:pPr>
      <w:r>
        <w:rPr>
          <w:sz w:val="22"/>
        </w:rPr>
        <w:t>Số câu: 15    Thời gian: _____ phút    Họ và tên: _________________________</w:t>
      </w:r>
    </w:p>
    <w:p/>
    <w:p>
      <w:r>
        <w:rPr>
          <w:b/>
          <w:sz w:val="24"/>
        </w:rPr>
        <w:t>Câu 1: You wear this on your upper body. It has sleeves and buttons. What is it?</w:t>
      </w:r>
    </w:p>
    <w:p>
      <w:pPr>
        <w:pStyle w:val="ListParagraph"/>
      </w:pPr>
      <w:r>
        <w:rPr>
          <w:sz w:val="22"/>
        </w:rPr>
        <w:t>A. shirt</w:t>
      </w:r>
    </w:p>
    <w:p>
      <w:pPr>
        <w:pStyle w:val="ListParagraph"/>
      </w:pPr>
      <w:r>
        <w:rPr>
          <w:sz w:val="22"/>
        </w:rPr>
        <w:t>B. compass</w:t>
      </w:r>
    </w:p>
    <w:p>
      <w:pPr>
        <w:pStyle w:val="ListParagraph"/>
      </w:pPr>
      <w:r>
        <w:rPr>
          <w:sz w:val="22"/>
        </w:rPr>
        <w:t>C. island</w:t>
      </w:r>
    </w:p>
    <w:p>
      <w:pPr>
        <w:pStyle w:val="ListParagraph"/>
      </w:pPr>
      <w:r>
        <w:rPr>
          <w:sz w:val="22"/>
        </w:rPr>
        <w:t>D. desert</w:t>
      </w:r>
    </w:p>
    <w:p/>
    <w:p>
      <w:r>
        <w:rPr>
          <w:b/>
          <w:sz w:val="24"/>
        </w:rPr>
        <w:t>Câu 2: This tool has a magnetic needle that points north. What is it?</w:t>
      </w:r>
    </w:p>
    <w:p>
      <w:pPr>
        <w:pStyle w:val="ListParagraph"/>
      </w:pPr>
      <w:r>
        <w:rPr>
          <w:sz w:val="22"/>
        </w:rPr>
        <w:t>A. circle</w:t>
      </w:r>
    </w:p>
    <w:p>
      <w:pPr>
        <w:pStyle w:val="ListParagraph"/>
      </w:pPr>
      <w:r>
        <w:rPr>
          <w:sz w:val="22"/>
        </w:rPr>
        <w:t>B. compass</w:t>
      </w:r>
    </w:p>
    <w:p>
      <w:pPr>
        <w:pStyle w:val="ListParagraph"/>
      </w:pPr>
      <w:r>
        <w:rPr>
          <w:sz w:val="22"/>
        </w:rPr>
        <w:t>C. earth</w:t>
      </w:r>
    </w:p>
    <w:p>
      <w:pPr>
        <w:pStyle w:val="ListParagraph"/>
      </w:pPr>
      <w:r>
        <w:rPr>
          <w:sz w:val="22"/>
        </w:rPr>
        <w:t>D. cooking</w:t>
      </w:r>
    </w:p>
    <w:p/>
    <w:p>
      <w:r>
        <w:rPr>
          <w:b/>
          <w:sz w:val="24"/>
        </w:rPr>
        <w:t>Câu 3: This is a round shape with no corners. What is it?</w:t>
      </w:r>
    </w:p>
    <w:p>
      <w:pPr>
        <w:pStyle w:val="ListParagraph"/>
      </w:pPr>
      <w:r>
        <w:rPr>
          <w:sz w:val="22"/>
        </w:rPr>
        <w:t>A. desert</w:t>
      </w:r>
    </w:p>
    <w:p>
      <w:pPr>
        <w:pStyle w:val="ListParagraph"/>
      </w:pPr>
      <w:r>
        <w:rPr>
          <w:sz w:val="22"/>
        </w:rPr>
        <w:t>B. island</w:t>
      </w:r>
    </w:p>
    <w:p>
      <w:pPr>
        <w:pStyle w:val="ListParagraph"/>
      </w:pPr>
      <w:r>
        <w:rPr>
          <w:sz w:val="22"/>
        </w:rPr>
        <w:t>C. circle</w:t>
      </w:r>
    </w:p>
    <w:p>
      <w:pPr>
        <w:pStyle w:val="ListParagraph"/>
      </w:pPr>
      <w:r>
        <w:rPr>
          <w:sz w:val="22"/>
        </w:rPr>
        <w:t>D. shirt</w:t>
      </w:r>
    </w:p>
    <w:p/>
    <w:p>
      <w:r>
        <w:rPr>
          <w:b/>
          <w:sz w:val="24"/>
        </w:rPr>
        <w:t>Câu 4: This is the planet we live on. What is it?</w:t>
      </w:r>
    </w:p>
    <w:p>
      <w:pPr>
        <w:pStyle w:val="ListParagraph"/>
      </w:pPr>
      <w:r>
        <w:rPr>
          <w:sz w:val="22"/>
        </w:rPr>
        <w:t>A. earth</w:t>
      </w:r>
    </w:p>
    <w:p>
      <w:pPr>
        <w:pStyle w:val="ListParagraph"/>
      </w:pPr>
      <w:r>
        <w:rPr>
          <w:sz w:val="22"/>
        </w:rPr>
        <w:t>B. circle</w:t>
      </w:r>
    </w:p>
    <w:p>
      <w:pPr>
        <w:pStyle w:val="ListParagraph"/>
      </w:pPr>
      <w:r>
        <w:rPr>
          <w:sz w:val="22"/>
        </w:rPr>
        <w:t>C. compass</w:t>
      </w:r>
    </w:p>
    <w:p>
      <w:pPr>
        <w:pStyle w:val="ListParagraph"/>
      </w:pPr>
      <w:r>
        <w:rPr>
          <w:sz w:val="22"/>
        </w:rPr>
        <w:t>D. dollhouse</w:t>
      </w:r>
    </w:p>
    <w:p/>
    <w:p>
      <w:r>
        <w:rPr>
          <w:b/>
          <w:sz w:val="24"/>
        </w:rPr>
        <w:t>Câu 5: This is a very dry area with sand and little rain. What is it?</w:t>
      </w:r>
    </w:p>
    <w:p>
      <w:pPr>
        <w:pStyle w:val="ListParagraph"/>
      </w:pPr>
      <w:r>
        <w:rPr>
          <w:sz w:val="22"/>
        </w:rPr>
        <w:t>A. island</w:t>
      </w:r>
    </w:p>
    <w:p>
      <w:pPr>
        <w:pStyle w:val="ListParagraph"/>
      </w:pPr>
      <w:r>
        <w:rPr>
          <w:sz w:val="22"/>
        </w:rPr>
        <w:t>B. desert</w:t>
      </w:r>
    </w:p>
    <w:p>
      <w:pPr>
        <w:pStyle w:val="ListParagraph"/>
      </w:pPr>
      <w:r>
        <w:rPr>
          <w:sz w:val="22"/>
        </w:rPr>
        <w:t>C. cooking</w:t>
      </w:r>
    </w:p>
    <w:p>
      <w:pPr>
        <w:pStyle w:val="ListParagraph"/>
      </w:pPr>
      <w:r>
        <w:rPr>
          <w:sz w:val="22"/>
        </w:rPr>
        <w:t>D. yoga</w:t>
      </w:r>
    </w:p>
    <w:p/>
    <w:p>
      <w:r>
        <w:rPr>
          <w:b/>
          <w:sz w:val="24"/>
        </w:rPr>
        <w:t>Câu 6: This is land surrounded by water. What is it?</w:t>
      </w:r>
    </w:p>
    <w:p>
      <w:pPr>
        <w:pStyle w:val="ListParagraph"/>
      </w:pPr>
      <w:r>
        <w:rPr>
          <w:sz w:val="22"/>
        </w:rPr>
        <w:t>A. circle</w:t>
      </w:r>
    </w:p>
    <w:p>
      <w:pPr>
        <w:pStyle w:val="ListParagraph"/>
      </w:pPr>
      <w:r>
        <w:rPr>
          <w:sz w:val="22"/>
        </w:rPr>
        <w:t>B. compass</w:t>
      </w:r>
    </w:p>
    <w:p>
      <w:pPr>
        <w:pStyle w:val="ListParagraph"/>
      </w:pPr>
      <w:r>
        <w:rPr>
          <w:sz w:val="22"/>
        </w:rPr>
        <w:t>C. island</w:t>
      </w:r>
    </w:p>
    <w:p>
      <w:pPr>
        <w:pStyle w:val="ListParagraph"/>
      </w:pPr>
      <w:r>
        <w:rPr>
          <w:sz w:val="22"/>
        </w:rPr>
        <w:t>D. shirt</w:t>
      </w:r>
    </w:p>
    <w:p/>
    <w:p>
      <w:r>
        <w:rPr>
          <w:b/>
          <w:sz w:val="24"/>
        </w:rPr>
        <w:t>Câu 7: This activity means making food. What is it?</w:t>
      </w:r>
    </w:p>
    <w:p>
      <w:pPr>
        <w:pStyle w:val="ListParagraph"/>
      </w:pPr>
      <w:r>
        <w:rPr>
          <w:sz w:val="22"/>
        </w:rPr>
        <w:t>A. cooking</w:t>
      </w:r>
    </w:p>
    <w:p>
      <w:pPr>
        <w:pStyle w:val="ListParagraph"/>
      </w:pPr>
      <w:r>
        <w:rPr>
          <w:sz w:val="22"/>
        </w:rPr>
        <w:t>B. doing yoga</w:t>
      </w:r>
    </w:p>
    <w:p>
      <w:pPr>
        <w:pStyle w:val="ListParagraph"/>
      </w:pPr>
      <w:r>
        <w:rPr>
          <w:sz w:val="22"/>
        </w:rPr>
        <w:t>C. playing basketball</w:t>
      </w:r>
    </w:p>
    <w:p>
      <w:pPr>
        <w:pStyle w:val="ListParagraph"/>
      </w:pPr>
      <w:r>
        <w:rPr>
          <w:sz w:val="22"/>
        </w:rPr>
        <w:t>D. building dollhouse</w:t>
      </w:r>
    </w:p>
    <w:p/>
    <w:p>
      <w:r>
        <w:rPr>
          <w:b/>
          <w:sz w:val="24"/>
        </w:rPr>
        <w:t>Câu 8: This sport uses a ball and a hoop. What is it?</w:t>
      </w:r>
    </w:p>
    <w:p>
      <w:pPr>
        <w:pStyle w:val="ListParagraph"/>
      </w:pPr>
      <w:r>
        <w:rPr>
          <w:sz w:val="22"/>
        </w:rPr>
        <w:t>A. cooking</w:t>
      </w:r>
    </w:p>
    <w:p>
      <w:pPr>
        <w:pStyle w:val="ListParagraph"/>
      </w:pPr>
      <w:r>
        <w:rPr>
          <w:sz w:val="22"/>
        </w:rPr>
        <w:t>B. doing yoga</w:t>
      </w:r>
    </w:p>
    <w:p>
      <w:pPr>
        <w:pStyle w:val="ListParagraph"/>
      </w:pPr>
      <w:r>
        <w:rPr>
          <w:sz w:val="22"/>
        </w:rPr>
        <w:t>C. playing basketball</w:t>
      </w:r>
    </w:p>
    <w:p>
      <w:pPr>
        <w:pStyle w:val="ListParagraph"/>
      </w:pPr>
      <w:r>
        <w:rPr>
          <w:sz w:val="22"/>
        </w:rPr>
        <w:t>D. building dollhouse</w:t>
      </w:r>
    </w:p>
    <w:p/>
    <w:p>
      <w:r>
        <w:rPr>
          <w:b/>
          <w:sz w:val="24"/>
        </w:rPr>
        <w:t>Câu 9: This activity involves poses and breathing to relax. What is it?</w:t>
      </w:r>
    </w:p>
    <w:p>
      <w:pPr>
        <w:pStyle w:val="ListParagraph"/>
      </w:pPr>
      <w:r>
        <w:rPr>
          <w:sz w:val="22"/>
        </w:rPr>
        <w:t>A. cooking</w:t>
      </w:r>
    </w:p>
    <w:p>
      <w:pPr>
        <w:pStyle w:val="ListParagraph"/>
      </w:pPr>
      <w:r>
        <w:rPr>
          <w:sz w:val="22"/>
        </w:rPr>
        <w:t>B. doing yoga</w:t>
      </w:r>
    </w:p>
    <w:p>
      <w:pPr>
        <w:pStyle w:val="ListParagraph"/>
      </w:pPr>
      <w:r>
        <w:rPr>
          <w:sz w:val="22"/>
        </w:rPr>
        <w:t>C. playing basketball</w:t>
      </w:r>
    </w:p>
    <w:p>
      <w:pPr>
        <w:pStyle w:val="ListParagraph"/>
      </w:pPr>
      <w:r>
        <w:rPr>
          <w:sz w:val="22"/>
        </w:rPr>
        <w:t>D. building dollhouse</w:t>
      </w:r>
    </w:p>
    <w:p/>
    <w:p>
      <w:r>
        <w:rPr>
          <w:b/>
          <w:sz w:val="24"/>
        </w:rPr>
        <w:t>Câu 10: This activity means making a small house for dolls. What is it?</w:t>
      </w:r>
    </w:p>
    <w:p>
      <w:pPr>
        <w:pStyle w:val="ListParagraph"/>
      </w:pPr>
      <w:r>
        <w:rPr>
          <w:sz w:val="22"/>
        </w:rPr>
        <w:t>A. building dollhouse</w:t>
      </w:r>
    </w:p>
    <w:p>
      <w:pPr>
        <w:pStyle w:val="ListParagraph"/>
      </w:pPr>
      <w:r>
        <w:rPr>
          <w:sz w:val="22"/>
        </w:rPr>
        <w:t>B. cooking</w:t>
      </w:r>
    </w:p>
    <w:p>
      <w:pPr>
        <w:pStyle w:val="ListParagraph"/>
      </w:pPr>
      <w:r>
        <w:rPr>
          <w:sz w:val="22"/>
        </w:rPr>
        <w:t>C. doing yoga</w:t>
      </w:r>
    </w:p>
    <w:p>
      <w:pPr>
        <w:pStyle w:val="ListParagraph"/>
      </w:pPr>
      <w:r>
        <w:rPr>
          <w:sz w:val="22"/>
        </w:rPr>
        <w:t>D. playing basketball</w:t>
      </w:r>
    </w:p>
    <w:p/>
    <w:p>
      <w:r>
        <w:rPr>
          <w:b/>
          <w:sz w:val="24"/>
        </w:rPr>
        <w:t>Câu 11: Which word means "a piece of clothing worn on the upper body"?</w:t>
      </w:r>
    </w:p>
    <w:p>
      <w:pPr>
        <w:pStyle w:val="ListParagraph"/>
      </w:pPr>
      <w:r>
        <w:rPr>
          <w:sz w:val="22"/>
        </w:rPr>
        <w:t>A. island</w:t>
      </w:r>
    </w:p>
    <w:p>
      <w:pPr>
        <w:pStyle w:val="ListParagraph"/>
      </w:pPr>
      <w:r>
        <w:rPr>
          <w:sz w:val="22"/>
        </w:rPr>
        <w:t>B. shirt</w:t>
      </w:r>
    </w:p>
    <w:p>
      <w:pPr>
        <w:pStyle w:val="ListParagraph"/>
      </w:pPr>
      <w:r>
        <w:rPr>
          <w:sz w:val="22"/>
        </w:rPr>
        <w:t>C. compass</w:t>
      </w:r>
    </w:p>
    <w:p>
      <w:pPr>
        <w:pStyle w:val="ListParagraph"/>
      </w:pPr>
      <w:r>
        <w:rPr>
          <w:sz w:val="22"/>
        </w:rPr>
        <w:t>D. desert</w:t>
      </w:r>
    </w:p>
    <w:p/>
    <w:p>
      <w:r>
        <w:rPr>
          <w:b/>
          <w:sz w:val="24"/>
        </w:rPr>
        <w:t>Câu 12: Which word means "a tool used for finding directions"?</w:t>
      </w:r>
    </w:p>
    <w:p>
      <w:pPr>
        <w:pStyle w:val="ListParagraph"/>
      </w:pPr>
      <w:r>
        <w:rPr>
          <w:sz w:val="22"/>
        </w:rPr>
        <w:t>A. circle</w:t>
      </w:r>
    </w:p>
    <w:p>
      <w:pPr>
        <w:pStyle w:val="ListParagraph"/>
      </w:pPr>
      <w:r>
        <w:rPr>
          <w:sz w:val="22"/>
        </w:rPr>
        <w:t>B. earth</w:t>
      </w:r>
    </w:p>
    <w:p>
      <w:pPr>
        <w:pStyle w:val="ListParagraph"/>
      </w:pPr>
      <w:r>
        <w:rPr>
          <w:sz w:val="22"/>
        </w:rPr>
        <w:t>C. compass</w:t>
      </w:r>
    </w:p>
    <w:p>
      <w:pPr>
        <w:pStyle w:val="ListParagraph"/>
      </w:pPr>
      <w:r>
        <w:rPr>
          <w:sz w:val="22"/>
        </w:rPr>
        <w:t>D. cooking</w:t>
      </w:r>
    </w:p>
    <w:p/>
    <w:p>
      <w:r>
        <w:rPr>
          <w:b/>
          <w:sz w:val="24"/>
        </w:rPr>
        <w:t>Câu 13: Which word means "a round shape"?</w:t>
      </w:r>
    </w:p>
    <w:p>
      <w:pPr>
        <w:pStyle w:val="ListParagraph"/>
      </w:pPr>
      <w:r>
        <w:rPr>
          <w:sz w:val="22"/>
        </w:rPr>
        <w:t>A. circle</w:t>
      </w:r>
    </w:p>
    <w:p>
      <w:pPr>
        <w:pStyle w:val="ListParagraph"/>
      </w:pPr>
      <w:r>
        <w:rPr>
          <w:sz w:val="22"/>
        </w:rPr>
        <w:t>B. island</w:t>
      </w:r>
    </w:p>
    <w:p>
      <w:pPr>
        <w:pStyle w:val="ListParagraph"/>
      </w:pPr>
      <w:r>
        <w:rPr>
          <w:sz w:val="22"/>
        </w:rPr>
        <w:t>C. desert</w:t>
      </w:r>
    </w:p>
    <w:p>
      <w:pPr>
        <w:pStyle w:val="ListParagraph"/>
      </w:pPr>
      <w:r>
        <w:rPr>
          <w:sz w:val="22"/>
        </w:rPr>
        <w:t>D. shirt</w:t>
      </w:r>
    </w:p>
    <w:p/>
    <w:p>
      <w:r>
        <w:rPr>
          <w:b/>
          <w:sz w:val="24"/>
        </w:rPr>
        <w:t>Câu 14: Which word means "the planet where people live"?</w:t>
      </w:r>
    </w:p>
    <w:p>
      <w:pPr>
        <w:pStyle w:val="ListParagraph"/>
      </w:pPr>
      <w:r>
        <w:rPr>
          <w:sz w:val="22"/>
        </w:rPr>
        <w:t>A. compass</w:t>
      </w:r>
    </w:p>
    <w:p>
      <w:pPr>
        <w:pStyle w:val="ListParagraph"/>
      </w:pPr>
      <w:r>
        <w:rPr>
          <w:sz w:val="22"/>
        </w:rPr>
        <w:t>B. earth</w:t>
      </w:r>
    </w:p>
    <w:p>
      <w:pPr>
        <w:pStyle w:val="ListParagraph"/>
      </w:pPr>
      <w:r>
        <w:rPr>
          <w:sz w:val="22"/>
        </w:rPr>
        <w:t>C. circle</w:t>
      </w:r>
    </w:p>
    <w:p>
      <w:pPr>
        <w:pStyle w:val="ListParagraph"/>
      </w:pPr>
      <w:r>
        <w:rPr>
          <w:sz w:val="22"/>
        </w:rPr>
        <w:t>D. island</w:t>
      </w:r>
    </w:p>
    <w:p/>
    <w:p>
      <w:r>
        <w:rPr>
          <w:b/>
          <w:sz w:val="24"/>
        </w:rPr>
        <w:t>Câu 15: Which word means "land with water all around it"?</w:t>
      </w:r>
    </w:p>
    <w:p>
      <w:pPr>
        <w:pStyle w:val="ListParagraph"/>
      </w:pPr>
      <w:r>
        <w:rPr>
          <w:sz w:val="22"/>
        </w:rPr>
        <w:t>A. desert</w:t>
      </w:r>
    </w:p>
    <w:p>
      <w:pPr>
        <w:pStyle w:val="ListParagraph"/>
      </w:pPr>
      <w:r>
        <w:rPr>
          <w:sz w:val="22"/>
        </w:rPr>
        <w:t>B. cooking</w:t>
      </w:r>
    </w:p>
    <w:p>
      <w:pPr>
        <w:pStyle w:val="ListParagraph"/>
      </w:pPr>
      <w:r>
        <w:rPr>
          <w:sz w:val="22"/>
        </w:rPr>
        <w:t>C. yoga</w:t>
      </w:r>
    </w:p>
    <w:p>
      <w:pPr>
        <w:pStyle w:val="ListParagraph"/>
      </w:pPr>
      <w:r>
        <w:rPr>
          <w:sz w:val="22"/>
        </w:rPr>
        <w:t>D. island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C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D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