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Trắc nghiệm 10 câu tiếng Anh về thì hiện tại ...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