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 Lớp 8: Unit 4 Ethnic Groups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The Hmong people are one of the largest ethnic groups in Vietnam. They are famous for their beautiful ______ clothing.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traditionalist</w:t>
      </w:r>
    </w:p>
    <w:p>
      <w:pPr>
        <w:pStyle w:val="ListParagraph"/>
      </w:pPr>
      <w:r>
        <w:rPr>
          <w:sz w:val="22"/>
        </w:rPr>
        <w:t>C. traditionally</w:t>
      </w:r>
    </w:p>
    <w:p>
      <w:pPr>
        <w:pStyle w:val="ListParagraph"/>
      </w:pPr>
      <w:r>
        <w:rPr>
          <w:sz w:val="22"/>
        </w:rPr>
        <w:t>D. tradition</w:t>
      </w:r>
    </w:p>
    <w:p/>
    <w:p>
      <w:r>
        <w:rPr>
          <w:b/>
          <w:sz w:val="24"/>
        </w:rPr>
        <w:t>Câu 2: Many ethnic minority groups in Vietnam live in ______ areas in the mountains.</w:t>
      </w:r>
    </w:p>
    <w:p>
      <w:pPr>
        <w:pStyle w:val="ListParagraph"/>
      </w:pPr>
      <w:r>
        <w:rPr>
          <w:sz w:val="22"/>
        </w:rPr>
        <w:t>A. remotely</w:t>
      </w:r>
    </w:p>
    <w:p>
      <w:pPr>
        <w:pStyle w:val="ListParagraph"/>
      </w:pPr>
      <w:r>
        <w:rPr>
          <w:sz w:val="22"/>
        </w:rPr>
        <w:t>B. remote</w:t>
      </w:r>
    </w:p>
    <w:p>
      <w:pPr>
        <w:pStyle w:val="ListParagraph"/>
      </w:pPr>
      <w:r>
        <w:rPr>
          <w:sz w:val="22"/>
        </w:rPr>
        <w:t>C. remoter</w:t>
      </w:r>
    </w:p>
    <w:p>
      <w:pPr>
        <w:pStyle w:val="ListParagraph"/>
      </w:pPr>
      <w:r>
        <w:rPr>
          <w:sz w:val="22"/>
        </w:rPr>
        <w:t>D. remoteness</w:t>
      </w:r>
    </w:p>
    <w:p/>
    <w:p>
      <w:r>
        <w:rPr>
          <w:b/>
          <w:sz w:val="24"/>
        </w:rPr>
        <w:t>Câu 3: The Thai people often ______ their traditional costumes during festivals.</w:t>
      </w:r>
    </w:p>
    <w:p>
      <w:pPr>
        <w:pStyle w:val="ListParagraph"/>
      </w:pPr>
      <w:r>
        <w:rPr>
          <w:sz w:val="22"/>
        </w:rPr>
        <w:t>A. wearing</w:t>
      </w:r>
    </w:p>
    <w:p>
      <w:pPr>
        <w:pStyle w:val="ListParagraph"/>
      </w:pPr>
      <w:r>
        <w:rPr>
          <w:sz w:val="22"/>
        </w:rPr>
        <w:t>B. wear</w:t>
      </w:r>
    </w:p>
    <w:p>
      <w:pPr>
        <w:pStyle w:val="ListParagraph"/>
      </w:pPr>
      <w:r>
        <w:rPr>
          <w:sz w:val="22"/>
        </w:rPr>
        <w:t>C. to wear</w:t>
      </w:r>
    </w:p>
    <w:p>
      <w:pPr>
        <w:pStyle w:val="ListParagraph"/>
      </w:pPr>
      <w:r>
        <w:rPr>
          <w:sz w:val="22"/>
        </w:rPr>
        <w:t>D. wears</w:t>
      </w:r>
    </w:p>
    <w:p/>
    <w:p>
      <w:r>
        <w:rPr>
          <w:b/>
          <w:sz w:val="24"/>
        </w:rPr>
        <w:t>Câu 4: Which word has a different stress pattern from the others?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ethnic</w:t>
      </w:r>
    </w:p>
    <w:p>
      <w:pPr>
        <w:pStyle w:val="ListParagraph"/>
      </w:pPr>
      <w:r>
        <w:rPr>
          <w:sz w:val="22"/>
        </w:rPr>
        <w:t>C. minority</w:t>
      </w:r>
    </w:p>
    <w:p>
      <w:pPr>
        <w:pStyle w:val="ListParagraph"/>
      </w:pPr>
      <w:r>
        <w:rPr>
          <w:sz w:val="22"/>
        </w:rPr>
        <w:t>D. community</w:t>
      </w:r>
    </w:p>
    <w:p/>
    <w:p>
      <w:r>
        <w:rPr>
          <w:b/>
          <w:sz w:val="24"/>
        </w:rPr>
        <w:t>Câu 5: The Muong people are known for their rich ______ heritage, including folk songs and epics.</w:t>
      </w:r>
    </w:p>
    <w:p>
      <w:pPr>
        <w:pStyle w:val="ListParagraph"/>
      </w:pPr>
      <w:r>
        <w:rPr>
          <w:sz w:val="22"/>
        </w:rPr>
        <w:t>A. cultured</w:t>
      </w:r>
    </w:p>
    <w:p>
      <w:pPr>
        <w:pStyle w:val="ListParagraph"/>
      </w:pPr>
      <w:r>
        <w:rPr>
          <w:sz w:val="22"/>
        </w:rPr>
        <w:t>B. culture</w:t>
      </w:r>
    </w:p>
    <w:p>
      <w:pPr>
        <w:pStyle w:val="ListParagraph"/>
      </w:pPr>
      <w:r>
        <w:rPr>
          <w:sz w:val="22"/>
        </w:rPr>
        <w:t>C. culturally</w:t>
      </w:r>
    </w:p>
    <w:p>
      <w:pPr>
        <w:pStyle w:val="ListParagraph"/>
      </w:pPr>
      <w:r>
        <w:rPr>
          <w:sz w:val="22"/>
        </w:rPr>
        <w:t>D. cultural</w:t>
      </w:r>
    </w:p>
    <w:p/>
    <w:p>
      <w:r>
        <w:rPr>
          <w:b/>
          <w:sz w:val="24"/>
        </w:rPr>
        <w:t>Câu 6: Ethnic minority children in remote areas often have ______ access to education than those in cities.</w:t>
      </w:r>
    </w:p>
    <w:p>
      <w:pPr>
        <w:pStyle w:val="ListParagraph"/>
      </w:pPr>
      <w:r>
        <w:rPr>
          <w:sz w:val="22"/>
        </w:rPr>
        <w:t>A. less</w:t>
      </w:r>
    </w:p>
    <w:p>
      <w:pPr>
        <w:pStyle w:val="ListParagraph"/>
      </w:pPr>
      <w:r>
        <w:rPr>
          <w:sz w:val="22"/>
        </w:rPr>
        <w:t>B. fewer</w:t>
      </w:r>
    </w:p>
    <w:p>
      <w:pPr>
        <w:pStyle w:val="ListParagraph"/>
      </w:pPr>
      <w:r>
        <w:rPr>
          <w:sz w:val="22"/>
        </w:rPr>
        <w:t>C. few</w:t>
      </w:r>
    </w:p>
    <w:p>
      <w:pPr>
        <w:pStyle w:val="ListParagraph"/>
      </w:pPr>
      <w:r>
        <w:rPr>
          <w:sz w:val="22"/>
        </w:rPr>
        <w:t>D. little</w:t>
      </w:r>
    </w:p>
    <w:p/>
    <w:p>
      <w:r>
        <w:rPr>
          <w:b/>
          <w:sz w:val="24"/>
        </w:rPr>
        <w:t>Câu 7: The Ede people ______ a matriarchal society, where women play an important role.</w:t>
      </w:r>
    </w:p>
    <w:p>
      <w:pPr>
        <w:pStyle w:val="ListParagraph"/>
      </w:pPr>
      <w:r>
        <w:rPr>
          <w:sz w:val="22"/>
        </w:rPr>
        <w:t>A. followed</w:t>
      </w:r>
    </w:p>
    <w:p>
      <w:pPr>
        <w:pStyle w:val="ListParagraph"/>
      </w:pPr>
      <w:r>
        <w:rPr>
          <w:sz w:val="22"/>
        </w:rPr>
        <w:t>B. follow</w:t>
      </w:r>
    </w:p>
    <w:p>
      <w:pPr>
        <w:pStyle w:val="ListParagraph"/>
      </w:pPr>
      <w:r>
        <w:rPr>
          <w:sz w:val="22"/>
        </w:rPr>
        <w:t>C. following</w:t>
      </w:r>
    </w:p>
    <w:p>
      <w:pPr>
        <w:pStyle w:val="ListParagraph"/>
      </w:pPr>
      <w:r>
        <w:rPr>
          <w:sz w:val="22"/>
        </w:rPr>
        <w:t>D. follows</w:t>
      </w:r>
    </w:p>
    <w:p/>
    <w:p>
      <w:r>
        <w:rPr>
          <w:b/>
          <w:sz w:val="24"/>
        </w:rPr>
        <w:t>Câu 8: We should respect the ______ of all ethnic groups in Vietnam.</w:t>
      </w:r>
    </w:p>
    <w:p>
      <w:pPr>
        <w:pStyle w:val="ListParagraph"/>
      </w:pPr>
      <w:r>
        <w:rPr>
          <w:sz w:val="22"/>
        </w:rPr>
        <w:t>A. custom</w:t>
      </w:r>
    </w:p>
    <w:p>
      <w:pPr>
        <w:pStyle w:val="ListParagraph"/>
      </w:pPr>
      <w:r>
        <w:rPr>
          <w:sz w:val="22"/>
        </w:rPr>
        <w:t>B. customize</w:t>
      </w:r>
    </w:p>
    <w:p>
      <w:pPr>
        <w:pStyle w:val="ListParagraph"/>
      </w:pPr>
      <w:r>
        <w:rPr>
          <w:sz w:val="22"/>
        </w:rPr>
        <w:t>C. customary</w:t>
      </w:r>
    </w:p>
    <w:p>
      <w:pPr>
        <w:pStyle w:val="ListParagraph"/>
      </w:pPr>
      <w:r>
        <w:rPr>
          <w:sz w:val="22"/>
        </w:rPr>
        <w:t>D. customs</w:t>
      </w:r>
    </w:p>
    <w:p/>
    <w:p>
      <w:r>
        <w:rPr>
          <w:b/>
          <w:sz w:val="24"/>
        </w:rPr>
        <w:t>Câu 9: The Tay people live mainly in the northern ______ of Vietnam.</w:t>
      </w:r>
    </w:p>
    <w:p>
      <w:pPr>
        <w:pStyle w:val="ListParagraph"/>
      </w:pPr>
      <w:r>
        <w:rPr>
          <w:sz w:val="22"/>
        </w:rPr>
        <w:t>A. provincial</w:t>
      </w:r>
    </w:p>
    <w:p>
      <w:pPr>
        <w:pStyle w:val="ListParagraph"/>
      </w:pPr>
      <w:r>
        <w:rPr>
          <w:sz w:val="22"/>
        </w:rPr>
        <w:t>B. provinces</w:t>
      </w:r>
    </w:p>
    <w:p>
      <w:pPr>
        <w:pStyle w:val="ListParagraph"/>
      </w:pPr>
      <w:r>
        <w:rPr>
          <w:sz w:val="22"/>
        </w:rPr>
        <w:t>C. provincially</w:t>
      </w:r>
    </w:p>
    <w:p>
      <w:pPr>
        <w:pStyle w:val="ListParagraph"/>
      </w:pPr>
      <w:r>
        <w:rPr>
          <w:sz w:val="22"/>
        </w:rPr>
        <w:t>D. province</w:t>
      </w:r>
    </w:p>
    <w:p/>
    <w:p>
      <w:r>
        <w:rPr>
          <w:b/>
          <w:sz w:val="24"/>
        </w:rPr>
        <w:t>Câu 10: Choose the word that is CLOSEST in meaning to 'ethnic' in the sentence: 'Vietnam has 54 ethnic groups.'</w:t>
      </w:r>
    </w:p>
    <w:p>
      <w:pPr>
        <w:pStyle w:val="ListParagraph"/>
      </w:pPr>
      <w:r>
        <w:rPr>
          <w:sz w:val="22"/>
        </w:rPr>
        <w:t>A. foreign</w:t>
      </w:r>
    </w:p>
    <w:p>
      <w:pPr>
        <w:pStyle w:val="ListParagraph"/>
      </w:pPr>
      <w:r>
        <w:rPr>
          <w:sz w:val="22"/>
        </w:rPr>
        <w:t>B. local</w:t>
      </w:r>
    </w:p>
    <w:p>
      <w:pPr>
        <w:pStyle w:val="ListParagraph"/>
      </w:pPr>
      <w:r>
        <w:rPr>
          <w:sz w:val="22"/>
        </w:rPr>
        <w:t>C. racial</w:t>
      </w:r>
    </w:p>
    <w:p>
      <w:pPr>
        <w:pStyle w:val="ListParagraph"/>
      </w:pPr>
      <w:r>
        <w:rPr>
          <w:sz w:val="22"/>
        </w:rPr>
        <w:t>D. national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i/>
        </w:rPr>
        <w:t>Giải thích: Cần tính từ bổ nghĩa cho danh từ 'clothing', 'traditional' (truyền thống) là đáp án đúng.</w:t>
      </w:r>
    </w:p>
    <w:p>
      <w:r>
        <w:rPr>
          <w:b/>
        </w:rPr>
        <w:t>Câu 2: Đáp án đúng: B</w:t>
      </w:r>
    </w:p>
    <w:p>
      <w:r>
        <w:rPr>
          <w:i/>
        </w:rPr>
        <w:t>Giải thích: Cần tính từ bổ nghĩa cho danh từ 'areas', 'remote' (xa xôi, hẻo lánh) là đáp án đúng.</w:t>
      </w:r>
    </w:p>
    <w:p>
      <w:r>
        <w:rPr>
          <w:b/>
        </w:rPr>
        <w:t>Câu 3: Đáp án đúng: B</w:t>
      </w:r>
    </w:p>
    <w:p>
      <w:r>
        <w:rPr>
          <w:i/>
        </w:rPr>
        <w:t>Giải thích: Chủ ngữ số nhiều 'The Thai people' nên động từ chia nguyên mẫu 'wear' (mặc) là đáp án đúng.</w:t>
      </w:r>
    </w:p>
    <w:p>
      <w:r>
        <w:rPr>
          <w:b/>
        </w:rPr>
        <w:t>Câu 4: Đáp án đúng: B</w:t>
      </w:r>
    </w:p>
    <w:p>
      <w:r>
        <w:rPr>
          <w:i/>
        </w:rPr>
        <w:t>Giải thích: 'ethnic' có trọng âm ở âm tiết thứ nhất, các từ còn lại có trọng âm ở âm tiết thứ hai.</w:t>
      </w:r>
    </w:p>
    <w:p>
      <w:r>
        <w:rPr>
          <w:b/>
        </w:rPr>
        <w:t>Câu 5: Đáp án đúng: D</w:t>
      </w:r>
    </w:p>
    <w:p>
      <w:r>
        <w:rPr>
          <w:i/>
        </w:rPr>
        <w:t>Giải thích: Cần tính từ bổ nghĩa cho danh từ 'heritage', 'cultural' (thuộc văn hóa) là đáp án đúng.</w:t>
      </w:r>
    </w:p>
    <w:p>
      <w:r>
        <w:rPr>
          <w:b/>
        </w:rPr>
        <w:t>Câu 6: Đáp án đúng: A</w:t>
      </w:r>
    </w:p>
    <w:p>
      <w:r>
        <w:rPr>
          <w:i/>
        </w:rPr>
        <w:t>Giải thích: So sánh hơn với danh từ không đếm được 'access' dùng 'less', nên 'less' là đáp án đúng.</w:t>
      </w:r>
    </w:p>
    <w:p>
      <w:r>
        <w:rPr>
          <w:b/>
        </w:rPr>
        <w:t>Câu 7: Đáp án đúng: B</w:t>
      </w:r>
    </w:p>
    <w:p>
      <w:r>
        <w:rPr>
          <w:i/>
        </w:rPr>
        <w:t>Giải thích: Chủ ngữ số nhiều 'The Ede people' nên động từ chia nguyên mẫu 'follow' (theo, tuân theo) là đáp án đúng.</w:t>
      </w:r>
    </w:p>
    <w:p>
      <w:r>
        <w:rPr>
          <w:b/>
        </w:rPr>
        <w:t>Câu 8: Đáp án đúng: D</w:t>
      </w:r>
    </w:p>
    <w:p>
      <w:r>
        <w:rPr>
          <w:i/>
        </w:rPr>
        <w:t>Giải thích: Cần danh từ số nhiều 'customs' (phong tục) làm tân ngữ, là đáp án đúng.</w:t>
      </w:r>
    </w:p>
    <w:p>
      <w:r>
        <w:rPr>
          <w:b/>
        </w:rPr>
        <w:t>Câu 9: Đáp án đúng: B</w:t>
      </w:r>
    </w:p>
    <w:p>
      <w:r>
        <w:rPr>
          <w:i/>
        </w:rPr>
        <w:t>Giải thích: Cần danh từ số nhiều 'provinces' (tỉnh) sau 'northern', là đáp án đúng.</w:t>
      </w:r>
    </w:p>
    <w:p>
      <w:r>
        <w:rPr>
          <w:b/>
        </w:rPr>
        <w:t>Câu 10: Đáp án đúng: C</w:t>
      </w:r>
    </w:p>
    <w:p>
      <w:r>
        <w:rPr>
          <w:i/>
        </w:rPr>
        <w:t>Giải thích: 'ethnic' (thuộc dân tộc) gần nghĩa nhất với 'racial' (thuộc chủng tộc), là đáp án đúng.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