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Tảo hôn được hiểu là gì? A. Kết hôn khi chưa ...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Câu 1. Tảo hôn được hiểu là gì?</w:t>
      </w:r>
    </w:p>
    <w:p>
      <w:pPr>
        <w:pStyle w:val="ListParagraph"/>
      </w:pPr>
      <w:r>
        <w:rPr>
          <w:sz w:val="22"/>
        </w:rPr>
        <w:t>A. Kết hôn khi chưa đủ tuổi theo quy định của pháp luật.</w:t>
      </w:r>
    </w:p>
    <w:p>
      <w:pPr>
        <w:pStyle w:val="ListParagraph"/>
      </w:pPr>
      <w:r>
        <w:rPr>
          <w:sz w:val="22"/>
        </w:rPr>
        <w:t>B. Kết hôn với người ở địa phương khác.</w:t>
      </w:r>
    </w:p>
    <w:p>
      <w:pPr>
        <w:pStyle w:val="ListParagraph"/>
      </w:pPr>
      <w:r>
        <w:rPr>
          <w:sz w:val="22"/>
        </w:rPr>
        <w:t>C. Kết hôn với người có hoàn cảnh khó khăn.</w:t>
      </w:r>
    </w:p>
    <w:p>
      <w:pPr>
        <w:pStyle w:val="ListParagraph"/>
      </w:pPr>
      <w:r>
        <w:rPr>
          <w:sz w:val="22"/>
        </w:rPr>
        <w:t>D. Kết hôn không tổ chức lễ cưới.</w:t>
      </w:r>
    </w:p>
    <w:p/>
    <w:p>
      <w:r>
        <w:rPr>
          <w:b/>
          <w:sz w:val="24"/>
        </w:rPr>
        <w:t>Câu 2: Câu 2. Theo quy định của pháp luật Việt Nam hiện hành, nam phải đủ bao nhiêu tuổi mới được kết hôn?</w:t>
      </w:r>
    </w:p>
    <w:p>
      <w:pPr>
        <w:pStyle w:val="ListParagraph"/>
      </w:pPr>
      <w:r>
        <w:rPr>
          <w:sz w:val="22"/>
        </w:rPr>
        <w:t>A. 18 tuổi.</w:t>
      </w:r>
    </w:p>
    <w:p>
      <w:pPr>
        <w:pStyle w:val="ListParagraph"/>
      </w:pPr>
      <w:r>
        <w:rPr>
          <w:sz w:val="22"/>
        </w:rPr>
        <w:t>B. 19 tuổi.</w:t>
      </w:r>
    </w:p>
    <w:p>
      <w:pPr>
        <w:pStyle w:val="ListParagraph"/>
      </w:pPr>
      <w:r>
        <w:rPr>
          <w:sz w:val="22"/>
        </w:rPr>
        <w:t>C. 20 tuổi.</w:t>
      </w:r>
    </w:p>
    <w:p>
      <w:pPr>
        <w:pStyle w:val="ListParagraph"/>
      </w:pPr>
      <w:r>
        <w:rPr>
          <w:sz w:val="22"/>
        </w:rPr>
        <w:t>D. 21 tuổi.</w:t>
      </w:r>
    </w:p>
    <w:p/>
    <w:p>
      <w:r>
        <w:rPr>
          <w:b/>
          <w:sz w:val="24"/>
        </w:rPr>
        <w:t>Câu 3: Câu 3. Theo quy định của pháp luật Việt Nam hiện hành, nữ phải đủ bao nhiêu tuổi mới được kết hôn?</w:t>
      </w:r>
    </w:p>
    <w:p>
      <w:pPr>
        <w:pStyle w:val="ListParagraph"/>
      </w:pPr>
      <w:r>
        <w:rPr>
          <w:sz w:val="22"/>
        </w:rPr>
        <w:t>A. 16 tuổi.</w:t>
      </w:r>
    </w:p>
    <w:p>
      <w:pPr>
        <w:pStyle w:val="ListParagraph"/>
      </w:pPr>
      <w:r>
        <w:rPr>
          <w:sz w:val="22"/>
        </w:rPr>
        <w:t>B. 17 tuổi.</w:t>
      </w:r>
    </w:p>
    <w:p>
      <w:pPr>
        <w:pStyle w:val="ListParagraph"/>
      </w:pPr>
      <w:r>
        <w:rPr>
          <w:sz w:val="22"/>
        </w:rPr>
        <w:t>C. 18 tuổi.</w:t>
      </w:r>
    </w:p>
    <w:p>
      <w:pPr>
        <w:pStyle w:val="ListParagraph"/>
      </w:pPr>
      <w:r>
        <w:rPr>
          <w:sz w:val="22"/>
        </w:rPr>
        <w:t>D. 20 tuổi.</w:t>
      </w:r>
    </w:p>
    <w:p/>
    <w:p>
      <w:r>
        <w:rPr>
          <w:b/>
          <w:sz w:val="24"/>
        </w:rPr>
        <w:t>Câu 4: Câu 4. Một trong những nguyên nhân dẫn đến tình trạng tảo hôn là gì?</w:t>
      </w:r>
    </w:p>
    <w:p>
      <w:pPr>
        <w:pStyle w:val="ListParagraph"/>
      </w:pPr>
      <w:r>
        <w:rPr>
          <w:sz w:val="22"/>
        </w:rPr>
        <w:t>A. Nhận thức pháp luật của một bộ phận người dân còn hạn chế.</w:t>
      </w:r>
    </w:p>
    <w:p>
      <w:pPr>
        <w:pStyle w:val="ListParagraph"/>
      </w:pPr>
      <w:r>
        <w:rPr>
          <w:sz w:val="22"/>
        </w:rPr>
        <w:t>B. Học sinh được tiếp cận quá nhiều thông tin khoa học.</w:t>
      </w:r>
    </w:p>
    <w:p>
      <w:pPr>
        <w:pStyle w:val="ListParagraph"/>
      </w:pPr>
      <w:r>
        <w:rPr>
          <w:sz w:val="22"/>
        </w:rPr>
        <w:t>C. Chất lượng giáo dục ngày càng được nâng cao.</w:t>
      </w:r>
    </w:p>
    <w:p>
      <w:pPr>
        <w:pStyle w:val="ListParagraph"/>
      </w:pPr>
      <w:r>
        <w:rPr>
          <w:sz w:val="22"/>
        </w:rPr>
        <w:t>D. Gia đình quan tâm nhiều hơn đến việc học tập của con.</w:t>
      </w:r>
    </w:p>
    <w:p/>
    <w:p>
      <w:r>
        <w:rPr>
          <w:b/>
          <w:sz w:val="24"/>
        </w:rPr>
        <w:t>Câu 5: Câu 5. Tảo hôn có thể gây ảnh hưởng như thế nào đến việc học tập của học sinh?</w:t>
      </w:r>
    </w:p>
    <w:p>
      <w:pPr>
        <w:pStyle w:val="ListParagraph"/>
      </w:pPr>
      <w:r>
        <w:rPr>
          <w:sz w:val="22"/>
        </w:rPr>
        <w:t>A. Giúp học sinh có thêm động lực học tập.</w:t>
      </w:r>
    </w:p>
    <w:p>
      <w:pPr>
        <w:pStyle w:val="ListParagraph"/>
      </w:pPr>
      <w:r>
        <w:rPr>
          <w:sz w:val="22"/>
        </w:rPr>
        <w:t>B. Có thể khiến học sinh phải bỏ học hoặc gián đoạn việc học.</w:t>
      </w:r>
    </w:p>
    <w:p>
      <w:pPr>
        <w:pStyle w:val="ListParagraph"/>
      </w:pPr>
      <w:r>
        <w:rPr>
          <w:sz w:val="22"/>
        </w:rPr>
        <w:t>C. Không ảnh hưởng đến việc học.</w:t>
      </w:r>
    </w:p>
    <w:p>
      <w:pPr>
        <w:pStyle w:val="ListParagraph"/>
      </w:pPr>
      <w:r>
        <w:rPr>
          <w:sz w:val="22"/>
        </w:rPr>
        <w:t>D. Luôn giúp học sinh trưởng thành nhanh hơn.</w:t>
      </w:r>
    </w:p>
    <w:p/>
    <w:p>
      <w:r>
        <w:rPr>
          <w:b/>
          <w:sz w:val="24"/>
        </w:rPr>
        <w:t>Câu 6: Câu 6. Một hậu quả có thể xảy ra đối với sức khỏe của trẻ em gái khi kết hôn và mang thai quá sớm là gì?</w:t>
      </w:r>
    </w:p>
    <w:p>
      <w:pPr>
        <w:pStyle w:val="ListParagraph"/>
      </w:pPr>
      <w:r>
        <w:rPr>
          <w:sz w:val="22"/>
        </w:rPr>
        <w:t>A. Giảm hoàn toàn nguy cơ về sức khỏe.</w:t>
      </w:r>
    </w:p>
    <w:p>
      <w:pPr>
        <w:pStyle w:val="ListParagraph"/>
      </w:pPr>
      <w:r>
        <w:rPr>
          <w:sz w:val="22"/>
        </w:rPr>
        <w:t>B. Có thể gặp nhiều nguy cơ đối với sức khỏe của mẹ và trẻ.</w:t>
      </w:r>
    </w:p>
    <w:p>
      <w:pPr>
        <w:pStyle w:val="ListParagraph"/>
      </w:pPr>
      <w:r>
        <w:rPr>
          <w:sz w:val="22"/>
        </w:rPr>
        <w:t>C. Luôn sinh con khỏe mạnh hơn.</w:t>
      </w:r>
    </w:p>
    <w:p>
      <w:pPr>
        <w:pStyle w:val="ListParagraph"/>
      </w:pPr>
      <w:r>
        <w:rPr>
          <w:sz w:val="22"/>
        </w:rPr>
        <w:t>D. Không có bất kỳ ảnh hưởng nào.</w:t>
      </w:r>
    </w:p>
    <w:p/>
    <w:p>
      <w:r>
        <w:rPr>
          <w:b/>
          <w:sz w:val="24"/>
        </w:rPr>
        <w:t>Câu 7: Câu 7. Tảo hôn có thể ảnh hưởng đến kinh tế gia đình như thế nào?</w:t>
      </w:r>
    </w:p>
    <w:p>
      <w:pPr>
        <w:pStyle w:val="ListParagraph"/>
      </w:pPr>
      <w:r>
        <w:rPr>
          <w:sz w:val="22"/>
        </w:rPr>
        <w:t>A. Luôn làm tăng thu nhập của gia đình.</w:t>
      </w:r>
    </w:p>
    <w:p>
      <w:pPr>
        <w:pStyle w:val="ListParagraph"/>
      </w:pPr>
      <w:r>
        <w:rPr>
          <w:sz w:val="22"/>
        </w:rPr>
        <w:t>B. Có thể làm tăng gánh nặng kinh tế khi người kết hôn còn quá trẻ.</w:t>
      </w:r>
    </w:p>
    <w:p>
      <w:pPr>
        <w:pStyle w:val="ListParagraph"/>
      </w:pPr>
      <w:r>
        <w:rPr>
          <w:sz w:val="22"/>
        </w:rPr>
        <w:t>C. Không bao giờ ảnh hưởng đến kinh tế.</w:t>
      </w:r>
    </w:p>
    <w:p>
      <w:pPr>
        <w:pStyle w:val="ListParagraph"/>
      </w:pPr>
      <w:r>
        <w:rPr>
          <w:sz w:val="22"/>
        </w:rPr>
        <w:t>D. Giúp gia đình giảm mọi chi phí sinh hoạt.</w:t>
      </w:r>
    </w:p>
    <w:p/>
    <w:p>
      <w:r>
        <w:rPr>
          <w:b/>
          <w:sz w:val="24"/>
        </w:rPr>
        <w:t>Câu 8: Câu 8. Hành vi nào sau đây góp phần phòng, chống tảo hôn?</w:t>
      </w:r>
    </w:p>
    <w:p>
      <w:pPr>
        <w:pStyle w:val="ListParagraph"/>
      </w:pPr>
      <w:r>
        <w:rPr>
          <w:sz w:val="22"/>
        </w:rPr>
        <w:t>A. Cổ vũ bạn bè kết hôn sớm.</w:t>
      </w:r>
    </w:p>
    <w:p>
      <w:pPr>
        <w:pStyle w:val="ListParagraph"/>
      </w:pPr>
      <w:r>
        <w:rPr>
          <w:sz w:val="22"/>
        </w:rPr>
        <w:t>B. Bỏ học để lập gia đình.</w:t>
      </w:r>
    </w:p>
    <w:p>
      <w:pPr>
        <w:pStyle w:val="ListParagraph"/>
      </w:pPr>
      <w:r>
        <w:rPr>
          <w:sz w:val="22"/>
        </w:rPr>
        <w:t>C. Tìm hiểu pháp luật và tuyên truyền về tác hại của tảo hôn.</w:t>
      </w:r>
    </w:p>
    <w:p>
      <w:pPr>
        <w:pStyle w:val="ListParagraph"/>
      </w:pPr>
      <w:r>
        <w:rPr>
          <w:sz w:val="22"/>
        </w:rPr>
        <w:t>D. Che giấu trường hợp tảo hôn trong cộng đồng.</w:t>
      </w:r>
    </w:p>
    <w:p/>
    <w:p>
      <w:r>
        <w:rPr>
          <w:b/>
          <w:sz w:val="24"/>
        </w:rPr>
        <w:t>Câu 9: Câu 9. Khi một người bạn chưa đủ tuổi nhưng có ý định kết hôn, em nên làm gì?</w:t>
      </w:r>
    </w:p>
    <w:p>
      <w:pPr>
        <w:pStyle w:val="ListParagraph"/>
      </w:pPr>
      <w:r>
        <w:rPr>
          <w:sz w:val="22"/>
        </w:rPr>
        <w:t>A. Ủng hộ vì đó là quyết định cá nhân.</w:t>
      </w:r>
    </w:p>
    <w:p>
      <w:pPr>
        <w:pStyle w:val="ListParagraph"/>
      </w:pPr>
      <w:r>
        <w:rPr>
          <w:sz w:val="22"/>
        </w:rPr>
        <w:t>B. Khuyên bạn tiếp tục việc học, tìm hiểu pháp luật và chia sẻ với người lớn đáng tin cậy.</w:t>
      </w:r>
    </w:p>
    <w:p>
      <w:pPr>
        <w:pStyle w:val="ListParagraph"/>
      </w:pPr>
      <w:r>
        <w:rPr>
          <w:sz w:val="22"/>
        </w:rPr>
        <w:t>C. Giữ im lặng để tránh liên quan.</w:t>
      </w:r>
    </w:p>
    <w:p>
      <w:pPr>
        <w:pStyle w:val="ListParagraph"/>
      </w:pPr>
      <w:r>
        <w:rPr>
          <w:sz w:val="22"/>
        </w:rPr>
        <w:t>D. Giúp bạn tổ chức đám cưới.</w:t>
      </w:r>
    </w:p>
    <w:p/>
    <w:p>
      <w:r>
        <w:rPr>
          <w:b/>
          <w:sz w:val="24"/>
        </w:rPr>
        <w:t>Câu 10: Câu 10. Tảo hôn có thể ảnh hưởng đến quyền học tập của trẻ em như thế nào?</w:t>
      </w:r>
    </w:p>
    <w:p>
      <w:pPr>
        <w:pStyle w:val="ListParagraph"/>
      </w:pPr>
      <w:r>
        <w:rPr>
          <w:sz w:val="22"/>
        </w:rPr>
        <w:t>A. Có thể làm hạn chế cơ hội tiếp tục học tập.</w:t>
      </w:r>
    </w:p>
    <w:p>
      <w:pPr>
        <w:pStyle w:val="ListParagraph"/>
      </w:pPr>
      <w:r>
        <w:rPr>
          <w:sz w:val="22"/>
        </w:rPr>
        <w:t>B. Luôn tạo điều kiện học tập tốt hơn.</w:t>
      </w:r>
    </w:p>
    <w:p>
      <w:pPr>
        <w:pStyle w:val="ListParagraph"/>
      </w:pPr>
      <w:r>
        <w:rPr>
          <w:sz w:val="22"/>
        </w:rPr>
        <w:t>C. Không liên quan đến quyền học tập.</w:t>
      </w:r>
    </w:p>
    <w:p>
      <w:pPr>
        <w:pStyle w:val="ListParagraph"/>
      </w:pPr>
      <w:r>
        <w:rPr>
          <w:sz w:val="22"/>
        </w:rPr>
        <w:t>D. Giúp trẻ được học nghề miễn phí.</w:t>
      </w:r>
    </w:p>
    <w:p/>
    <w:p>
      <w:r>
        <w:rPr>
          <w:b/>
          <w:sz w:val="24"/>
        </w:rPr>
        <w:t>Câu 11: Câu 11. Đâu là biểu hiện của việc thiếu hiểu biết về tác hại của tảo hôn?</w:t>
      </w:r>
    </w:p>
    <w:p>
      <w:pPr>
        <w:pStyle w:val="ListParagraph"/>
      </w:pPr>
      <w:r>
        <w:rPr>
          <w:sz w:val="22"/>
        </w:rPr>
        <w:t>A. Cho rằng kết hôn càng sớm càng tốt.</w:t>
      </w:r>
    </w:p>
    <w:p>
      <w:pPr>
        <w:pStyle w:val="ListParagraph"/>
      </w:pPr>
      <w:r>
        <w:rPr>
          <w:sz w:val="22"/>
        </w:rPr>
        <w:t>B. Tìm hiểu Luật Hôn nhân và gia đình.</w:t>
      </w:r>
    </w:p>
    <w:p>
      <w:pPr>
        <w:pStyle w:val="ListParagraph"/>
      </w:pPr>
      <w:r>
        <w:rPr>
          <w:sz w:val="22"/>
        </w:rPr>
        <w:t>C. Khuyến khích trẻ em tiếp tục học tập.</w:t>
      </w:r>
    </w:p>
    <w:p>
      <w:pPr>
        <w:pStyle w:val="ListParagraph"/>
      </w:pPr>
      <w:r>
        <w:rPr>
          <w:sz w:val="22"/>
        </w:rPr>
        <w:t>D. Tuyên truyền về sức khỏe sinh sản vị thành niên.</w:t>
      </w:r>
    </w:p>
    <w:p/>
    <w:p>
      <w:r>
        <w:rPr>
          <w:b/>
          <w:sz w:val="24"/>
        </w:rPr>
        <w:t>Câu 12: Câu 12. Để góp phần giảm tình trạng tảo hôn trong học sinh, nhà trường cần làm gì?</w:t>
      </w:r>
    </w:p>
    <w:p>
      <w:pPr>
        <w:pStyle w:val="ListParagraph"/>
      </w:pPr>
      <w:r>
        <w:rPr>
          <w:sz w:val="22"/>
        </w:rPr>
        <w:t>A. Tăng cường giáo dục pháp luật, kỹ năng sống và sức khỏe sinh sản phù hợp với lứa tuổi.</w:t>
      </w:r>
    </w:p>
    <w:p>
      <w:pPr>
        <w:pStyle w:val="ListParagraph"/>
      </w:pPr>
      <w:r>
        <w:rPr>
          <w:sz w:val="22"/>
        </w:rPr>
        <w:t>B. Không đề cập đến vấn đề hôn nhân vì đây là chuyện riêng của gia đình.</w:t>
      </w:r>
    </w:p>
    <w:p>
      <w:pPr>
        <w:pStyle w:val="ListParagraph"/>
      </w:pPr>
      <w:r>
        <w:rPr>
          <w:sz w:val="22"/>
        </w:rPr>
        <w:t>C. Khuyến khích học sinh kết hôn sau khi nghỉ học.</w:t>
      </w:r>
    </w:p>
    <w:p>
      <w:pPr>
        <w:pStyle w:val="ListParagraph"/>
      </w:pPr>
      <w:r>
        <w:rPr>
          <w:sz w:val="22"/>
        </w:rPr>
        <w:t>D. Chỉ tuyên truyền khi đã xảy ra trường hợp tảo hôn.</w:t>
      </w:r>
    </w:p>
    <w:p/>
    <w:p>
      <w:r>
        <w:rPr>
          <w:b/>
          <w:sz w:val="24"/>
        </w:rPr>
        <w:t>Câu 13: Câu 13. Vai trò của gia đình trong phòng, chống tảo hôn là gì?</w:t>
      </w:r>
    </w:p>
    <w:p>
      <w:pPr>
        <w:pStyle w:val="ListParagraph"/>
      </w:pPr>
      <w:r>
        <w:rPr>
          <w:sz w:val="22"/>
        </w:rPr>
        <w:t>A. Tôn trọng, lắng nghe, giáo dục con cái và định hướng phù hợp.</w:t>
      </w:r>
    </w:p>
    <w:p>
      <w:pPr>
        <w:pStyle w:val="ListParagraph"/>
      </w:pPr>
      <w:r>
        <w:rPr>
          <w:sz w:val="22"/>
        </w:rPr>
        <w:t>B. Ép con kết hôn sớm để ổn định cuộc sống.</w:t>
      </w:r>
    </w:p>
    <w:p>
      <w:pPr>
        <w:pStyle w:val="ListParagraph"/>
      </w:pPr>
      <w:r>
        <w:rPr>
          <w:sz w:val="22"/>
        </w:rPr>
        <w:t>C. Không cần quan tâm đến các mối quan hệ của con.</w:t>
      </w:r>
    </w:p>
    <w:p>
      <w:pPr>
        <w:pStyle w:val="ListParagraph"/>
      </w:pPr>
      <w:r>
        <w:rPr>
          <w:sz w:val="22"/>
        </w:rPr>
        <w:t>D. Quyết định kết hôn thay cho con trong mọi trường hợp.</w:t>
      </w:r>
    </w:p>
    <w:p/>
    <w:p>
      <w:r>
        <w:rPr>
          <w:b/>
          <w:sz w:val="24"/>
        </w:rPr>
        <w:t>Câu 14: Câu 14. Khi phát hiện trường hợp có nguy cơ tảo hôn, học sinh nên ưu tiên làm gì?</w:t>
      </w:r>
    </w:p>
    <w:p>
      <w:pPr>
        <w:pStyle w:val="ListParagraph"/>
      </w:pPr>
      <w:r>
        <w:rPr>
          <w:sz w:val="22"/>
        </w:rPr>
        <w:t>A. Đăng thông tin lên mạng xã hội để mọi người biết.</w:t>
      </w:r>
    </w:p>
    <w:p>
      <w:pPr>
        <w:pStyle w:val="ListParagraph"/>
      </w:pPr>
      <w:r>
        <w:rPr>
          <w:sz w:val="22"/>
        </w:rPr>
        <w:t>B. Chế giễu người trong cuộc.</w:t>
      </w:r>
    </w:p>
    <w:p>
      <w:pPr>
        <w:pStyle w:val="ListParagraph"/>
      </w:pPr>
      <w:r>
        <w:rPr>
          <w:sz w:val="22"/>
        </w:rPr>
        <w:t>C. Báo cho giáo viên, gia đình hoặc người có trách nhiệm để được tư vấn, hỗ trợ.</w:t>
      </w:r>
    </w:p>
    <w:p>
      <w:pPr>
        <w:pStyle w:val="ListParagraph"/>
      </w:pPr>
      <w:r>
        <w:rPr>
          <w:sz w:val="22"/>
        </w:rPr>
        <w:t>D. Tự mình can thiệp bằng mọi cách.</w:t>
      </w:r>
    </w:p>
    <w:p/>
    <w:p>
      <w:r>
        <w:rPr>
          <w:b/>
          <w:sz w:val="24"/>
        </w:rPr>
        <w:t>Câu 15: Câu 15. Thông điệp nào phù hợp nhất với việc phòng, chống tảo hôn trong học sinh?</w:t>
      </w:r>
    </w:p>
    <w:p>
      <w:pPr>
        <w:pStyle w:val="ListParagraph"/>
      </w:pPr>
      <w:r>
        <w:rPr>
          <w:sz w:val="22"/>
        </w:rPr>
        <w:t>A. “Kết hôn càng sớm, cuộc sống càng tốt đẹp.”</w:t>
      </w:r>
    </w:p>
    <w:p>
      <w:pPr>
        <w:pStyle w:val="ListParagraph"/>
      </w:pPr>
      <w:r>
        <w:rPr>
          <w:sz w:val="22"/>
        </w:rPr>
        <w:t>B. “Học tập hôm nay – xây dựng tương lai ngày mai – nói không với tảo hôn.”</w:t>
      </w:r>
    </w:p>
    <w:p>
      <w:pPr>
        <w:pStyle w:val="ListParagraph"/>
      </w:pPr>
      <w:r>
        <w:rPr>
          <w:sz w:val="22"/>
        </w:rPr>
        <w:t>C. “Tảo hôn là chuyện riêng của mỗi gia đình.”</w:t>
      </w:r>
    </w:p>
    <w:p>
      <w:pPr>
        <w:pStyle w:val="ListParagraph"/>
      </w:pPr>
      <w:r>
        <w:rPr>
          <w:sz w:val="22"/>
        </w:rPr>
        <w:t>D. “Chỉ cần tổ chức lễ cưới là có thể kết hôn.”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