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Ktra địa lớp 12</w:t>
      </w:r>
    </w:p>
    <w:p>
      <w:pPr>
        <w:jc w:val="center"/>
      </w:pPr>
      <w:r>
        <w:rPr>
          <w:sz w:val="22"/>
        </w:rPr>
        <w:t>Số câu: 40    Thời gian: _____ phút    Họ và tên: _________________________</w:t>
      </w:r>
    </w:p>
    <w:p/>
    <w:p>
      <w:r>
        <w:rPr>
          <w:b/>
          <w:sz w:val="24"/>
        </w:rPr>
        <w:t>Câu 1: Câu 1: Nước ta tiếp giáp vùng biển nhiệt đới rộng nên có</w:t>
      </w:r>
    </w:p>
    <w:p>
      <w:pPr>
        <w:pStyle w:val="ListParagraph"/>
      </w:pPr>
      <w:r>
        <w:rPr>
          <w:sz w:val="22"/>
        </w:rPr>
        <w:t>A. nhiều loại khoáng sản kim loại.</w:t>
      </w:r>
    </w:p>
    <w:p>
      <w:pPr>
        <w:pStyle w:val="ListParagraph"/>
      </w:pPr>
      <w:r>
        <w:rPr>
          <w:sz w:val="22"/>
        </w:rPr>
        <w:t>B. có nhiều bão, áp thấp nhiệt đới.</w:t>
      </w:r>
    </w:p>
    <w:p>
      <w:pPr>
        <w:pStyle w:val="ListParagraph"/>
      </w:pPr>
      <w:r>
        <w:rPr>
          <w:sz w:val="22"/>
        </w:rPr>
        <w:t>C. rừng ngập mặn ven biển rộng.</w:t>
      </w:r>
    </w:p>
    <w:p>
      <w:pPr>
        <w:pStyle w:val="ListParagraph"/>
      </w:pPr>
      <w:r>
        <w:rPr>
          <w:sz w:val="22"/>
        </w:rPr>
        <w:t>D. địa hình ven biển khá đa dạng.</w:t>
      </w:r>
    </w:p>
    <w:p/>
    <w:p>
      <w:r>
        <w:rPr>
          <w:b/>
          <w:sz w:val="24"/>
        </w:rPr>
        <w:t>Câu 2: Câu 2: Nước ta nằm trong khu vực có gió mùa nên có</w:t>
      </w:r>
    </w:p>
    <w:p>
      <w:pPr>
        <w:pStyle w:val="ListParagraph"/>
      </w:pPr>
      <w:r>
        <w:rPr>
          <w:sz w:val="22"/>
        </w:rPr>
        <w:t>A. độ ẩm lớn, cân bằng ẩm âm quanh năm.</w:t>
      </w:r>
    </w:p>
    <w:p>
      <w:pPr>
        <w:pStyle w:val="ListParagraph"/>
      </w:pPr>
      <w:r>
        <w:rPr>
          <w:sz w:val="22"/>
        </w:rPr>
        <w:t>B. chế độ nhiệt và mưa thay đổi theo mùa.</w:t>
      </w:r>
    </w:p>
    <w:p>
      <w:pPr>
        <w:pStyle w:val="ListParagraph"/>
      </w:pPr>
      <w:r>
        <w:rPr>
          <w:sz w:val="22"/>
        </w:rPr>
        <w:t>C. nhiều thiên tai của vùng biển nhiệt đới.</w:t>
      </w:r>
    </w:p>
    <w:p>
      <w:pPr>
        <w:pStyle w:val="ListParagraph"/>
      </w:pPr>
      <w:r>
        <w:rPr>
          <w:sz w:val="22"/>
        </w:rPr>
        <w:t>D. cảnh quan của vùng ôn đới rất đa dạng.</w:t>
      </w:r>
    </w:p>
    <w:p/>
    <w:p>
      <w:r>
        <w:rPr>
          <w:b/>
          <w:sz w:val="24"/>
        </w:rPr>
        <w:t>Câu 3: Câu 3: Nước ta nằm trong khu vực gió mùa nên có</w:t>
      </w:r>
    </w:p>
    <w:p>
      <w:pPr>
        <w:pStyle w:val="ListParagraph"/>
      </w:pPr>
      <w:r>
        <w:rPr>
          <w:sz w:val="22"/>
        </w:rPr>
        <w:t>A. cảnh quan xavan khô hạn.</w:t>
      </w:r>
    </w:p>
    <w:p>
      <w:pPr>
        <w:pStyle w:val="ListParagraph"/>
      </w:pPr>
      <w:r>
        <w:rPr>
          <w:sz w:val="22"/>
        </w:rPr>
        <w:t>B. thời tiết thay đổi theo mùa.</w:t>
      </w:r>
    </w:p>
    <w:p>
      <w:pPr>
        <w:pStyle w:val="ListParagraph"/>
      </w:pPr>
      <w:r>
        <w:rPr>
          <w:sz w:val="22"/>
        </w:rPr>
        <w:t>C. biên độ nhiệt độ năm cao.</w:t>
      </w:r>
    </w:p>
    <w:p>
      <w:pPr>
        <w:pStyle w:val="ListParagraph"/>
      </w:pPr>
      <w:r>
        <w:rPr>
          <w:sz w:val="22"/>
        </w:rPr>
        <w:t>D. động vật, thực vật đa dạng.</w:t>
      </w:r>
    </w:p>
    <w:p/>
    <w:p>
      <w:r>
        <w:rPr>
          <w:b/>
          <w:sz w:val="24"/>
        </w:rPr>
        <w:t>Câu 4: Câu 4: Nước ta có vị trí bán đảo nên</w:t>
      </w:r>
    </w:p>
    <w:p>
      <w:pPr>
        <w:pStyle w:val="ListParagraph"/>
      </w:pPr>
      <w:r>
        <w:rPr>
          <w:sz w:val="22"/>
        </w:rPr>
        <w:t>A. khí hậu nhiệt đới ẩm gió mùa.</w:t>
      </w:r>
    </w:p>
    <w:p>
      <w:pPr>
        <w:pStyle w:val="ListParagraph"/>
      </w:pPr>
      <w:r>
        <w:rPr>
          <w:sz w:val="22"/>
        </w:rPr>
        <w:t>B. thiên nhiên mang tính biển lớn.</w:t>
      </w:r>
    </w:p>
    <w:p>
      <w:pPr>
        <w:pStyle w:val="ListParagraph"/>
      </w:pPr>
      <w:r>
        <w:rPr>
          <w:sz w:val="22"/>
        </w:rPr>
        <w:t>C. lượng mưa lớn, độ ẩm khá cao.</w:t>
      </w:r>
    </w:p>
    <w:p>
      <w:pPr>
        <w:pStyle w:val="ListParagraph"/>
      </w:pPr>
      <w:r>
        <w:rPr>
          <w:sz w:val="22"/>
        </w:rPr>
        <w:t>D. cảnh quan xanh tốt quanh năm.</w:t>
      </w:r>
    </w:p>
    <w:p/>
    <w:p>
      <w:r>
        <w:rPr>
          <w:b/>
          <w:sz w:val="24"/>
        </w:rPr>
        <w:t>Câu 5: Câu 5: Nước ta nằm trong khu vực hoạt động của các khối khí có nguồn gốc biển nhiệt đới nên có</w:t>
      </w:r>
    </w:p>
    <w:p>
      <w:pPr>
        <w:pStyle w:val="ListParagraph"/>
      </w:pPr>
      <w:r>
        <w:rPr>
          <w:sz w:val="22"/>
        </w:rPr>
        <w:t>A. lượng mưa năm cao, số ngày mưa năm khá lớn.</w:t>
      </w:r>
    </w:p>
    <w:p>
      <w:pPr>
        <w:pStyle w:val="ListParagraph"/>
      </w:pPr>
      <w:r>
        <w:rPr>
          <w:sz w:val="22"/>
        </w:rPr>
        <w:t>B. cân bằng ẩm luôn dương, số ngày mưa phùn ít.</w:t>
      </w:r>
    </w:p>
    <w:p>
      <w:pPr>
        <w:pStyle w:val="ListParagraph"/>
      </w:pPr>
      <w:r>
        <w:rPr>
          <w:sz w:val="22"/>
        </w:rPr>
        <w:t>C. độ ẩm lớn, lượng mưa phân hóa theo dải hội tụ.</w:t>
      </w:r>
    </w:p>
    <w:p>
      <w:pPr>
        <w:pStyle w:val="ListParagraph"/>
      </w:pPr>
      <w:r>
        <w:rPr>
          <w:sz w:val="22"/>
        </w:rPr>
        <w:t>D. bão và áp thấp nhiệt đới, độ bốc hơi nước thấp.</w:t>
      </w:r>
    </w:p>
    <w:p/>
    <w:p>
      <w:r>
        <w:rPr>
          <w:b/>
          <w:sz w:val="24"/>
        </w:rPr>
        <w:t>Câu 6: Câu 6: Nước ta nằm trong khu vực có vận động kiến tạo và ngoại lực tác động mạnh nên có</w:t>
      </w:r>
    </w:p>
    <w:p>
      <w:pPr>
        <w:pStyle w:val="ListParagraph"/>
      </w:pPr>
      <w:r>
        <w:rPr>
          <w:sz w:val="22"/>
        </w:rPr>
        <w:t>A. địa hình phân hóa đa dạng.</w:t>
      </w:r>
    </w:p>
    <w:p>
      <w:pPr>
        <w:pStyle w:val="ListParagraph"/>
      </w:pPr>
      <w:r>
        <w:rPr>
          <w:sz w:val="22"/>
        </w:rPr>
        <w:t>B. tài nguyên sinh vật giàu có.</w:t>
      </w:r>
    </w:p>
    <w:p>
      <w:pPr>
        <w:pStyle w:val="ListParagraph"/>
      </w:pPr>
      <w:r>
        <w:rPr>
          <w:sz w:val="22"/>
        </w:rPr>
        <w:t>C. khí hậu nhiệt đới gió mùa.</w:t>
      </w:r>
    </w:p>
    <w:p>
      <w:pPr>
        <w:pStyle w:val="ListParagraph"/>
      </w:pPr>
      <w:r>
        <w:rPr>
          <w:sz w:val="22"/>
        </w:rPr>
        <w:t>D. nhiệt ẩm thay đổi theo mùa.</w:t>
      </w:r>
    </w:p>
    <w:p/>
    <w:p>
      <w:r>
        <w:rPr>
          <w:b/>
          <w:sz w:val="24"/>
        </w:rPr>
        <w:t>Câu 7: Câu 7: Nước ta nằm khu vực hoạt động của các khối khí theo mùa nên có</w:t>
      </w:r>
    </w:p>
    <w:p>
      <w:pPr>
        <w:pStyle w:val="ListParagraph"/>
      </w:pPr>
      <w:r>
        <w:rPr>
          <w:sz w:val="22"/>
        </w:rPr>
        <w:t>A. nhiệt độ trung bình năm thấp.</w:t>
      </w:r>
    </w:p>
    <w:p>
      <w:pPr>
        <w:pStyle w:val="ListParagraph"/>
      </w:pPr>
      <w:r>
        <w:rPr>
          <w:sz w:val="22"/>
        </w:rPr>
        <w:t>B. chế độ mưa thay đổi theo mùa.</w:t>
      </w:r>
    </w:p>
    <w:p>
      <w:pPr>
        <w:pStyle w:val="ListParagraph"/>
      </w:pPr>
      <w:r>
        <w:rPr>
          <w:sz w:val="22"/>
        </w:rPr>
        <w:t>C. cân bằng ẩm đạt giá trị dương.</w:t>
      </w:r>
    </w:p>
    <w:p>
      <w:pPr>
        <w:pStyle w:val="ListParagraph"/>
      </w:pPr>
      <w:r>
        <w:rPr>
          <w:sz w:val="22"/>
        </w:rPr>
        <w:t>D. thực vật xanh tốt quanh năm.</w:t>
      </w:r>
    </w:p>
    <w:p/>
    <w:p>
      <w:r>
        <w:rPr>
          <w:b/>
          <w:sz w:val="24"/>
        </w:rPr>
        <w:t>Câu 8: Câu 8: Nước ta nằm ở</w:t>
      </w:r>
    </w:p>
    <w:p>
      <w:pPr>
        <w:pStyle w:val="ListParagraph"/>
      </w:pPr>
      <w:r>
        <w:rPr>
          <w:sz w:val="22"/>
        </w:rPr>
        <w:t>A. giữa đai áp cao chí tuyến và áp thấp ôn đới.</w:t>
      </w:r>
    </w:p>
    <w:p>
      <w:pPr>
        <w:pStyle w:val="ListParagraph"/>
      </w:pPr>
      <w:r>
        <w:rPr>
          <w:sz w:val="22"/>
        </w:rPr>
        <w:t>B. khu vực chịu ảnh hưởng của nước biển dâng.</w:t>
      </w:r>
    </w:p>
    <w:p>
      <w:pPr>
        <w:pStyle w:val="ListParagraph"/>
      </w:pPr>
      <w:r>
        <w:rPr>
          <w:sz w:val="22"/>
        </w:rPr>
        <w:t>C. vùng có gió tây ôn đới hoạt động mạnh mẽ.</w:t>
      </w:r>
    </w:p>
    <w:p>
      <w:pPr>
        <w:pStyle w:val="ListParagraph"/>
      </w:pPr>
      <w:r>
        <w:rPr>
          <w:sz w:val="22"/>
        </w:rPr>
        <w:t>D. nơi tiếp giáp với năm đại dương trên thế giới.</w:t>
      </w:r>
    </w:p>
    <w:p/>
    <w:p>
      <w:r>
        <w:rPr>
          <w:b/>
          <w:sz w:val="24"/>
        </w:rPr>
        <w:t>Câu 9: Câu 9: Nước ta có vị trí nằm trong khu vực gió mùa điển hình trên thế giới nên có</w:t>
      </w:r>
    </w:p>
    <w:p>
      <w:pPr>
        <w:pStyle w:val="ListParagraph"/>
      </w:pPr>
      <w:r>
        <w:rPr>
          <w:sz w:val="22"/>
        </w:rPr>
        <w:t>A. các thành phần tự nhiên thay đổi theo mùa.</w:t>
      </w:r>
    </w:p>
    <w:p>
      <w:pPr>
        <w:pStyle w:val="ListParagraph"/>
      </w:pPr>
      <w:r>
        <w:rPr>
          <w:sz w:val="22"/>
        </w:rPr>
        <w:t>B. chế độ nhiệt phân hóa rõ theo không gian.</w:t>
      </w:r>
    </w:p>
    <w:p>
      <w:pPr>
        <w:pStyle w:val="ListParagraph"/>
      </w:pPr>
      <w:r>
        <w:rPr>
          <w:sz w:val="22"/>
        </w:rPr>
        <w:t>C. nhiều thiên tai của vùng biển nhiệt đới ẩm.</w:t>
      </w:r>
    </w:p>
    <w:p>
      <w:pPr>
        <w:pStyle w:val="ListParagraph"/>
      </w:pPr>
      <w:r>
        <w:rPr>
          <w:sz w:val="22"/>
        </w:rPr>
        <w:t>D. hệ sinh thái rừng nhiệt đới ẩm trên đá vôi.</w:t>
      </w:r>
    </w:p>
    <w:p/>
    <w:p>
      <w:r>
        <w:rPr>
          <w:b/>
          <w:sz w:val="24"/>
        </w:rPr>
        <w:t>Câu 10: Câu 10: Nước ta nằm trong vùng nội chí tuyến bán cầu Bắc nên có</w:t>
      </w:r>
    </w:p>
    <w:p>
      <w:pPr>
        <w:pStyle w:val="ListParagraph"/>
      </w:pPr>
      <w:r>
        <w:rPr>
          <w:sz w:val="22"/>
        </w:rPr>
        <w:t>A. bức xạ mặt trời thay đổi theo mùa.</w:t>
      </w:r>
    </w:p>
    <w:p>
      <w:pPr>
        <w:pStyle w:val="ListParagraph"/>
      </w:pPr>
      <w:r>
        <w:rPr>
          <w:sz w:val="22"/>
        </w:rPr>
        <w:t>B. chế độ nhiệt mùa đông biến động.</w:t>
      </w:r>
    </w:p>
    <w:p>
      <w:pPr>
        <w:pStyle w:val="ListParagraph"/>
      </w:pPr>
      <w:r>
        <w:rPr>
          <w:sz w:val="22"/>
        </w:rPr>
        <w:t>C. hiện tượng mặt trời lên thiên đỉnh.</w:t>
      </w:r>
    </w:p>
    <w:p>
      <w:pPr>
        <w:pStyle w:val="ListParagraph"/>
      </w:pPr>
      <w:r>
        <w:rPr>
          <w:sz w:val="22"/>
        </w:rPr>
        <w:t>D. thảm thực vật xanh tốt quanh năm.</w:t>
      </w:r>
    </w:p>
    <w:p/>
    <w:p>
      <w:r>
        <w:rPr>
          <w:b/>
          <w:sz w:val="24"/>
        </w:rPr>
        <w:t>Câu 11: Câu 11: Nước ta nằm giữa chí tuyến Bắc và xích đạo nên có</w:t>
      </w:r>
    </w:p>
    <w:p>
      <w:pPr>
        <w:pStyle w:val="ListParagraph"/>
      </w:pPr>
      <w:r>
        <w:rPr>
          <w:sz w:val="22"/>
        </w:rPr>
        <w:t>A. khí hậu nhiệt đới, phân hóa thành hai mùa.</w:t>
      </w:r>
    </w:p>
    <w:p>
      <w:pPr>
        <w:pStyle w:val="ListParagraph"/>
      </w:pPr>
      <w:r>
        <w:rPr>
          <w:sz w:val="22"/>
        </w:rPr>
        <w:t>B. cán cân bức xạ dương cả năm, độ ẩm lớn.</w:t>
      </w:r>
    </w:p>
    <w:p>
      <w:pPr>
        <w:pStyle w:val="ListParagraph"/>
      </w:pPr>
      <w:r>
        <w:rPr>
          <w:sz w:val="22"/>
        </w:rPr>
        <w:t>C. số giờ nắng cao, giàu tài nguyên sinh vật.</w:t>
      </w:r>
    </w:p>
    <w:p>
      <w:pPr>
        <w:pStyle w:val="ListParagraph"/>
      </w:pPr>
      <w:r>
        <w:rPr>
          <w:sz w:val="22"/>
        </w:rPr>
        <w:t>D. tổng bức xạ lớn, nhiệt độ trung bình cao.</w:t>
      </w:r>
    </w:p>
    <w:p/>
    <w:p>
      <w:r>
        <w:rPr>
          <w:b/>
          <w:sz w:val="24"/>
        </w:rPr>
        <w:t>Câu 12: Câu 12: Nước ta nằm hoàn toàn giữa chí tuyến Bắc và xích đạo nên có</w:t>
      </w:r>
    </w:p>
    <w:p>
      <w:pPr>
        <w:pStyle w:val="ListParagraph"/>
      </w:pPr>
      <w:r>
        <w:rPr>
          <w:sz w:val="22"/>
        </w:rPr>
        <w:t>A. tổng bức xạ lớn, cán cân bức xạ luôn âm.</w:t>
      </w:r>
    </w:p>
    <w:p>
      <w:pPr>
        <w:pStyle w:val="ListParagraph"/>
      </w:pPr>
      <w:r>
        <w:rPr>
          <w:sz w:val="22"/>
        </w:rPr>
        <w:t>B. khí hậu diễn biến phức tạp, mưa mùa hạ.</w:t>
      </w:r>
    </w:p>
    <w:p>
      <w:pPr>
        <w:pStyle w:val="ListParagraph"/>
      </w:pPr>
      <w:r>
        <w:rPr>
          <w:sz w:val="22"/>
        </w:rPr>
        <w:t>C. nền nhiệt độ cao, gió Mậu Dịch hoạt động.</w:t>
      </w:r>
    </w:p>
    <w:p>
      <w:pPr>
        <w:pStyle w:val="ListParagraph"/>
      </w:pPr>
      <w:r>
        <w:rPr>
          <w:sz w:val="22"/>
        </w:rPr>
        <w:t>D. hai lần mặt trời lên thiên đỉnh, độ ẩm cao.</w:t>
      </w:r>
    </w:p>
    <w:p/>
    <w:p>
      <w:r>
        <w:rPr>
          <w:b/>
          <w:sz w:val="24"/>
        </w:rPr>
        <w:t>Câu 13: Câu 13: Vùng đất của nước ta</w:t>
      </w:r>
    </w:p>
    <w:p>
      <w:pPr>
        <w:pStyle w:val="ListParagraph"/>
      </w:pPr>
      <w:r>
        <w:rPr>
          <w:sz w:val="22"/>
        </w:rPr>
        <w:t>A. lớn hơn vùng biển nhiều lần.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chỉ giáp biển về phía đông.</w:t>
      </w:r>
    </w:p>
    <w:p>
      <w:pPr>
        <w:pStyle w:val="ListParagraph"/>
      </w:pPr>
      <w:r>
        <w:rPr>
          <w:sz w:val="22"/>
        </w:rPr>
        <w:t>D. gồm phần đất liền và hải đảo.</w:t>
      </w:r>
    </w:p>
    <w:p/>
    <w:p>
      <w:r>
        <w:rPr>
          <w:b/>
          <w:sz w:val="24"/>
        </w:rPr>
        <w:t>Câu 14: Câu 14: Vùng đất của nước ta</w:t>
      </w:r>
    </w:p>
    <w:p>
      <w:pPr>
        <w:pStyle w:val="ListParagraph"/>
      </w:pPr>
      <w:r>
        <w:rPr>
          <w:sz w:val="22"/>
        </w:rPr>
        <w:t>A. mở rộng đến hết nội thủy.</w:t>
      </w:r>
    </w:p>
    <w:p>
      <w:pPr>
        <w:pStyle w:val="ListParagraph"/>
      </w:pPr>
      <w:r>
        <w:rPr>
          <w:sz w:val="22"/>
        </w:rPr>
        <w:t>B. thu hẹp theo chiều bắc - nam.</w:t>
      </w:r>
    </w:p>
    <w:p>
      <w:pPr>
        <w:pStyle w:val="ListParagraph"/>
      </w:pPr>
      <w:r>
        <w:rPr>
          <w:sz w:val="22"/>
        </w:rPr>
        <w:t>C. có đường biên giới kéo dài.</w:t>
      </w:r>
    </w:p>
    <w:p>
      <w:pPr>
        <w:pStyle w:val="ListParagraph"/>
      </w:pPr>
      <w:r>
        <w:rPr>
          <w:sz w:val="22"/>
        </w:rPr>
        <w:t>D. lớn hơn vùng biển nhiều lần.</w:t>
      </w:r>
    </w:p>
    <w:p/>
    <w:p>
      <w:r>
        <w:rPr>
          <w:b/>
          <w:sz w:val="24"/>
        </w:rPr>
        <w:t>Câu 15: Câu 15: Nhận định nào dưới đây không đúng về lãnh hải nước ta?</w:t>
      </w:r>
    </w:p>
    <w:p>
      <w:pPr>
        <w:pStyle w:val="ListParagraph"/>
      </w:pPr>
      <w:r>
        <w:rPr>
          <w:sz w:val="22"/>
        </w:rPr>
        <w:t>A. Có chiều rộng 12 hải lí.</w:t>
      </w:r>
    </w:p>
    <w:p>
      <w:pPr>
        <w:pStyle w:val="ListParagraph"/>
      </w:pPr>
      <w:r>
        <w:rPr>
          <w:sz w:val="22"/>
        </w:rPr>
        <w:t>B. Thuộc chủ quyền quốc gia trên biển.</w:t>
      </w:r>
    </w:p>
    <w:p>
      <w:pPr>
        <w:pStyle w:val="ListParagraph"/>
      </w:pPr>
      <w:r>
        <w:rPr>
          <w:sz w:val="22"/>
        </w:rPr>
        <w:t>C. Có độ sâu khoảng 200m.</w:t>
      </w:r>
    </w:p>
    <w:p>
      <w:pPr>
        <w:pStyle w:val="ListParagraph"/>
      </w:pPr>
      <w:r>
        <w:rPr>
          <w:sz w:val="22"/>
        </w:rPr>
        <w:t>D. Được coi là đường biên giới trên biển.</w:t>
      </w:r>
    </w:p>
    <w:p/>
    <w:p>
      <w:r>
        <w:rPr>
          <w:b/>
          <w:sz w:val="24"/>
        </w:rPr>
        <w:t>Câu 16: Câu 16: Đường biên giới trên đất liền của nước ta kéo dài, gây khó khăn cho việc</w:t>
      </w:r>
    </w:p>
    <w:p>
      <w:pPr>
        <w:pStyle w:val="ListParagraph"/>
      </w:pPr>
      <w:r>
        <w:rPr>
          <w:sz w:val="22"/>
        </w:rPr>
        <w:t>A. phát triển nền văn hóa.</w:t>
      </w:r>
    </w:p>
    <w:p>
      <w:pPr>
        <w:pStyle w:val="ListParagraph"/>
      </w:pPr>
      <w:r>
        <w:rPr>
          <w:sz w:val="22"/>
        </w:rPr>
        <w:t>B. thu hút đầu tư nước ngoài.</w:t>
      </w:r>
    </w:p>
    <w:p>
      <w:pPr>
        <w:pStyle w:val="ListParagraph"/>
      </w:pPr>
      <w:r>
        <w:rPr>
          <w:sz w:val="22"/>
        </w:rPr>
        <w:t>C. khai thác nguồn khoáng sản.</w:t>
      </w:r>
    </w:p>
    <w:p>
      <w:pPr>
        <w:pStyle w:val="ListParagraph"/>
      </w:pPr>
      <w:r>
        <w:rPr>
          <w:sz w:val="22"/>
        </w:rPr>
        <w:t>D. bảo vệ chủ quyền lãnh thổ.</w:t>
      </w:r>
    </w:p>
    <w:p/>
    <w:p>
      <w:r>
        <w:rPr>
          <w:b/>
          <w:sz w:val="24"/>
        </w:rPr>
        <w:t>Câu 17: Câu 17: Lãnh thổ nước ta</w:t>
      </w:r>
    </w:p>
    <w:p>
      <w:pPr>
        <w:pStyle w:val="ListParagraph"/>
      </w:pPr>
      <w:r>
        <w:rPr>
          <w:sz w:val="22"/>
        </w:rPr>
        <w:t>A. có vùng đất gấp nhiều lần vùng biển.</w:t>
      </w:r>
    </w:p>
    <w:p>
      <w:pPr>
        <w:pStyle w:val="ListParagraph"/>
      </w:pPr>
      <w:r>
        <w:rPr>
          <w:sz w:val="22"/>
        </w:rPr>
        <w:t>B. nằm hoàn toàn ở trong vùng xích đạo.</w:t>
      </w:r>
    </w:p>
    <w:p>
      <w:pPr>
        <w:pStyle w:val="ListParagraph"/>
      </w:pPr>
      <w:r>
        <w:rPr>
          <w:sz w:val="22"/>
        </w:rPr>
        <w:t>C. có đường bờ biển dài từ bắc vào nam.</w:t>
      </w:r>
    </w:p>
    <w:p>
      <w:pPr>
        <w:pStyle w:val="ListParagraph"/>
      </w:pPr>
      <w:r>
        <w:rPr>
          <w:sz w:val="22"/>
        </w:rPr>
        <w:t>D. chỉ tiếp giáp với các quốc gia trên biển.</w:t>
      </w:r>
    </w:p>
    <w:p/>
    <w:p>
      <w:r>
        <w:rPr>
          <w:b/>
          <w:sz w:val="24"/>
        </w:rPr>
        <w:t>Câu 18: Câu 18: Ý nghĩa kinh tế của vị trí địa lý nước ta là</w:t>
      </w:r>
    </w:p>
    <w:p>
      <w:pPr>
        <w:pStyle w:val="ListParagraph"/>
      </w:pPr>
      <w:r>
        <w:rPr>
          <w:sz w:val="22"/>
        </w:rPr>
        <w:t>A. tự nhiên phân hóa đa dạng giữa Bắc - Nam, Đông - Tây.</w:t>
      </w:r>
    </w:p>
    <w:p>
      <w:pPr>
        <w:pStyle w:val="ListParagraph"/>
      </w:pPr>
      <w:r>
        <w:rPr>
          <w:sz w:val="22"/>
        </w:rPr>
        <w:t>B. nguồn tài nguyên sinh vật và khoáng sản vô cùng giàu có.</w:t>
      </w:r>
    </w:p>
    <w:p>
      <w:pPr>
        <w:pStyle w:val="ListParagraph"/>
      </w:pPr>
      <w:r>
        <w:rPr>
          <w:sz w:val="22"/>
        </w:rPr>
        <w:t>C. thuận lợi giao lưu với các nước trong khu vực và thế giới.</w:t>
      </w:r>
    </w:p>
    <w:p>
      <w:pPr>
        <w:pStyle w:val="ListParagraph"/>
      </w:pPr>
      <w:r>
        <w:rPr>
          <w:sz w:val="22"/>
        </w:rPr>
        <w:t>D. thuận lợi để xây dựng nền văn hóa tương đồng với khu vực.</w:t>
      </w:r>
    </w:p>
    <w:p/>
    <w:p>
      <w:r>
        <w:rPr>
          <w:b/>
          <w:sz w:val="24"/>
        </w:rPr>
        <w:t>Câu 19: Câu 19: Lãnh thổ nước ta</w:t>
      </w:r>
    </w:p>
    <w:p>
      <w:pPr>
        <w:pStyle w:val="ListParagraph"/>
      </w:pPr>
      <w:r>
        <w:rPr>
          <w:sz w:val="22"/>
        </w:rPr>
        <w:t>A. chỉ chịu ảnh hưởng của gió mùa.</w:t>
      </w:r>
    </w:p>
    <w:p>
      <w:pPr>
        <w:pStyle w:val="ListParagraph"/>
      </w:pPr>
      <w:r>
        <w:rPr>
          <w:sz w:val="22"/>
        </w:rPr>
        <w:t>B. nằm trong khu vực Đông Nam Á.</w:t>
      </w:r>
    </w:p>
    <w:p>
      <w:pPr>
        <w:pStyle w:val="ListParagraph"/>
      </w:pPr>
      <w:r>
        <w:rPr>
          <w:sz w:val="22"/>
        </w:rPr>
        <w:t>C. tiếp giáp với nhiều đại dương.</w:t>
      </w:r>
    </w:p>
    <w:p>
      <w:pPr>
        <w:pStyle w:val="ListParagraph"/>
      </w:pPr>
      <w:r>
        <w:rPr>
          <w:sz w:val="22"/>
        </w:rPr>
        <w:t>D. có vùng đất rộng hơn vùng biển.</w:t>
      </w:r>
    </w:p>
    <w:p/>
    <w:p>
      <w:r>
        <w:rPr>
          <w:b/>
          <w:sz w:val="24"/>
        </w:rPr>
        <w:t>Câu 20: Câu 20: Vị trí nằm ở rìa đông lục địa Á - Âu thông ra Thái Bình Dương rộng lớn đã làm cho khí hậu nước ta</w:t>
      </w:r>
    </w:p>
    <w:p>
      <w:pPr>
        <w:pStyle w:val="ListParagraph"/>
      </w:pPr>
      <w:r>
        <w:rPr>
          <w:sz w:val="22"/>
        </w:rPr>
        <w:t>A. có lượng mưa lớn, cân bằng ẩm luôn dương.</w:t>
      </w:r>
    </w:p>
    <w:p>
      <w:pPr>
        <w:pStyle w:val="ListParagraph"/>
      </w:pPr>
      <w:r>
        <w:rPr>
          <w:sz w:val="22"/>
        </w:rPr>
        <w:t>B. mang tính chất nhiệt đới, nhiều thiên tai.</w:t>
      </w:r>
    </w:p>
    <w:p>
      <w:pPr>
        <w:pStyle w:val="ListParagraph"/>
      </w:pPr>
      <w:r>
        <w:rPr>
          <w:sz w:val="22"/>
        </w:rPr>
        <w:t>C. có nền nhiệt cao, tăng dần từ bắc vào nam.</w:t>
      </w:r>
    </w:p>
    <w:p>
      <w:pPr>
        <w:pStyle w:val="ListParagraph"/>
      </w:pPr>
      <w:r>
        <w:rPr>
          <w:sz w:val="22"/>
        </w:rPr>
        <w:t>D. phân mùa sâu sắc, mang tính thất thường.</w:t>
      </w:r>
    </w:p>
    <w:p/>
    <w:p>
      <w:r>
        <w:rPr>
          <w:b/>
          <w:sz w:val="24"/>
        </w:rPr>
        <w:t>Câu 21: Câu 21: Trên đất liền nước ta nơi có khoảng cách giữa hai lần Mặt Trời lên thiên đỉnh cách xa nhau nhất là</w:t>
      </w:r>
    </w:p>
    <w:p>
      <w:pPr>
        <w:pStyle w:val="ListParagraph"/>
      </w:pPr>
      <w:r>
        <w:rPr>
          <w:sz w:val="22"/>
        </w:rPr>
        <w:t>A. điểm cực Tây.</w:t>
      </w:r>
    </w:p>
    <w:p>
      <w:pPr>
        <w:pStyle w:val="ListParagraph"/>
      </w:pPr>
      <w:r>
        <w:rPr>
          <w:sz w:val="22"/>
        </w:rPr>
        <w:t>B. điểm cực Bắc.</w:t>
      </w:r>
    </w:p>
    <w:p>
      <w:pPr>
        <w:pStyle w:val="ListParagraph"/>
      </w:pPr>
      <w:r>
        <w:rPr>
          <w:sz w:val="22"/>
        </w:rPr>
        <w:t>C. điểm cực Nam.</w:t>
      </w:r>
    </w:p>
    <w:p>
      <w:pPr>
        <w:pStyle w:val="ListParagraph"/>
      </w:pPr>
      <w:r>
        <w:rPr>
          <w:sz w:val="22"/>
        </w:rPr>
        <w:t>D. điểm cực Đông.</w:t>
      </w:r>
    </w:p>
    <w:p/>
    <w:p>
      <w:r>
        <w:rPr>
          <w:b/>
          <w:sz w:val="24"/>
        </w:rPr>
        <w:t>Câu 22: Câu 22: Tính chất nhiệt đới của khí hậu nước ta được quy định bởi</w:t>
      </w:r>
    </w:p>
    <w:p>
      <w:pPr>
        <w:pStyle w:val="ListParagraph"/>
      </w:pPr>
      <w:r>
        <w:rPr>
          <w:sz w:val="22"/>
        </w:rPr>
        <w:t>A. vị trí trong vùng nội chí tuyến.</w:t>
      </w:r>
    </w:p>
    <w:p>
      <w:pPr>
        <w:pStyle w:val="ListParagraph"/>
      </w:pPr>
      <w:r>
        <w:rPr>
          <w:sz w:val="22"/>
        </w:rPr>
        <w:t>B. địa hình nước ta nhiều đồi núi.</w:t>
      </w:r>
    </w:p>
    <w:p>
      <w:pPr>
        <w:pStyle w:val="ListParagraph"/>
      </w:pPr>
      <w:r>
        <w:rPr>
          <w:sz w:val="22"/>
        </w:rPr>
        <w:t>C. địa hình nước ta thấp dần ra biển.</w:t>
      </w:r>
    </w:p>
    <w:p>
      <w:pPr>
        <w:pStyle w:val="ListParagraph"/>
      </w:pPr>
      <w:r>
        <w:rPr>
          <w:sz w:val="22"/>
        </w:rPr>
        <w:t>D. hoạt động của gió phơn Tây Nam.</w:t>
      </w:r>
    </w:p>
    <w:p/>
    <w:p>
      <w:r>
        <w:rPr>
          <w:b/>
          <w:sz w:val="24"/>
        </w:rPr>
        <w:t>Câu 23: Câu 23: Sự phân hóa đa dạng của tự nhiên và hình thành các vùng tự nhiên khác nhau ở nước ta chủ yếu do</w:t>
      </w:r>
    </w:p>
    <w:p>
      <w:pPr>
        <w:pStyle w:val="ListParagraph"/>
      </w:pPr>
      <w:r>
        <w:rPr>
          <w:sz w:val="22"/>
        </w:rPr>
        <w:t>A. Khí hậu và sông ngòi.</w:t>
      </w:r>
    </w:p>
    <w:p>
      <w:pPr>
        <w:pStyle w:val="ListParagraph"/>
      </w:pPr>
      <w:r>
        <w:rPr>
          <w:sz w:val="22"/>
        </w:rPr>
        <w:t>B. Vị trí địa lí và hình thể.</w:t>
      </w:r>
    </w:p>
    <w:p>
      <w:pPr>
        <w:pStyle w:val="ListParagraph"/>
      </w:pPr>
      <w:r>
        <w:rPr>
          <w:sz w:val="22"/>
        </w:rPr>
        <w:t>C. Khoáng sản và biển.</w:t>
      </w:r>
    </w:p>
    <w:p>
      <w:pPr>
        <w:pStyle w:val="ListParagraph"/>
      </w:pPr>
      <w:r>
        <w:rPr>
          <w:sz w:val="22"/>
        </w:rPr>
        <w:t>D. Gió mùa và dòng biển.</w:t>
      </w:r>
    </w:p>
    <w:p/>
    <w:p>
      <w:r>
        <w:rPr>
          <w:b/>
          <w:sz w:val="24"/>
        </w:rPr>
        <w:t>Câu 24: Câu 24: Nhân tố nào dưới đây quyết định tính phong phú về thành phần loài của giới thực vật nước ta?</w:t>
      </w:r>
    </w:p>
    <w:p>
      <w:pPr>
        <w:pStyle w:val="ListParagraph"/>
      </w:pPr>
      <w:r>
        <w:rPr>
          <w:sz w:val="22"/>
        </w:rPr>
        <w:t>A. Địa hình đồi núi chiếm ưu thế, có sự phân hóa phức tạp.</w:t>
      </w:r>
    </w:p>
    <w:p>
      <w:pPr>
        <w:pStyle w:val="ListParagraph"/>
      </w:pPr>
      <w:r>
        <w:rPr>
          <w:sz w:val="22"/>
        </w:rPr>
        <w:t>B. Khí hậu nhiệt đới ẩm gió mùa, có sự phân hóa đa dạng.</w:t>
      </w:r>
    </w:p>
    <w:p>
      <w:pPr>
        <w:pStyle w:val="ListParagraph"/>
      </w:pPr>
      <w:r>
        <w:rPr>
          <w:sz w:val="22"/>
        </w:rPr>
        <w:t>C. Sự phong phú, đa dạng của các nhóm đất và sông ngòi.</w:t>
      </w:r>
    </w:p>
    <w:p>
      <w:pPr>
        <w:pStyle w:val="ListParagraph"/>
      </w:pPr>
      <w:r>
        <w:rPr>
          <w:sz w:val="22"/>
        </w:rPr>
        <w:t>D. Vị trí trên đường di cư và di lưu của nhiều loài thực vật.</w:t>
      </w:r>
    </w:p>
    <w:p/>
    <w:p>
      <w:r>
        <w:rPr>
          <w:b/>
          <w:sz w:val="24"/>
        </w:rPr>
        <w:t>Câu 25: Câu 25: Đường biên giới quốc gia trên biển của nước ta nằm ở vị trí nào sau đây?</w:t>
      </w:r>
    </w:p>
    <w:p>
      <w:pPr>
        <w:pStyle w:val="ListParagraph"/>
      </w:pPr>
      <w:r>
        <w:rPr>
          <w:sz w:val="22"/>
        </w:rPr>
        <w:t>A. Cách đường cở 12 hải lí về phía đông.</w:t>
      </w:r>
    </w:p>
    <w:p>
      <w:pPr>
        <w:pStyle w:val="ListParagraph"/>
      </w:pPr>
      <w:r>
        <w:rPr>
          <w:sz w:val="22"/>
        </w:rPr>
        <w:t>B. ở ranh giới giữa vùng nội thủy và lãnh hải.</w:t>
      </w:r>
    </w:p>
    <w:p>
      <w:pPr>
        <w:pStyle w:val="ListParagraph"/>
      </w:pPr>
      <w:r>
        <w:rPr>
          <w:sz w:val="22"/>
        </w:rPr>
        <w:t>C. Cách đường bờ biển trên 24 hải lí.</w:t>
      </w:r>
    </w:p>
    <w:p>
      <w:pPr>
        <w:pStyle w:val="ListParagraph"/>
      </w:pPr>
      <w:r>
        <w:rPr>
          <w:sz w:val="22"/>
        </w:rPr>
        <w:t>D. Nằm rìa đông của vùng tiếp giáp lãnh hải.</w:t>
      </w:r>
    </w:p>
    <w:p/>
    <w:p>
      <w:r>
        <w:rPr>
          <w:b/>
          <w:sz w:val="24"/>
        </w:rPr>
        <w:t>Câu 26: Câu 26: Nước ta có nguồn tài nguyên khoáng sản phong phú là do vị trí địa lí</w:t>
      </w:r>
    </w:p>
    <w:p>
      <w:pPr>
        <w:pStyle w:val="ListParagraph"/>
      </w:pPr>
      <w:r>
        <w:rPr>
          <w:sz w:val="22"/>
        </w:rPr>
        <w:t>A. giáp vùng biển rộng lớn, giàu tài nguyên.</w:t>
      </w:r>
    </w:p>
    <w:p>
      <w:pPr>
        <w:pStyle w:val="ListParagraph"/>
      </w:pPr>
      <w:r>
        <w:rPr>
          <w:sz w:val="22"/>
        </w:rPr>
        <w:t>B. nằm liền kề các vành đai sinh khoáng lớn.</w:t>
      </w:r>
    </w:p>
    <w:p>
      <w:pPr>
        <w:pStyle w:val="ListParagraph"/>
      </w:pPr>
      <w:r>
        <w:rPr>
          <w:sz w:val="22"/>
        </w:rPr>
        <w:t>C. nằm trên đường di lưu và di cư sinh vật.</w:t>
      </w:r>
    </w:p>
    <w:p>
      <w:pPr>
        <w:pStyle w:val="ListParagraph"/>
      </w:pPr>
      <w:r>
        <w:rPr>
          <w:sz w:val="22"/>
        </w:rPr>
        <w:t>D. có hoạt động của gió mùa và Tín phong.</w:t>
      </w:r>
    </w:p>
    <w:p/>
    <w:p>
      <w:r>
        <w:rPr>
          <w:b/>
          <w:sz w:val="24"/>
        </w:rPr>
        <w:t>Câu 27: Câu 27: Vùng nội thủy của biển nước ta</w:t>
      </w:r>
    </w:p>
    <w:p>
      <w:pPr>
        <w:pStyle w:val="ListParagraph"/>
      </w:pPr>
      <w:r>
        <w:rPr>
          <w:sz w:val="22"/>
        </w:rPr>
        <w:t>A. kề với vùng tiếp giáp lãnh hải.</w:t>
      </w:r>
    </w:p>
    <w:p>
      <w:pPr>
        <w:pStyle w:val="ListParagraph"/>
      </w:pPr>
      <w:r>
        <w:rPr>
          <w:sz w:val="22"/>
        </w:rPr>
        <w:t>B. nằm ở phía trong đường cơ sở.</w:t>
      </w:r>
    </w:p>
    <w:p>
      <w:pPr>
        <w:pStyle w:val="ListParagraph"/>
      </w:pPr>
      <w:r>
        <w:rPr>
          <w:sz w:val="22"/>
        </w:rPr>
        <w:t>C. là phần nằm ngầm ở dưới biển.</w:t>
      </w:r>
    </w:p>
    <w:p>
      <w:pPr>
        <w:pStyle w:val="ListParagraph"/>
      </w:pPr>
      <w:r>
        <w:rPr>
          <w:sz w:val="22"/>
        </w:rPr>
        <w:t>D. nằm liền kề vùng biển quốc tế.</w:t>
      </w:r>
    </w:p>
    <w:p/>
    <w:p>
      <w:r>
        <w:rPr>
          <w:b/>
          <w:sz w:val="24"/>
        </w:rPr>
        <w:t>Câu 28: Câu 28: Vùng trời của nước ta trên biển được xác định bằng</w:t>
      </w:r>
    </w:p>
    <w:p>
      <w:pPr>
        <w:pStyle w:val="ListParagraph"/>
      </w:pPr>
      <w:r>
        <w:rPr>
          <w:sz w:val="22"/>
        </w:rPr>
        <w:t>A. không gian trên các hải đảo và không gian trên mặt biển.</w:t>
      </w:r>
    </w:p>
    <w:p>
      <w:pPr>
        <w:pStyle w:val="ListParagraph"/>
      </w:pPr>
      <w:r>
        <w:rPr>
          <w:sz w:val="22"/>
        </w:rPr>
        <w:t>B. ranh giới bên ngoài của lãnh hải và không gian của các đảo.</w:t>
      </w:r>
    </w:p>
    <w:p>
      <w:pPr>
        <w:pStyle w:val="ListParagraph"/>
      </w:pPr>
      <w:r>
        <w:rPr>
          <w:sz w:val="22"/>
        </w:rPr>
        <w:t>C. không gian trên mặt biển với diện tích khoảng 1 triệu km2.</w:t>
      </w:r>
    </w:p>
    <w:p>
      <w:pPr>
        <w:pStyle w:val="ListParagraph"/>
      </w:pPr>
      <w:r>
        <w:rPr>
          <w:sz w:val="22"/>
        </w:rPr>
        <w:t>D. ranh giới của nội thủy, lãnh hải và vùng đặc quyền kinh tế.</w:t>
      </w:r>
    </w:p>
    <w:p/>
    <w:p>
      <w:r>
        <w:rPr>
          <w:b/>
          <w:sz w:val="24"/>
        </w:rPr>
        <w:t>Câu 29: Câu 29: Lãnh hải nước ta</w:t>
      </w:r>
    </w:p>
    <w:p>
      <w:pPr>
        <w:pStyle w:val="ListParagraph"/>
      </w:pPr>
      <w:r>
        <w:rPr>
          <w:sz w:val="22"/>
        </w:rPr>
        <w:t>A. là bộ phận của đất liền.</w:t>
      </w:r>
    </w:p>
    <w:p>
      <w:pPr>
        <w:pStyle w:val="ListParagraph"/>
      </w:pPr>
      <w:r>
        <w:rPr>
          <w:sz w:val="22"/>
        </w:rPr>
        <w:t>B. có chiều rộng 200 hải lí.</w:t>
      </w:r>
    </w:p>
    <w:p>
      <w:pPr>
        <w:pStyle w:val="ListParagraph"/>
      </w:pPr>
      <w:r>
        <w:rPr>
          <w:sz w:val="22"/>
        </w:rPr>
        <w:t>C. tiếp giáp vùng biển quốc tế.</w:t>
      </w:r>
    </w:p>
    <w:p>
      <w:pPr>
        <w:pStyle w:val="ListParagraph"/>
      </w:pPr>
      <w:r>
        <w:rPr>
          <w:sz w:val="22"/>
        </w:rPr>
        <w:t>D. thuộc chủ quyền quốc gia.</w:t>
      </w:r>
    </w:p>
    <w:p/>
    <w:p>
      <w:r>
        <w:rPr>
          <w:b/>
          <w:sz w:val="24"/>
        </w:rPr>
        <w:t>Câu 30: Câu 30: Vị trí địa lí đã làm cho tự nhiên nước ta</w:t>
      </w:r>
    </w:p>
    <w:p>
      <w:pPr>
        <w:pStyle w:val="ListParagraph"/>
      </w:pPr>
      <w:r>
        <w:rPr>
          <w:sz w:val="22"/>
        </w:rPr>
        <w:t>A. có khí hậu, thời tiết biến đổi khắc nghiệt.</w:t>
      </w:r>
    </w:p>
    <w:p>
      <w:pPr>
        <w:pStyle w:val="ListParagraph"/>
      </w:pPr>
      <w:r>
        <w:rPr>
          <w:sz w:val="22"/>
        </w:rPr>
        <w:t>B. mang tính chất cận xích đạo gió mùa.</w:t>
      </w:r>
    </w:p>
    <w:p>
      <w:pPr>
        <w:pStyle w:val="ListParagraph"/>
      </w:pPr>
      <w:r>
        <w:rPr>
          <w:sz w:val="22"/>
        </w:rPr>
        <w:t>C. phân hóa đa dạng, có nhiều thiên tai.</w:t>
      </w:r>
    </w:p>
    <w:p>
      <w:pPr>
        <w:pStyle w:val="ListParagraph"/>
      </w:pPr>
      <w:r>
        <w:rPr>
          <w:sz w:val="22"/>
        </w:rPr>
        <w:t>D. phân hóa chủ yếu theo độ cao địa hình.</w:t>
      </w:r>
    </w:p>
    <w:p/>
    <w:p>
      <w:r>
        <w:rPr>
          <w:b/>
          <w:sz w:val="24"/>
        </w:rPr>
        <w:t>Câu 31: Câu 31: Sự đa dạng về bản sắc dân tộc của nước ta là do vị trí</w:t>
      </w:r>
    </w:p>
    <w:p>
      <w:pPr>
        <w:pStyle w:val="ListParagraph"/>
      </w:pPr>
      <w:r>
        <w:rPr>
          <w:sz w:val="22"/>
        </w:rPr>
        <w:t>A. liền kề của hai vành đai sinh khoáng lớn.</w:t>
      </w:r>
    </w:p>
    <w:p>
      <w:pPr>
        <w:pStyle w:val="ListParagraph"/>
      </w:pPr>
      <w:r>
        <w:rPr>
          <w:sz w:val="22"/>
        </w:rPr>
        <w:t>B. diễn ra những hoạt động kinh tế sôi động.</w:t>
      </w:r>
    </w:p>
    <w:p>
      <w:pPr>
        <w:pStyle w:val="ListParagraph"/>
      </w:pPr>
      <w:r>
        <w:rPr>
          <w:sz w:val="22"/>
        </w:rPr>
        <w:t>C. nằm trên ngã tư đường hàng hải và hàng không quốc tế lớn.</w:t>
      </w:r>
    </w:p>
    <w:p>
      <w:pPr>
        <w:pStyle w:val="ListParagraph"/>
      </w:pPr>
      <w:r>
        <w:rPr>
          <w:sz w:val="22"/>
        </w:rPr>
        <w:t>D. có sự gặp gỡ nhiều nền văn minh lớn với văn minh bản địa.</w:t>
      </w:r>
    </w:p>
    <w:p/>
    <w:p>
      <w:r>
        <w:rPr>
          <w:b/>
          <w:sz w:val="24"/>
        </w:rPr>
        <w:t>Câu 32: Câu 32: Phát biểu nào sau đây không đúng về vị trí địa lí của nước ta?</w:t>
      </w:r>
    </w:p>
    <w:p>
      <w:pPr>
        <w:pStyle w:val="ListParagraph"/>
      </w:pPr>
      <w:r>
        <w:rPr>
          <w:sz w:val="22"/>
        </w:rPr>
        <w:t>A. Trong vùng nhiều thiên tai.</w:t>
      </w:r>
    </w:p>
    <w:p>
      <w:pPr>
        <w:pStyle w:val="ListParagraph"/>
      </w:pPr>
      <w:r>
        <w:rPr>
          <w:sz w:val="22"/>
        </w:rPr>
        <w:t>B. Tiếp giáp với Biển Đông.</w:t>
      </w:r>
    </w:p>
    <w:p>
      <w:pPr>
        <w:pStyle w:val="ListParagraph"/>
      </w:pPr>
      <w:r>
        <w:rPr>
          <w:sz w:val="22"/>
        </w:rPr>
        <w:t>C. Trong vùng nhiệt đới bán cầu Bắc.</w:t>
      </w:r>
    </w:p>
    <w:p>
      <w:pPr>
        <w:pStyle w:val="ListParagraph"/>
      </w:pPr>
      <w:r>
        <w:rPr>
          <w:sz w:val="22"/>
        </w:rPr>
        <w:t>D. Ở trung tâm bán đảo Đông Dương.</w:t>
      </w:r>
    </w:p>
    <w:p/>
    <w:p>
      <w:r>
        <w:rPr>
          <w:b/>
          <w:sz w:val="24"/>
        </w:rPr>
        <w:t>Câu 33: Câu 33: Do nằm trong khu vực chịu ảnh hưởng của gió mùa châu Á nên nước ta có</w:t>
      </w:r>
    </w:p>
    <w:p>
      <w:pPr>
        <w:pStyle w:val="ListParagraph"/>
      </w:pPr>
      <w:r>
        <w:rPr>
          <w:sz w:val="22"/>
        </w:rPr>
        <w:t>A. hai lần Mặt Trời qua thiên đỉnh.</w:t>
      </w:r>
    </w:p>
    <w:p>
      <w:pPr>
        <w:pStyle w:val="ListParagraph"/>
      </w:pPr>
      <w:r>
        <w:rPr>
          <w:sz w:val="22"/>
        </w:rPr>
        <w:t>B. tổng bức xạ trong năm lớn.</w:t>
      </w:r>
    </w:p>
    <w:p>
      <w:pPr>
        <w:pStyle w:val="ListParagraph"/>
      </w:pPr>
      <w:r>
        <w:rPr>
          <w:sz w:val="22"/>
        </w:rPr>
        <w:t>C. nền nhiệt độ cả nước cao.</w:t>
      </w:r>
    </w:p>
    <w:p>
      <w:pPr>
        <w:pStyle w:val="ListParagraph"/>
      </w:pPr>
      <w:r>
        <w:rPr>
          <w:sz w:val="22"/>
        </w:rPr>
        <w:t>D. khí hậu tạo thành hai mùa rõ rệt.</w:t>
      </w:r>
    </w:p>
    <w:p/>
    <w:p>
      <w:r>
        <w:rPr>
          <w:b/>
          <w:sz w:val="24"/>
        </w:rPr>
        <w:t>Câu 34: Câu 34: Phát biểu nào sau đây không đúng về lãnh thổ nước ta?</w:t>
      </w:r>
    </w:p>
    <w:p>
      <w:pPr>
        <w:pStyle w:val="ListParagraph"/>
      </w:pPr>
      <w:r>
        <w:rPr>
          <w:sz w:val="22"/>
        </w:rPr>
        <w:t>A. Đường biên giới trên đất liền kéo dài.</w:t>
      </w:r>
    </w:p>
    <w:p>
      <w:pPr>
        <w:pStyle w:val="ListParagraph"/>
      </w:pPr>
      <w:r>
        <w:rPr>
          <w:sz w:val="22"/>
        </w:rPr>
        <w:t>B. Một bộ phận nằm ở ngoại chí tuyến.</w:t>
      </w:r>
    </w:p>
    <w:p>
      <w:pPr>
        <w:pStyle w:val="ListParagraph"/>
      </w:pPr>
      <w:r>
        <w:rPr>
          <w:sz w:val="22"/>
        </w:rPr>
        <w:t>C. Vùng biển rộng giáp nhiều quốc gia.</w:t>
      </w:r>
    </w:p>
    <w:p>
      <w:pPr>
        <w:pStyle w:val="ListParagraph"/>
      </w:pPr>
      <w:r>
        <w:rPr>
          <w:sz w:val="22"/>
        </w:rPr>
        <w:t>D. Có nhiều đảo lớn, nhỏ nằm ven bờ.</w:t>
      </w:r>
    </w:p>
    <w:p/>
    <w:p>
      <w:r>
        <w:rPr>
          <w:b/>
          <w:sz w:val="24"/>
        </w:rPr>
        <w:t>Câu 35: Câu 35: Nối liền các đảo ven bờ và các mũi đất dọc bờ biển, ta sẽ xác định được</w:t>
      </w:r>
    </w:p>
    <w:p>
      <w:pPr>
        <w:pStyle w:val="ListParagraph"/>
      </w:pPr>
      <w:r>
        <w:rPr>
          <w:sz w:val="22"/>
        </w:rPr>
        <w:t>A. vùng nội thủy.</w:t>
      </w:r>
    </w:p>
    <w:p>
      <w:pPr>
        <w:pStyle w:val="ListParagraph"/>
      </w:pPr>
      <w:r>
        <w:rPr>
          <w:sz w:val="22"/>
        </w:rPr>
        <w:t>B. đường cơ sở.</w:t>
      </w:r>
    </w:p>
    <w:p>
      <w:pPr>
        <w:pStyle w:val="ListParagraph"/>
      </w:pPr>
      <w:r>
        <w:rPr>
          <w:sz w:val="22"/>
        </w:rPr>
        <w:t>C. vùng lãnh hải.</w:t>
      </w:r>
    </w:p>
    <w:p>
      <w:pPr>
        <w:pStyle w:val="ListParagraph"/>
      </w:pPr>
      <w:r>
        <w:rPr>
          <w:sz w:val="22"/>
        </w:rPr>
        <w:t>D. vùng đặc quyền kinh tế.</w:t>
      </w:r>
    </w:p>
    <w:p/>
    <w:p>
      <w:r>
        <w:rPr>
          <w:b/>
          <w:sz w:val="24"/>
        </w:rPr>
        <w:t>Câu 36: Câu 36: Phát biểu nào sau đây không đúng với đặc điểm vị trí địa lí và phạm vi lãnh thổ nước ta?</w:t>
      </w:r>
    </w:p>
    <w:p>
      <w:pPr>
        <w:pStyle w:val="ListParagraph"/>
      </w:pPr>
      <w:r>
        <w:rPr>
          <w:sz w:val="22"/>
        </w:rPr>
        <w:t>A. Nằm ở gần trung tâm bán đảo Đông Dương.</w:t>
      </w:r>
    </w:p>
    <w:p>
      <w:pPr>
        <w:pStyle w:val="ListParagraph"/>
      </w:pPr>
      <w:r>
        <w:rPr>
          <w:sz w:val="22"/>
        </w:rPr>
        <w:t>B. Kéo dài và hẹp ngang theo chiều kinh tuyến.</w:t>
      </w:r>
    </w:p>
    <w:p>
      <w:pPr>
        <w:pStyle w:val="ListParagraph"/>
      </w:pPr>
      <w:r>
        <w:rPr>
          <w:sz w:val="22"/>
        </w:rPr>
        <w:t>C. Biên giới trên đất liền dài hơn đường bờ biển.</w:t>
      </w:r>
    </w:p>
    <w:p>
      <w:pPr>
        <w:pStyle w:val="ListParagraph"/>
      </w:pPr>
      <w:r>
        <w:rPr>
          <w:sz w:val="22"/>
        </w:rPr>
        <w:t>D. Lãnh thổ gồm vùng đất, vùng biển, vùng trời.</w:t>
      </w:r>
    </w:p>
    <w:p/>
    <w:p>
      <w:r>
        <w:rPr>
          <w:b/>
          <w:sz w:val="24"/>
        </w:rPr>
        <w:t>Câu 37: Câu 37: Nước ta nằm giữa Xích đạo và chí tuyến Bắc nên</w:t>
      </w:r>
    </w:p>
    <w:p>
      <w:pPr>
        <w:pStyle w:val="ListParagraph"/>
      </w:pPr>
      <w:r>
        <w:rPr>
          <w:sz w:val="22"/>
        </w:rPr>
        <w:t>A. chủ yếu là đồi núi thấp.</w:t>
      </w:r>
    </w:p>
    <w:p>
      <w:pPr>
        <w:pStyle w:val="ListParagraph"/>
      </w:pPr>
      <w:r>
        <w:rPr>
          <w:sz w:val="22"/>
        </w:rPr>
        <w:t>B. mưa nhiều vào mùa đông.</w:t>
      </w:r>
    </w:p>
    <w:p>
      <w:pPr>
        <w:pStyle w:val="ListParagraph"/>
      </w:pPr>
      <w:r>
        <w:rPr>
          <w:sz w:val="22"/>
        </w:rPr>
        <w:t>C. có gió Mậu dịch hoạt động.</w:t>
      </w:r>
    </w:p>
    <w:p>
      <w:pPr>
        <w:pStyle w:val="ListParagraph"/>
      </w:pPr>
      <w:r>
        <w:rPr>
          <w:sz w:val="22"/>
        </w:rPr>
        <w:t>D. tiếp giáp với biển Đông.</w:t>
      </w:r>
    </w:p>
    <w:p/>
    <w:p>
      <w:r>
        <w:rPr>
          <w:b/>
          <w:sz w:val="24"/>
        </w:rPr>
        <w:t>Câu 38: Câu 38: Điểm cực Đông trên đất liền nước ta có</w:t>
      </w:r>
    </w:p>
    <w:p>
      <w:pPr>
        <w:pStyle w:val="ListParagraph"/>
      </w:pPr>
      <w:r>
        <w:rPr>
          <w:sz w:val="22"/>
        </w:rPr>
        <w:t>A. Tín phong hoạt động quanh năm, mùa đông lạnh.</w:t>
      </w:r>
    </w:p>
    <w:p>
      <w:pPr>
        <w:pStyle w:val="ListParagraph"/>
      </w:pPr>
      <w:r>
        <w:rPr>
          <w:sz w:val="22"/>
        </w:rPr>
        <w:t>B. hai lần Mặt Trời lên thiên đỉnh, mưa lớn cuối năm.</w:t>
      </w:r>
    </w:p>
    <w:p>
      <w:pPr>
        <w:pStyle w:val="ListParagraph"/>
      </w:pPr>
      <w:r>
        <w:rPr>
          <w:sz w:val="22"/>
        </w:rPr>
        <w:t>C. biên độ nhiệt trung bình năm lớn, gió phơn mạnh.</w:t>
      </w:r>
    </w:p>
    <w:p>
      <w:pPr>
        <w:pStyle w:val="ListParagraph"/>
      </w:pPr>
      <w:r>
        <w:rPr>
          <w:sz w:val="22"/>
        </w:rPr>
        <w:t>D. vị trí phía nam dãy Bạch Mã, không có bão nhiệt đới.</w:t>
      </w:r>
    </w:p>
    <w:p/>
    <w:p>
      <w:r>
        <w:rPr>
          <w:b/>
          <w:sz w:val="24"/>
        </w:rPr>
        <w:t>Câu 39: Câu 39: Điểm cực Bắc trên đất liền nước ta có</w:t>
      </w:r>
    </w:p>
    <w:p>
      <w:pPr>
        <w:pStyle w:val="ListParagraph"/>
      </w:pPr>
      <w:r>
        <w:rPr>
          <w:sz w:val="22"/>
        </w:rPr>
        <w:t>A. Tín phong hoạt động quanh năm, mùa đông lạnh.</w:t>
      </w:r>
    </w:p>
    <w:p>
      <w:pPr>
        <w:pStyle w:val="ListParagraph"/>
      </w:pPr>
      <w:r>
        <w:rPr>
          <w:sz w:val="22"/>
        </w:rPr>
        <w:t>B. hai lần Mặt Trời lên thiên đỉnh, mưa lớn cuối năm.</w:t>
      </w:r>
    </w:p>
    <w:p>
      <w:pPr>
        <w:pStyle w:val="ListParagraph"/>
      </w:pPr>
      <w:r>
        <w:rPr>
          <w:sz w:val="22"/>
        </w:rPr>
        <w:t>C. biên độ nhiệt trung bình năm nhỏ, gió phơn mạnh.</w:t>
      </w:r>
    </w:p>
    <w:p>
      <w:pPr>
        <w:pStyle w:val="ListParagraph"/>
      </w:pPr>
      <w:r>
        <w:rPr>
          <w:sz w:val="22"/>
        </w:rPr>
        <w:t>D. vị trí phía nam dãy Bạch Mã, không có bão nhiệt đới.</w:t>
      </w:r>
    </w:p>
    <w:p/>
    <w:p>
      <w:r>
        <w:rPr>
          <w:b/>
          <w:sz w:val="24"/>
        </w:rPr>
        <w:t>Câu 40: Câu 40: Lãnh thổ hẹp ngang với khoảng 7 độ kinh tuyến làm cho làm cho nước ta</w:t>
      </w:r>
    </w:p>
    <w:p>
      <w:pPr>
        <w:pStyle w:val="ListParagraph"/>
      </w:pPr>
      <w:r>
        <w:rPr>
          <w:sz w:val="22"/>
        </w:rPr>
        <w:t>A. trong năm, mọi nơi có 2 lần Mặt Trời lên thiên đỉnh.</w:t>
      </w:r>
    </w:p>
    <w:p>
      <w:pPr>
        <w:pStyle w:val="ListParagraph"/>
      </w:pPr>
      <w:r>
        <w:rPr>
          <w:sz w:val="22"/>
        </w:rPr>
        <w:t>B. có lượng mưa lớn và thảm thực vật xanh tốt quanh năm.</w:t>
      </w:r>
    </w:p>
    <w:p>
      <w:pPr>
        <w:pStyle w:val="ListParagraph"/>
      </w:pPr>
      <w:r>
        <w:rPr>
          <w:sz w:val="22"/>
        </w:rPr>
        <w:t>C. có gió Tín phong Bắc bán cầu hoạt động quanh năm.</w:t>
      </w:r>
    </w:p>
    <w:p>
      <w:pPr>
        <w:pStyle w:val="ListParagraph"/>
      </w:pPr>
      <w:r>
        <w:rPr>
          <w:sz w:val="22"/>
        </w:rPr>
        <w:t>D. toàn bộ phần đất liền của đất nước thuộc một múi giờ.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D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D</w:t>
      </w:r>
    </w:p>
    <w:p>
      <w:r>
        <w:rPr>
          <w:b/>
        </w:rPr>
        <w:t>Câu 29: Đáp án đúng: D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D</w:t>
      </w:r>
    </w:p>
    <w:p>
      <w:r>
        <w:rPr>
          <w:b/>
        </w:rPr>
        <w:t>Câu 32: Đáp án đúng: D</w:t>
      </w:r>
    </w:p>
    <w:p>
      <w:r>
        <w:rPr>
          <w:b/>
        </w:rPr>
        <w:t>Câu 33: Đáp án đúng: D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C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