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Địa lý - Tạo đề địa kiểm tra giữa kì 1 lớp 12</w:t>
      </w:r>
    </w:p>
    <w:p>
      <w:pPr>
        <w:jc w:val="center"/>
      </w:pPr>
      <w:r>
        <w:rPr>
          <w:sz w:val="22"/>
        </w:rPr>
        <w:t>Số câu: 12    Thời gian: _____ phút    Họ và tên: _________________________</w:t>
      </w:r>
    </w:p>
    <w:p/>
    <w:p>
      <w:r>
        <w:rPr>
          <w:b/>
          <w:sz w:val="24"/>
        </w:rPr>
        <w:t>Câu 1: Việt Nam nằm ở khu vực nào sau đây?</w:t>
      </w:r>
    </w:p>
    <w:p>
      <w:pPr>
        <w:pStyle w:val="ListParagraph"/>
      </w:pPr>
      <w:r>
        <w:rPr>
          <w:sz w:val="22"/>
        </w:rPr>
        <w:t>A. Đông Nam Á</w:t>
      </w:r>
    </w:p>
    <w:p>
      <w:pPr>
        <w:pStyle w:val="ListParagraph"/>
      </w:pPr>
      <w:r>
        <w:rPr>
          <w:sz w:val="22"/>
        </w:rPr>
        <w:t>B. Nam Á</w:t>
      </w:r>
    </w:p>
    <w:p>
      <w:pPr>
        <w:pStyle w:val="ListParagraph"/>
      </w:pPr>
      <w:r>
        <w:rPr>
          <w:sz w:val="22"/>
        </w:rPr>
        <w:t>C. Đông Bắc Á</w:t>
      </w:r>
    </w:p>
    <w:p>
      <w:pPr>
        <w:pStyle w:val="ListParagraph"/>
      </w:pPr>
      <w:r>
        <w:rPr>
          <w:sz w:val="22"/>
        </w:rPr>
        <w:t>D. Tây Nam Á</w:t>
      </w:r>
    </w:p>
    <w:p/>
    <w:p>
      <w:r>
        <w:rPr>
          <w:b/>
          <w:sz w:val="24"/>
        </w:rPr>
        <w:t>Câu 2: Đặc điểm nào sau đây đúng với vị trí địa lí của nước ta?</w:t>
      </w:r>
    </w:p>
    <w:p>
      <w:pPr>
        <w:pStyle w:val="ListParagraph"/>
      </w:pPr>
      <w:r>
        <w:rPr>
          <w:sz w:val="22"/>
        </w:rPr>
        <w:t>A. Nằm ở rìa phía đông bán đảo Đông Dương</w:t>
      </w:r>
    </w:p>
    <w:p>
      <w:pPr>
        <w:pStyle w:val="ListParagraph"/>
      </w:pPr>
      <w:r>
        <w:rPr>
          <w:sz w:val="22"/>
        </w:rPr>
        <w:t>B. Nằm ở trung tâm châu Á</w:t>
      </w:r>
    </w:p>
    <w:p>
      <w:pPr>
        <w:pStyle w:val="ListParagraph"/>
      </w:pPr>
      <w:r>
        <w:rPr>
          <w:sz w:val="22"/>
        </w:rPr>
        <w:t>C. Nằm ở phía tây bán đảo Đông Dương</w:t>
      </w:r>
    </w:p>
    <w:p>
      <w:pPr>
        <w:pStyle w:val="ListParagraph"/>
      </w:pPr>
      <w:r>
        <w:rPr>
          <w:sz w:val="22"/>
        </w:rPr>
        <w:t>D. Nằm ở phía nam châu Âu</w:t>
      </w:r>
    </w:p>
    <w:p/>
    <w:p>
      <w:r>
        <w:rPr>
          <w:b/>
          <w:sz w:val="24"/>
        </w:rPr>
        <w:t>Câu 3: Phần đất liền của nước ta tiếp giáp với những quốc gia nào sau đây?</w:t>
      </w:r>
    </w:p>
    <w:p>
      <w:pPr>
        <w:pStyle w:val="ListParagraph"/>
      </w:pPr>
      <w:r>
        <w:rPr>
          <w:sz w:val="22"/>
        </w:rPr>
        <w:t>A. Trung Quốc, Lào, Campuchia</w:t>
      </w:r>
    </w:p>
    <w:p>
      <w:pPr>
        <w:pStyle w:val="ListParagraph"/>
      </w:pPr>
      <w:r>
        <w:rPr>
          <w:sz w:val="22"/>
        </w:rPr>
        <w:t>B. Trung Quốc, Thái Lan, Campuchia</w:t>
      </w:r>
    </w:p>
    <w:p>
      <w:pPr>
        <w:pStyle w:val="ListParagraph"/>
      </w:pPr>
      <w:r>
        <w:rPr>
          <w:sz w:val="22"/>
        </w:rPr>
        <w:t>C. Lào, Thái Lan, Campuchia</w:t>
      </w:r>
    </w:p>
    <w:p>
      <w:pPr>
        <w:pStyle w:val="ListParagraph"/>
      </w:pPr>
      <w:r>
        <w:rPr>
          <w:sz w:val="22"/>
        </w:rPr>
        <w:t>D. Trung Quốc, Lào, Thái Lan</w:t>
      </w:r>
    </w:p>
    <w:p/>
    <w:p>
      <w:r>
        <w:rPr>
          <w:b/>
          <w:sz w:val="24"/>
        </w:rPr>
        <w:t>Câu 4: Đường bờ biển nước ta dài khoảng bao nhiêu km?</w:t>
      </w:r>
    </w:p>
    <w:p>
      <w:pPr>
        <w:pStyle w:val="ListParagraph"/>
      </w:pPr>
      <w:r>
        <w:rPr>
          <w:sz w:val="22"/>
        </w:rPr>
        <w:t>A. 3260 km</w:t>
      </w:r>
    </w:p>
    <w:p>
      <w:pPr>
        <w:pStyle w:val="ListParagraph"/>
      </w:pPr>
      <w:r>
        <w:rPr>
          <w:sz w:val="22"/>
        </w:rPr>
        <w:t>B. 2360 km</w:t>
      </w:r>
    </w:p>
    <w:p>
      <w:pPr>
        <w:pStyle w:val="ListParagraph"/>
      </w:pPr>
      <w:r>
        <w:rPr>
          <w:sz w:val="22"/>
        </w:rPr>
        <w:t>C. 3620 km</w:t>
      </w:r>
    </w:p>
    <w:p>
      <w:pPr>
        <w:pStyle w:val="ListParagraph"/>
      </w:pPr>
      <w:r>
        <w:rPr>
          <w:sz w:val="22"/>
        </w:rPr>
        <w:t>D. 2630 km</w:t>
      </w:r>
    </w:p>
    <w:p/>
    <w:p>
      <w:r>
        <w:rPr>
          <w:b/>
          <w:sz w:val="24"/>
        </w:rPr>
        <w:t>Câu 5: Địa hình nước ta có đặc điểm chung nào sau đây?</w:t>
      </w:r>
    </w:p>
    <w:p>
      <w:pPr>
        <w:pStyle w:val="ListParagraph"/>
      </w:pPr>
      <w:r>
        <w:rPr>
          <w:sz w:val="22"/>
        </w:rPr>
        <w:t>A. Đồi núi chiếm phần lớn diện tích, chủ yếu là đồi núi thấp</w:t>
      </w:r>
    </w:p>
    <w:p>
      <w:pPr>
        <w:pStyle w:val="ListParagraph"/>
      </w:pPr>
      <w:r>
        <w:rPr>
          <w:sz w:val="22"/>
        </w:rPr>
        <w:t>B. Đồng bằng chiếm phần lớn diện tích</w:t>
      </w:r>
    </w:p>
    <w:p>
      <w:pPr>
        <w:pStyle w:val="ListParagraph"/>
      </w:pPr>
      <w:r>
        <w:rPr>
          <w:sz w:val="22"/>
        </w:rPr>
        <w:t>C. Địa hình cao nguyên chiếm ưu thế</w:t>
      </w:r>
    </w:p>
    <w:p>
      <w:pPr>
        <w:pStyle w:val="ListParagraph"/>
      </w:pPr>
      <w:r>
        <w:rPr>
          <w:sz w:val="22"/>
        </w:rPr>
        <w:t>D. Địa hình bằng phẳng trên toàn lãnh thổ</w:t>
      </w:r>
    </w:p>
    <w:p/>
    <w:p>
      <w:r>
        <w:rPr>
          <w:b/>
          <w:sz w:val="24"/>
        </w:rPr>
        <w:t>Câu 6: Dãy núi nào sau đây là ranh giới tự nhiên giữa miền Bắc và miền Nam nước ta?</w:t>
      </w:r>
    </w:p>
    <w:p>
      <w:pPr>
        <w:pStyle w:val="ListParagraph"/>
      </w:pPr>
      <w:r>
        <w:rPr>
          <w:sz w:val="22"/>
        </w:rPr>
        <w:t>A. Dãy Bạch Mã</w:t>
      </w:r>
    </w:p>
    <w:p>
      <w:pPr>
        <w:pStyle w:val="ListParagraph"/>
      </w:pPr>
      <w:r>
        <w:rPr>
          <w:sz w:val="22"/>
        </w:rPr>
        <w:t>B. Dãy Hoàng Liên Sơn</w:t>
      </w:r>
    </w:p>
    <w:p>
      <w:pPr>
        <w:pStyle w:val="ListParagraph"/>
      </w:pPr>
      <w:r>
        <w:rPr>
          <w:sz w:val="22"/>
        </w:rPr>
        <w:t>C. Dãy Trường Sơn Bắc</w:t>
      </w:r>
    </w:p>
    <w:p>
      <w:pPr>
        <w:pStyle w:val="ListParagraph"/>
      </w:pPr>
      <w:r>
        <w:rPr>
          <w:sz w:val="22"/>
        </w:rPr>
        <w:t>D. Dãy Tam Đảo</w:t>
      </w:r>
    </w:p>
    <w:p/>
    <w:p>
      <w:r>
        <w:rPr>
          <w:b/>
          <w:sz w:val="24"/>
        </w:rPr>
        <w:t>Câu 7: Khí hậu nước ta mang tính chất nào sau đây?</w:t>
      </w:r>
    </w:p>
    <w:p>
      <w:pPr>
        <w:pStyle w:val="ListParagraph"/>
      </w:pPr>
      <w:r>
        <w:rPr>
          <w:sz w:val="22"/>
        </w:rPr>
        <w:t>A. Nhiệt đới ẩm gió mùa</w:t>
      </w:r>
    </w:p>
    <w:p>
      <w:pPr>
        <w:pStyle w:val="ListParagraph"/>
      </w:pPr>
      <w:r>
        <w:rPr>
          <w:sz w:val="22"/>
        </w:rPr>
        <w:t>B. Ôn đới lục địa</w:t>
      </w:r>
    </w:p>
    <w:p>
      <w:pPr>
        <w:pStyle w:val="ListParagraph"/>
      </w:pPr>
      <w:r>
        <w:rPr>
          <w:sz w:val="22"/>
        </w:rPr>
        <w:t>C. Cận nhiệt đới khô</w:t>
      </w:r>
    </w:p>
    <w:p>
      <w:pPr>
        <w:pStyle w:val="ListParagraph"/>
      </w:pPr>
      <w:r>
        <w:rPr>
          <w:sz w:val="22"/>
        </w:rPr>
        <w:t>D. Hàn đới</w:t>
      </w:r>
    </w:p>
    <w:p/>
    <w:p>
      <w:r>
        <w:rPr>
          <w:b/>
          <w:sz w:val="24"/>
        </w:rPr>
        <w:t>Câu 8: Gió mùa Đông Bắc hoạt động ở nước ta vào thời gian nào sau đây?</w:t>
      </w:r>
    </w:p>
    <w:p>
      <w:pPr>
        <w:pStyle w:val="ListParagraph"/>
      </w:pPr>
      <w:r>
        <w:rPr>
          <w:sz w:val="22"/>
        </w:rPr>
        <w:t>A. Mùa đông</w:t>
      </w:r>
    </w:p>
    <w:p>
      <w:pPr>
        <w:pStyle w:val="ListParagraph"/>
      </w:pPr>
      <w:r>
        <w:rPr>
          <w:sz w:val="22"/>
        </w:rPr>
        <w:t>B. Mùa hạ</w:t>
      </w:r>
    </w:p>
    <w:p>
      <w:pPr>
        <w:pStyle w:val="ListParagraph"/>
      </w:pPr>
      <w:r>
        <w:rPr>
          <w:sz w:val="22"/>
        </w:rPr>
        <w:t>C. Mùa xuân</w:t>
      </w:r>
    </w:p>
    <w:p>
      <w:pPr>
        <w:pStyle w:val="ListParagraph"/>
      </w:pPr>
      <w:r>
        <w:rPr>
          <w:sz w:val="22"/>
        </w:rPr>
        <w:t>D. Mùa thu</w:t>
      </w:r>
    </w:p>
    <w:p/>
    <w:p>
      <w:r>
        <w:rPr>
          <w:b/>
          <w:sz w:val="24"/>
        </w:rPr>
        <w:t>Câu 9: Hệ thống sông nào sau đây có diện tích lưu vực lớn nhất nước ta?</w:t>
      </w:r>
    </w:p>
    <w:p>
      <w:pPr>
        <w:pStyle w:val="ListParagraph"/>
      </w:pPr>
      <w:r>
        <w:rPr>
          <w:sz w:val="22"/>
        </w:rPr>
        <w:t>A. Hệ thống sông Hồng</w:t>
      </w:r>
    </w:p>
    <w:p>
      <w:pPr>
        <w:pStyle w:val="ListParagraph"/>
      </w:pPr>
      <w:r>
        <w:rPr>
          <w:sz w:val="22"/>
        </w:rPr>
        <w:t>B. Hệ thống sông Mê Công</w:t>
      </w:r>
    </w:p>
    <w:p>
      <w:pPr>
        <w:pStyle w:val="ListParagraph"/>
      </w:pPr>
      <w:r>
        <w:rPr>
          <w:sz w:val="22"/>
        </w:rPr>
        <w:t>C. Hệ thống sông Đồng Nai</w:t>
      </w:r>
    </w:p>
    <w:p>
      <w:pPr>
        <w:pStyle w:val="ListParagraph"/>
      </w:pPr>
      <w:r>
        <w:rPr>
          <w:sz w:val="22"/>
        </w:rPr>
        <w:t>D. Hệ thống sông Thái Bình</w:t>
      </w:r>
    </w:p>
    <w:p/>
    <w:p>
      <w:r>
        <w:rPr>
          <w:b/>
          <w:sz w:val="24"/>
        </w:rPr>
        <w:t>Câu 10: Đất feralit ở nước ta phân bố chủ yếu ở khu vực nào sau đây?</w:t>
      </w:r>
    </w:p>
    <w:p>
      <w:pPr>
        <w:pStyle w:val="ListParagraph"/>
      </w:pPr>
      <w:r>
        <w:rPr>
          <w:sz w:val="22"/>
        </w:rPr>
        <w:t>A. Đồi núi</w:t>
      </w:r>
    </w:p>
    <w:p>
      <w:pPr>
        <w:pStyle w:val="ListParagraph"/>
      </w:pPr>
      <w:r>
        <w:rPr>
          <w:sz w:val="22"/>
        </w:rPr>
        <w:t>B. Đồng bằng</w:t>
      </w:r>
    </w:p>
    <w:p>
      <w:pPr>
        <w:pStyle w:val="ListParagraph"/>
      </w:pPr>
      <w:r>
        <w:rPr>
          <w:sz w:val="22"/>
        </w:rPr>
        <w:t>C. Ven biển</w:t>
      </w:r>
    </w:p>
    <w:p>
      <w:pPr>
        <w:pStyle w:val="ListParagraph"/>
      </w:pPr>
      <w:r>
        <w:rPr>
          <w:sz w:val="22"/>
        </w:rPr>
        <w:t>D. Các đảo</w:t>
      </w:r>
    </w:p>
    <w:p/>
    <w:p>
      <w:r>
        <w:rPr>
          <w:b/>
          <w:sz w:val="24"/>
        </w:rPr>
        <w:t>Câu 11: Thiên nhiên nước ta có sự phân hóa đa dạng chủ yếu do nguyên nhân nào sau đây?</w:t>
      </w:r>
    </w:p>
    <w:p>
      <w:pPr>
        <w:pStyle w:val="ListParagraph"/>
      </w:pPr>
      <w:r>
        <w:rPr>
          <w:sz w:val="22"/>
        </w:rPr>
        <w:t>A. Vị trí địa lí và địa hình</w:t>
      </w:r>
    </w:p>
    <w:p>
      <w:pPr>
        <w:pStyle w:val="ListParagraph"/>
      </w:pPr>
      <w:r>
        <w:rPr>
          <w:sz w:val="22"/>
        </w:rPr>
        <w:t>B. Khí hậu và sông ngòi</w:t>
      </w:r>
    </w:p>
    <w:p>
      <w:pPr>
        <w:pStyle w:val="ListParagraph"/>
      </w:pPr>
      <w:r>
        <w:rPr>
          <w:sz w:val="22"/>
        </w:rPr>
        <w:t>C. Đất đai và sinh vật</w:t>
      </w:r>
    </w:p>
    <w:p>
      <w:pPr>
        <w:pStyle w:val="ListParagraph"/>
      </w:pPr>
      <w:r>
        <w:rPr>
          <w:sz w:val="22"/>
        </w:rPr>
        <w:t>D. Con người và lịch sử</w:t>
      </w:r>
    </w:p>
    <w:p/>
    <w:p>
      <w:r>
        <w:rPr>
          <w:b/>
          <w:sz w:val="24"/>
        </w:rPr>
        <w:t>Câu 12: Vùng biển nước ta có diện tích khoảng bao nhiêu km²?</w:t>
      </w:r>
    </w:p>
    <w:p>
      <w:pPr>
        <w:pStyle w:val="ListParagraph"/>
      </w:pPr>
      <w:r>
        <w:rPr>
          <w:sz w:val="22"/>
        </w:rPr>
        <w:t>A. 1 triệu km²</w:t>
      </w:r>
    </w:p>
    <w:p>
      <w:pPr>
        <w:pStyle w:val="ListParagraph"/>
      </w:pPr>
      <w:r>
        <w:rPr>
          <w:sz w:val="22"/>
        </w:rPr>
        <w:t>B. 2 triệu km²</w:t>
      </w:r>
    </w:p>
    <w:p>
      <w:pPr>
        <w:pStyle w:val="ListParagraph"/>
      </w:pPr>
      <w:r>
        <w:rPr>
          <w:sz w:val="22"/>
        </w:rPr>
        <w:t>C. 3 triệu km²</w:t>
      </w:r>
    </w:p>
    <w:p>
      <w:pPr>
        <w:pStyle w:val="ListParagraph"/>
      </w:pPr>
      <w:r>
        <w:rPr>
          <w:sz w:val="22"/>
        </w:rPr>
        <w:t>D. 4 triệu km²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