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Địa lý - Đặc điểm nào sau đây thể hiện sự phân bố của các d</w:t>
      </w:r>
    </w:p>
    <w:p>
      <w:pPr>
        <w:jc w:val="center"/>
      </w:pPr>
      <w:r>
        <w:rPr>
          <w:sz w:val="22"/>
        </w:rPr>
        <w:t>Số câu: 12    Thời gian: _____ phút    Họ và tên: _________________________</w:t>
      </w:r>
    </w:p>
    <w:p/>
    <w:p>
      <w:r>
        <w:rPr>
          <w:b/>
          <w:sz w:val="24"/>
        </w:rPr>
        <w:t>Câu 1: Đặc điểm nào sau đây thể hiện sự phân bố của các dân tộc thiểu số ở nước ta?</w:t>
      </w:r>
    </w:p>
    <w:p>
      <w:pPr>
        <w:pStyle w:val="ListParagraph"/>
      </w:pPr>
      <w:r>
        <w:rPr>
          <w:sz w:val="22"/>
        </w:rPr>
        <w:t>A. Sinh sống tập trung chủ yếu ở vùng đồng bằng và ven biển.</w:t>
      </w:r>
    </w:p>
    <w:p>
      <w:pPr>
        <w:pStyle w:val="ListParagraph"/>
      </w:pPr>
      <w:r>
        <w:rPr>
          <w:sz w:val="22"/>
        </w:rPr>
        <w:t>B. Chỉ sinh sống duy nhất tại các đô thị lớn và vùng hải đảo.</w:t>
      </w:r>
    </w:p>
    <w:p>
      <w:pPr>
        <w:pStyle w:val="ListParagraph"/>
      </w:pPr>
      <w:r>
        <w:rPr>
          <w:sz w:val="22"/>
        </w:rPr>
        <w:t>C. Sinh sống chủ yếu ở vùng đồi núi và cao nguyên.</w:t>
      </w:r>
    </w:p>
    <w:p>
      <w:pPr>
        <w:pStyle w:val="ListParagraph"/>
      </w:pPr>
      <w:r>
        <w:rPr>
          <w:sz w:val="22"/>
        </w:rPr>
        <w:t>D. Phân bố đồng đều trên mọi miền của lãnh thổ.</w:t>
      </w:r>
    </w:p>
    <w:p/>
    <w:p>
      <w:r>
        <w:rPr>
          <w:b/>
          <w:sz w:val="24"/>
        </w:rPr>
        <w:t>Câu 2: Điểm khác biệt rõ rệt nhất về hoạt động kinh tế giữa quần cư thành thị và quần cư nông thôn là gì?</w:t>
      </w:r>
    </w:p>
    <w:p>
      <w:pPr>
        <w:pStyle w:val="ListParagraph"/>
      </w:pPr>
      <w:r>
        <w:rPr>
          <w:sz w:val="22"/>
        </w:rPr>
        <w:t>A. Quần cư thành thị chủ yếu làm nông nghiệp, còn quần cư nông thôn làm công nghiệp.</w:t>
      </w:r>
    </w:p>
    <w:p>
      <w:pPr>
        <w:pStyle w:val="ListParagraph"/>
      </w:pPr>
      <w:r>
        <w:rPr>
          <w:sz w:val="22"/>
        </w:rPr>
        <w:t>B. Quần cư thành thị chủ yếu là công nghiệp và dịch vụ, quần cư nông thôn chủ yếu là nông nghiệp.</w:t>
      </w:r>
    </w:p>
    <w:p>
      <w:pPr>
        <w:pStyle w:val="ListParagraph"/>
      </w:pPr>
      <w:r>
        <w:rPr>
          <w:sz w:val="22"/>
        </w:rPr>
        <w:t>C. Quần cư thành thị làm nghề cá, còn quần cư nông thôn làm dịch vụ tài chính.</w:t>
      </w:r>
    </w:p>
    <w:p>
      <w:pPr>
        <w:pStyle w:val="ListParagraph"/>
      </w:pPr>
      <w:r>
        <w:rPr>
          <w:sz w:val="22"/>
        </w:rPr>
        <w:t>D. Cả hai loại hình quần cư đều có chung một cơ cấu kinh tế giống nhau.</w:t>
      </w:r>
    </w:p>
    <w:p/>
    <w:p>
      <w:r>
        <w:rPr>
          <w:b/>
          <w:sz w:val="24"/>
        </w:rPr>
        <w:t>Câu 3: Loại đất chiếm diện tích lớn nhất nước ta có vai trò quan trọng trong việc phát triển lâm nghiệp và trồng cây lâu năm là loại đất nào?</w:t>
      </w:r>
    </w:p>
    <w:p>
      <w:pPr>
        <w:pStyle w:val="ListParagraph"/>
      </w:pPr>
      <w:r>
        <w:rPr>
          <w:sz w:val="22"/>
        </w:rPr>
        <w:t>A. Đất phù sa.</w:t>
      </w:r>
    </w:p>
    <w:p>
      <w:pPr>
        <w:pStyle w:val="ListParagraph"/>
      </w:pPr>
      <w:r>
        <w:rPr>
          <w:sz w:val="22"/>
        </w:rPr>
        <w:t>B. Đất cát biển.</w:t>
      </w:r>
    </w:p>
    <w:p>
      <w:pPr>
        <w:pStyle w:val="ListParagraph"/>
      </w:pPr>
      <w:r>
        <w:rPr>
          <w:sz w:val="22"/>
        </w:rPr>
        <w:t>C. Đất feralit.</w:t>
      </w:r>
    </w:p>
    <w:p>
      <w:pPr>
        <w:pStyle w:val="ListParagraph"/>
      </w:pPr>
      <w:r>
        <w:rPr>
          <w:sz w:val="22"/>
        </w:rPr>
        <w:t>D. Đất mùn núi cao.</w:t>
      </w:r>
    </w:p>
    <w:p/>
    <w:p>
      <w:r>
        <w:rPr>
          <w:b/>
          <w:sz w:val="24"/>
        </w:rPr>
        <w:t>Câu 4: Hai vùng nào sau đây chịu trách nhiệm sản xuất lúa lớn nhất ở nước ta?</w:t>
      </w:r>
    </w:p>
    <w:p>
      <w:pPr>
        <w:pStyle w:val="ListParagraph"/>
      </w:pPr>
      <w:r>
        <w:rPr>
          <w:sz w:val="22"/>
        </w:rPr>
        <w:t>A. Trung du và miền núi Bắc Bộ, Tây Nguyên.</w:t>
      </w:r>
    </w:p>
    <w:p>
      <w:pPr>
        <w:pStyle w:val="ListParagraph"/>
      </w:pPr>
      <w:r>
        <w:rPr>
          <w:sz w:val="22"/>
        </w:rPr>
        <w:t>B. Đông Nam Bộ, Duyên hải Nam Trung Bộ.</w:t>
      </w:r>
    </w:p>
    <w:p>
      <w:pPr>
        <w:pStyle w:val="ListParagraph"/>
      </w:pPr>
      <w:r>
        <w:rPr>
          <w:sz w:val="22"/>
        </w:rPr>
        <w:t>C. Đồng bằng sông Hồng, Đồng bằng sông Cửu Long.</w:t>
      </w:r>
    </w:p>
    <w:p>
      <w:pPr>
        <w:pStyle w:val="ListParagraph"/>
      </w:pPr>
      <w:r>
        <w:rPr>
          <w:sz w:val="22"/>
        </w:rPr>
        <w:t>D. Tây Nguyên, Đồng bằng sông Hồng.</w:t>
      </w:r>
    </w:p>
    <w:p/>
    <w:p>
      <w:r>
        <w:rPr>
          <w:b/>
          <w:sz w:val="24"/>
        </w:rPr>
        <w:t>Câu 5: Việc chuyển đổi cơ cấu cây trồng từ các vùng đất kém hiệu quả sang trồng cây ăn quả có giá trị kinh tế cao tại Đồng bằng sông Cửu Long phản ánh rõ nét sự tác động của nhân tố nào đến nông nghiệp?</w:t>
      </w:r>
    </w:p>
    <w:p>
      <w:pPr>
        <w:pStyle w:val="ListParagraph"/>
      </w:pPr>
      <w:r>
        <w:rPr>
          <w:sz w:val="22"/>
        </w:rPr>
        <w:t>A. Tài nguyên đất feralit và đất phù sa.</w:t>
      </w:r>
    </w:p>
    <w:p>
      <w:pPr>
        <w:pStyle w:val="ListParagraph"/>
      </w:pPr>
      <w:r>
        <w:rPr>
          <w:sz w:val="22"/>
        </w:rPr>
        <w:t>B. Khí hậu nhiệt đới ẩm gió mùa có mùa đông lạnh.</w:t>
      </w:r>
    </w:p>
    <w:p>
      <w:pPr>
        <w:pStyle w:val="ListParagraph"/>
      </w:pPr>
      <w:r>
        <w:rPr>
          <w:sz w:val="22"/>
        </w:rPr>
        <w:t>C. Thị trường tiêu thụ và chính sách phát triển nông nghiệp.</w:t>
      </w:r>
    </w:p>
    <w:p>
      <w:pPr>
        <w:pStyle w:val="ListParagraph"/>
      </w:pPr>
      <w:r>
        <w:rPr>
          <w:sz w:val="22"/>
        </w:rPr>
        <w:t>D. Nguồn nước ngầm phục vụ tưới tiêu quanh năm.</w:t>
      </w:r>
    </w:p>
    <w:p/>
    <w:p>
      <w:r>
        <w:rPr>
          <w:b/>
          <w:sz w:val="24"/>
        </w:rPr>
        <w:t>Câu 6: Giả sử một địa phương ở vùng Đồng bằng sông Cửu Long muốn chuyển đổi mô hình sản xuất nông nghiệp thích ứng với biến đổi khí hậu, việc lựa chọn mô hình kinh tế nào sau đây ở mức độ vận dụng thực tiễn mang lại hiệu quả bền vững nhất?</w:t>
      </w:r>
    </w:p>
    <w:p>
      <w:pPr>
        <w:pStyle w:val="ListParagraph"/>
      </w:pPr>
      <w:r>
        <w:rPr>
          <w:sz w:val="22"/>
        </w:rPr>
        <w:t>A. Duy trì thâm canh lúa 3 vụ, sử dụng giống lúa cao sản ngắn ngày kết hợp bón phân hóa học liều lượng cao.</w:t>
      </w:r>
    </w:p>
    <w:p>
      <w:pPr>
        <w:pStyle w:val="ListParagraph"/>
      </w:pPr>
      <w:r>
        <w:rPr>
          <w:sz w:val="22"/>
        </w:rPr>
        <w:t>B. Chuyển đổi linh hoạt từ độc canh cây lúa sang mô hình luân canh/xen canh lúa – tôm.</w:t>
      </w:r>
    </w:p>
    <w:p>
      <w:pPr>
        <w:pStyle w:val="ListParagraph"/>
      </w:pPr>
      <w:r>
        <w:rPr>
          <w:sz w:val="22"/>
        </w:rPr>
        <w:t>C. Mở rộng diện tích rừng phòng hộ ven biển thành đất trồng lúa nước ngọt năng suất cao.</w:t>
      </w:r>
    </w:p>
    <w:p>
      <w:pPr>
        <w:pStyle w:val="ListParagraph"/>
      </w:pPr>
      <w:r>
        <w:rPr>
          <w:sz w:val="22"/>
        </w:rPr>
        <w:t>D. Xây dựng hệ thống đê bao khép kín quanh năm để ngăn hoàn toàn nguồn nước mặn xâm nhập vào nội đồng.</w:t>
      </w:r>
    </w:p>
    <w:p/>
    <w:p>
      <w:r>
        <w:rPr>
          <w:b/>
          <w:sz w:val="24"/>
        </w:rPr>
        <w:t>Câu 7: Dân tộc Kinh chủ yếu tập trung phân bố ở những khu vực nào?</w:t>
      </w:r>
    </w:p>
    <w:p>
      <w:pPr>
        <w:pStyle w:val="ListParagraph"/>
      </w:pPr>
      <w:r>
        <w:rPr>
          <w:sz w:val="22"/>
        </w:rPr>
        <w:t>A. Vùng đồi núi cao và biên giới.</w:t>
      </w:r>
    </w:p>
    <w:p>
      <w:pPr>
        <w:pStyle w:val="ListParagraph"/>
      </w:pPr>
      <w:r>
        <w:rPr>
          <w:sz w:val="22"/>
        </w:rPr>
        <w:t>B. Các vùng đồng bằng, ven biển và trung du.</w:t>
      </w:r>
    </w:p>
    <w:p>
      <w:pPr>
        <w:pStyle w:val="ListParagraph"/>
      </w:pPr>
      <w:r>
        <w:rPr>
          <w:sz w:val="22"/>
        </w:rPr>
        <w:t>C. Các cao nguyên bazan Tây Nguyên.</w:t>
      </w:r>
    </w:p>
    <w:p>
      <w:pPr>
        <w:pStyle w:val="ListParagraph"/>
      </w:pPr>
      <w:r>
        <w:rPr>
          <w:sz w:val="22"/>
        </w:rPr>
        <w:t>D. Vùng sâu, vùng xa đặc biệt khó khăn.</w:t>
      </w:r>
    </w:p>
    <w:p/>
    <w:p>
      <w:r>
        <w:rPr>
          <w:b/>
          <w:sz w:val="24"/>
        </w:rPr>
        <w:t>Câu 8: Khi so sánh về mật độ dân số và hình thái phân bố dân cư giữa hai loại hình quần cư, nhận định nào sau đây là chính xác?</w:t>
      </w:r>
    </w:p>
    <w:p>
      <w:pPr>
        <w:pStyle w:val="ListParagraph"/>
      </w:pPr>
      <w:r>
        <w:rPr>
          <w:sz w:val="22"/>
        </w:rPr>
        <w:t>A. Quần cư thành thị có mật độ dân số rất cao.</w:t>
      </w:r>
    </w:p>
    <w:p>
      <w:pPr>
        <w:pStyle w:val="ListParagraph"/>
      </w:pPr>
      <w:r>
        <w:rPr>
          <w:sz w:val="22"/>
        </w:rPr>
        <w:t>B. Quần cư nông thôn có mật độ dân số cao hơn nhiều lần so với thành thị.</w:t>
      </w:r>
    </w:p>
    <w:p>
      <w:pPr>
        <w:pStyle w:val="ListParagraph"/>
      </w:pPr>
      <w:r>
        <w:rPr>
          <w:sz w:val="22"/>
        </w:rPr>
        <w:t>C. Dân cư ở quần cư thành thị phân bố rất phân tán, thưa thớt theo các điểm dân cư.</w:t>
      </w:r>
    </w:p>
    <w:p>
      <w:pPr>
        <w:pStyle w:val="ListParagraph"/>
      </w:pPr>
      <w:r>
        <w:rPr>
          <w:sz w:val="22"/>
        </w:rPr>
        <w:t>D. Cả hai loại hình đều có quy mô dân số và mật độ dân cư hoàn toàn giống nhau.</w:t>
      </w:r>
    </w:p>
    <w:p/>
    <w:p>
      <w:r>
        <w:rPr>
          <w:b/>
          <w:sz w:val="24"/>
        </w:rPr>
        <w:t>Câu 9: Vùng nào hiện nay có ngành nuôi trồng thủy sản phát triển mạnh nhất và dẫn đầu cả nước về nuôi tôm?</w:t>
      </w:r>
    </w:p>
    <w:p>
      <w:pPr>
        <w:pStyle w:val="ListParagraph"/>
      </w:pPr>
      <w:r>
        <w:rPr>
          <w:sz w:val="22"/>
        </w:rPr>
        <w:t>A. Đồng bằng sông Hồng.</w:t>
      </w:r>
    </w:p>
    <w:p>
      <w:pPr>
        <w:pStyle w:val="ListParagraph"/>
      </w:pPr>
      <w:r>
        <w:rPr>
          <w:sz w:val="22"/>
        </w:rPr>
        <w:t>B. Đồng bằng sông Cửu Long.</w:t>
      </w:r>
    </w:p>
    <w:p>
      <w:pPr>
        <w:pStyle w:val="ListParagraph"/>
      </w:pPr>
      <w:r>
        <w:rPr>
          <w:sz w:val="22"/>
        </w:rPr>
        <w:t>C. Duyên hải Nam Trung Bộ.</w:t>
      </w:r>
    </w:p>
    <w:p>
      <w:pPr>
        <w:pStyle w:val="ListParagraph"/>
      </w:pPr>
      <w:r>
        <w:rPr>
          <w:sz w:val="22"/>
        </w:rPr>
        <w:t>D. Đông Nam Bộ.</w:t>
      </w:r>
    </w:p>
    <w:p/>
    <w:p>
      <w:r>
        <w:rPr>
          <w:b/>
          <w:sz w:val="24"/>
        </w:rPr>
        <w:t>Câu 10: Theo mục đích sử dụng, tài nguyên rừng ở nước ta được chia thành mấy loại chính?</w:t>
      </w:r>
    </w:p>
    <w:p>
      <w:pPr>
        <w:pStyle w:val="ListParagraph"/>
      </w:pPr>
      <w:r>
        <w:rPr>
          <w:sz w:val="22"/>
        </w:rPr>
        <w:t>A. 3 loại (phòng hộ, đặc dụng, sản xuất).</w:t>
      </w:r>
    </w:p>
    <w:p>
      <w:pPr>
        <w:pStyle w:val="ListParagraph"/>
      </w:pPr>
      <w:r>
        <w:rPr>
          <w:sz w:val="22"/>
        </w:rPr>
        <w:t>B. 2 loại.</w:t>
      </w:r>
    </w:p>
    <w:p>
      <w:pPr>
        <w:pStyle w:val="ListParagraph"/>
      </w:pPr>
      <w:r>
        <w:rPr>
          <w:sz w:val="22"/>
        </w:rPr>
        <w:t>C. 4 loại.</w:t>
      </w:r>
    </w:p>
    <w:p>
      <w:pPr>
        <w:pStyle w:val="ListParagraph"/>
      </w:pPr>
      <w:r>
        <w:rPr>
          <w:sz w:val="22"/>
        </w:rPr>
        <w:t>D. 5 loại.</w:t>
      </w:r>
    </w:p>
    <w:p/>
    <w:p>
      <w:r>
        <w:rPr>
          <w:b/>
          <w:sz w:val="24"/>
        </w:rPr>
        <w:t>Câu 11: Tại sao các tỉnh ở trung du và miền núi Bắc Bộ phát triển mạnh các vùng trồng cây ăn quả ôn đới và cận nhiệt, trong khi nam bộ chủ yếu trồng cây ăn quả nhiệt đới?</w:t>
      </w:r>
    </w:p>
    <w:p>
      <w:pPr>
        <w:pStyle w:val="ListParagraph"/>
      </w:pPr>
      <w:r>
        <w:rPr>
          <w:sz w:val="22"/>
        </w:rPr>
        <w:t>A. Do nguồn lao động ở miền núi có trình độ thâm canh cao hơn.</w:t>
      </w:r>
    </w:p>
    <w:p>
      <w:pPr>
        <w:pStyle w:val="ListParagraph"/>
      </w:pPr>
      <w:r>
        <w:rPr>
          <w:sz w:val="22"/>
        </w:rPr>
        <w:t>B. Do sự khác biệt về chế độ nhiệt và khí hậu giữa các vùng.</w:t>
      </w:r>
    </w:p>
    <w:p>
      <w:pPr>
        <w:pStyle w:val="ListParagraph"/>
      </w:pPr>
      <w:r>
        <w:rPr>
          <w:sz w:val="22"/>
        </w:rPr>
        <w:t>C. Do hệ thống thủy lợi ở miền núi được đầu tư đồng bộ hơn đồng bằng.</w:t>
      </w:r>
    </w:p>
    <w:p>
      <w:pPr>
        <w:pStyle w:val="ListParagraph"/>
      </w:pPr>
      <w:r>
        <w:rPr>
          <w:sz w:val="22"/>
        </w:rPr>
        <w:t>D. Do hệ thống thủy lợi ở miền núi được đầu tư đồng bộ hơn đồng bằng.</w:t>
      </w:r>
    </w:p>
    <w:p/>
    <w:p>
      <w:r>
        <w:rPr>
          <w:b/>
          <w:sz w:val="24"/>
        </w:rPr>
        <w:t>Câu 12: Việc phát triển các mô hình sản xuất nông nghiệp ứng dụng công nghệ cao, nông nghiệp hữu cơ gắn với tiêu chuẩn xuất khẩu có ý nghĩa chiến lược nào dưới đây đối với nền kinh tế nông nghiệp nước ta?</w:t>
      </w:r>
    </w:p>
    <w:p>
      <w:pPr>
        <w:pStyle w:val="ListParagraph"/>
      </w:pPr>
      <w:r>
        <w:rPr>
          <w:sz w:val="22"/>
        </w:rPr>
        <w:t>A. Nâng cao giá trị gia tăng, đáp ứng tiêu chuẩn khắt khe của thị trường quốc tế.</w:t>
      </w:r>
    </w:p>
    <w:p>
      <w:pPr>
        <w:pStyle w:val="ListParagraph"/>
      </w:pPr>
      <w:r>
        <w:rPr>
          <w:sz w:val="22"/>
        </w:rPr>
        <w:t>B. Giải quyết dứt điểm tình trạng dư thừa lao động thủ công ở nông thôn.</w:t>
      </w:r>
    </w:p>
    <w:p>
      <w:pPr>
        <w:pStyle w:val="ListParagraph"/>
      </w:pPr>
      <w:r>
        <w:rPr>
          <w:sz w:val="22"/>
        </w:rPr>
        <w:t>C. Xóa bỏ hoàn toàn hình thức kinh tế hộ gia đình nhỏ lẻ trên cả nước.</w:t>
      </w:r>
    </w:p>
    <w:p>
      <w:pPr>
        <w:pStyle w:val="ListParagraph"/>
      </w:pPr>
      <w:r>
        <w:rPr>
          <w:sz w:val="22"/>
        </w:rPr>
        <w:t>D. Giúp ngành trồng trọt vượt qua ngành công nghiệp về tỷ trọng GDP trong cơ cấu kinh tế.</w:t>
      </w:r>
    </w:p>
    <w:p/>
    <w:p>
      <w:r>
        <w:t>──────────────────────────────────────────────────</w:t>
      </w:r>
    </w:p>
    <w:p>
      <w:r>
        <w:rPr>
          <w:b/>
        </w:rPr>
        <w:t>BẢNG ĐÁP ÁN &amp; LỜI GIẢI CHI TIẾT</w:t>
      </w:r>
    </w:p>
    <w:p>
      <w:r>
        <w:rPr>
          <w:b/>
        </w:rPr>
        <w:t>Câu 1: Đáp án đúng: C</w:t>
      </w:r>
    </w:p>
    <w:p>
      <w:r>
        <w:rPr>
          <w:b/>
        </w:rPr>
        <w:t>Câu 2: Đáp án đúng: B</w:t>
      </w:r>
    </w:p>
    <w:p>
      <w:r>
        <w:rPr>
          <w:b/>
        </w:rPr>
        <w:t>Câu 3: Đáp án đúng: C</w:t>
      </w:r>
    </w:p>
    <w:p>
      <w:r>
        <w:rPr>
          <w:b/>
        </w:rPr>
        <w:t>Câu 4: Đáp án đúng: C</w:t>
      </w:r>
    </w:p>
    <w:p>
      <w:r>
        <w:rPr>
          <w:b/>
        </w:rPr>
        <w:t>Câu 5: Đáp án đúng: C</w:t>
      </w:r>
    </w:p>
    <w:p>
      <w:r>
        <w:rPr>
          <w:b/>
        </w:rPr>
        <w:t>Câu 6: Đáp án đúng: B</w:t>
      </w:r>
    </w:p>
    <w:p>
      <w:r>
        <w:rPr>
          <w:b/>
        </w:rPr>
        <w:t>Câu 7: Đáp án đúng: B</w:t>
      </w:r>
    </w:p>
    <w:p>
      <w:r>
        <w:rPr>
          <w:b/>
        </w:rPr>
        <w:t>Câu 8: Đáp án đúng: A</w:t>
      </w:r>
    </w:p>
    <w:p>
      <w:r>
        <w:rPr>
          <w:b/>
        </w:rPr>
        <w:t>Câu 9: Đáp án đúng: B</w:t>
      </w:r>
    </w:p>
    <w:p>
      <w:r>
        <w:rPr>
          <w:b/>
        </w:rPr>
        <w:t>Câu 10: Đáp án đúng: A</w:t>
      </w:r>
    </w:p>
    <w:p>
      <w:r>
        <w:rPr>
          <w:b/>
        </w:rPr>
        <w:t>Câu 11: Đáp án đúng: B</w:t>
      </w:r>
    </w:p>
    <w:p>
      <w:r>
        <w:rPr>
          <w:b/>
        </w:rPr>
        <w:t>Câu 12: Đáp án đúng: A</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